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972"/>
      </w:tblGrid>
      <w:tr w:rsidR="00043C14" w14:paraId="6218772A" w14:textId="77777777">
        <w:trPr>
          <w:jc w:val="center"/>
        </w:trPr>
        <w:tc>
          <w:tcPr>
            <w:tcW w:w="9972" w:type="dxa"/>
            <w:tcBorders>
              <w:top w:val="single" w:sz="8" w:space="0" w:color="000000"/>
              <w:left w:val="single" w:sz="8" w:space="0" w:color="000000"/>
              <w:bottom w:val="single" w:sz="8" w:space="0" w:color="000000"/>
              <w:right w:val="single" w:sz="8" w:space="0" w:color="000000"/>
            </w:tcBorders>
            <w:vAlign w:val="center"/>
          </w:tcPr>
          <w:p w14:paraId="39193AB6" w14:textId="77777777" w:rsidR="00043C14" w:rsidRPr="00BA0CAF" w:rsidRDefault="00000000">
            <w:pPr>
              <w:jc w:val="center"/>
              <w:rPr>
                <w:color w:val="CC3300"/>
              </w:rPr>
            </w:pPr>
            <w:r w:rsidRPr="00BA0CAF">
              <w:rPr>
                <w:b/>
                <w:color w:val="CC3300"/>
                <w:sz w:val="28"/>
              </w:rPr>
              <w:t>KIỂM TRA GIỮA KÌ I NĂM HỌC 2025-2026</w:t>
            </w:r>
          </w:p>
          <w:p w14:paraId="17EE3405" w14:textId="77777777" w:rsidR="00043C14" w:rsidRPr="00BA0CAF" w:rsidRDefault="00000000">
            <w:pPr>
              <w:jc w:val="center"/>
              <w:rPr>
                <w:color w:val="CC3300"/>
              </w:rPr>
            </w:pPr>
            <w:r w:rsidRPr="00BA0CAF">
              <w:rPr>
                <w:b/>
                <w:color w:val="CC3300"/>
                <w:sz w:val="28"/>
              </w:rPr>
              <w:t>MÔN: TIẾNG ANH – LỚP 12</w:t>
            </w:r>
          </w:p>
          <w:p w14:paraId="284E6229" w14:textId="77777777" w:rsidR="00043C14" w:rsidRDefault="00000000">
            <w:pPr>
              <w:jc w:val="center"/>
            </w:pPr>
            <w:r>
              <w:rPr>
                <w:i/>
              </w:rPr>
              <w:t>Thời gian làm bài: 45 phút (không kể thời gian phát đề)</w:t>
            </w:r>
          </w:p>
        </w:tc>
      </w:tr>
      <w:tr w:rsidR="00043C14" w14:paraId="28F1F578" w14:textId="77777777">
        <w:trPr>
          <w:jc w:val="center"/>
        </w:trPr>
        <w:tc>
          <w:tcPr>
            <w:tcW w:w="9972" w:type="dxa"/>
            <w:tcBorders>
              <w:top w:val="single" w:sz="8" w:space="0" w:color="000000"/>
              <w:left w:val="single" w:sz="8" w:space="0" w:color="000000"/>
              <w:bottom w:val="single" w:sz="8" w:space="0" w:color="000000"/>
              <w:right w:val="single" w:sz="8" w:space="0" w:color="000000"/>
            </w:tcBorders>
            <w:vAlign w:val="center"/>
          </w:tcPr>
          <w:p w14:paraId="5FA06FE8" w14:textId="77777777" w:rsidR="00043C14" w:rsidRDefault="00000000">
            <w:r>
              <w:rPr>
                <w:sz w:val="22"/>
              </w:rPr>
              <w:t>(Đề kiểm tra gồm 03 trang)</w:t>
            </w:r>
          </w:p>
        </w:tc>
      </w:tr>
    </w:tbl>
    <w:p w14:paraId="6562BC6E" w14:textId="77777777" w:rsidR="00043C14" w:rsidRDefault="00000000">
      <w:pPr>
        <w:spacing w:after="120" w:line="252" w:lineRule="auto"/>
      </w:pPr>
      <w:r>
        <w:rPr>
          <w:b/>
        </w:rPr>
        <w:t>Mã đề: 521</w:t>
      </w:r>
    </w:p>
    <w:p w14:paraId="17E3BEE0" w14:textId="77777777" w:rsidR="00043C14" w:rsidRPr="00BA0CAF" w:rsidRDefault="00000000">
      <w:pPr>
        <w:spacing w:after="60" w:line="252" w:lineRule="auto"/>
        <w:rPr>
          <w:color w:val="002366"/>
        </w:rPr>
      </w:pPr>
      <w:r w:rsidRPr="00BA0CAF">
        <w:rPr>
          <w:b/>
          <w:color w:val="002366"/>
          <w:sz w:val="26"/>
        </w:rPr>
        <w:t>I. MULTIPLE CHOICE</w:t>
      </w:r>
    </w:p>
    <w:p w14:paraId="171E54F8" w14:textId="77777777" w:rsidR="00043C14" w:rsidRDefault="00000000">
      <w:pPr>
        <w:spacing w:after="60" w:line="252" w:lineRule="auto"/>
      </w:pPr>
      <w:r>
        <w:rPr>
          <w:b/>
        </w:rPr>
        <w:t>Mark the letter A, B, C, or D on your answer sheet to indicate the correct answer to each of the following questions.</w:t>
      </w:r>
    </w:p>
    <w:p w14:paraId="01AE6D6A" w14:textId="77777777" w:rsidR="00043C14" w:rsidRDefault="00000000">
      <w:pPr>
        <w:spacing w:after="40" w:line="252" w:lineRule="auto"/>
      </w:pPr>
      <w:r>
        <w:rPr>
          <w:b/>
        </w:rPr>
        <w:t xml:space="preserve">Question 1: </w:t>
      </w:r>
      <w:r>
        <w:t>Vo Nguyen Giap is considered one of ______ greatest military strategists of ______ 20th century.</w:t>
      </w:r>
    </w:p>
    <w:p w14:paraId="1BA81B48" w14:textId="77777777" w:rsidR="00043C14" w:rsidRDefault="00000000">
      <w:pPr>
        <w:spacing w:after="60" w:line="240" w:lineRule="auto"/>
        <w:ind w:left="170"/>
      </w:pPr>
      <w:r>
        <w:t>A. the/the</w:t>
      </w:r>
      <w:r>
        <w:tab/>
        <w:t>B. the/a</w:t>
      </w:r>
      <w:r>
        <w:tab/>
        <w:t>C. a/the</w:t>
      </w:r>
      <w:r>
        <w:tab/>
        <w:t>D. the/Ø</w:t>
      </w:r>
    </w:p>
    <w:p w14:paraId="1B2B4D3D" w14:textId="77777777" w:rsidR="00043C14" w:rsidRDefault="00000000">
      <w:pPr>
        <w:spacing w:after="40" w:line="252" w:lineRule="auto"/>
      </w:pPr>
      <w:r>
        <w:rPr>
          <w:b/>
        </w:rPr>
        <w:t xml:space="preserve">Question 2: </w:t>
      </w:r>
      <w:r>
        <w:t>______ Arctic tern is ______ unbelievable bird which can migrate thousands of miles every year.</w:t>
      </w:r>
    </w:p>
    <w:p w14:paraId="673ECA7D" w14:textId="77777777" w:rsidR="00043C14" w:rsidRDefault="00000000">
      <w:pPr>
        <w:spacing w:after="60" w:line="240" w:lineRule="auto"/>
        <w:ind w:left="170"/>
      </w:pPr>
      <w:r>
        <w:t>A. Ø/the</w:t>
      </w:r>
      <w:r>
        <w:tab/>
        <w:t>B. The/Ø</w:t>
      </w:r>
      <w:r>
        <w:tab/>
        <w:t>C. An/the</w:t>
      </w:r>
      <w:r>
        <w:tab/>
        <w:t>D. The/an</w:t>
      </w:r>
    </w:p>
    <w:p w14:paraId="6EEB197D" w14:textId="77777777" w:rsidR="00043C14" w:rsidRDefault="00000000">
      <w:pPr>
        <w:spacing w:after="40" w:line="252" w:lineRule="auto"/>
      </w:pPr>
      <w:r>
        <w:rPr>
          <w:b/>
        </w:rPr>
        <w:t xml:space="preserve">Question 3: </w:t>
      </w:r>
      <w:r>
        <w:t>While the robbers ______ from the building, the alarm went off.</w:t>
      </w:r>
    </w:p>
    <w:p w14:paraId="4C3DC8D2" w14:textId="77777777" w:rsidR="00043C14" w:rsidRDefault="00000000">
      <w:pPr>
        <w:spacing w:after="60" w:line="240" w:lineRule="auto"/>
        <w:ind w:left="170"/>
      </w:pPr>
      <w:r>
        <w:t>A. was escaping</w:t>
      </w:r>
      <w:r>
        <w:tab/>
        <w:t>B. are escaping</w:t>
      </w:r>
      <w:r>
        <w:tab/>
        <w:t>C. were escaping</w:t>
      </w:r>
      <w:r>
        <w:tab/>
        <w:t>D. had escaped</w:t>
      </w:r>
    </w:p>
    <w:p w14:paraId="794DF63B" w14:textId="77777777" w:rsidR="00043C14" w:rsidRDefault="00000000">
      <w:pPr>
        <w:spacing w:after="40" w:line="252" w:lineRule="auto"/>
      </w:pPr>
      <w:r>
        <w:rPr>
          <w:b/>
        </w:rPr>
        <w:t xml:space="preserve">Question 4: </w:t>
      </w:r>
      <w:r>
        <w:t>Daniel inherited the whole legacy of his grandma when she ______ last week.</w:t>
      </w:r>
    </w:p>
    <w:p w14:paraId="3EEC1C63" w14:textId="77777777" w:rsidR="00043C14" w:rsidRDefault="00000000">
      <w:pPr>
        <w:spacing w:after="60" w:line="240" w:lineRule="auto"/>
        <w:ind w:left="170"/>
      </w:pPr>
      <w:r>
        <w:t>A. brought up</w:t>
      </w:r>
      <w:r>
        <w:tab/>
        <w:t>B. passed out</w:t>
      </w:r>
      <w:r>
        <w:tab/>
        <w:t>C. brought around</w:t>
      </w:r>
      <w:r>
        <w:tab/>
        <w:t>D. passed away</w:t>
      </w:r>
    </w:p>
    <w:p w14:paraId="0309CBA0" w14:textId="77777777" w:rsidR="00043C14" w:rsidRDefault="00000000">
      <w:pPr>
        <w:spacing w:after="40" w:line="252" w:lineRule="auto"/>
      </w:pPr>
      <w:r>
        <w:rPr>
          <w:b/>
        </w:rPr>
        <w:t xml:space="preserve">Question 5: </w:t>
      </w:r>
      <w:r>
        <w:t>The kids didn’t want to get up this morning. It ______ and it was cold, and their bed was so warm.</w:t>
      </w:r>
    </w:p>
    <w:p w14:paraId="29D55B72" w14:textId="77777777" w:rsidR="00043C14" w:rsidRDefault="00000000">
      <w:pPr>
        <w:spacing w:after="60" w:line="240" w:lineRule="auto"/>
        <w:ind w:left="170"/>
      </w:pPr>
      <w:r>
        <w:t>A. is raining</w:t>
      </w:r>
      <w:r>
        <w:tab/>
        <w:t>B. rains</w:t>
      </w:r>
      <w:r>
        <w:tab/>
        <w:t>C. rained</w:t>
      </w:r>
      <w:r>
        <w:tab/>
        <w:t>D. was raining</w:t>
      </w:r>
    </w:p>
    <w:p w14:paraId="7921DF3B" w14:textId="77777777" w:rsidR="00043C14" w:rsidRDefault="00000000">
      <w:pPr>
        <w:spacing w:after="40" w:line="252" w:lineRule="auto"/>
      </w:pPr>
      <w:r>
        <w:rPr>
          <w:b/>
        </w:rPr>
        <w:t xml:space="preserve">Question 6: </w:t>
      </w:r>
      <w:r>
        <w:t>He didn’t get married and ______ a child from the orphanage.</w:t>
      </w:r>
    </w:p>
    <w:p w14:paraId="237DE1D5" w14:textId="77777777" w:rsidR="00043C14" w:rsidRDefault="00000000">
      <w:pPr>
        <w:spacing w:after="60" w:line="240" w:lineRule="auto"/>
        <w:ind w:left="170"/>
      </w:pPr>
      <w:r>
        <w:t>A. adopted</w:t>
      </w:r>
      <w:r>
        <w:tab/>
        <w:t>B. adapted</w:t>
      </w:r>
      <w:r>
        <w:tab/>
        <w:t>C. advertised</w:t>
      </w:r>
      <w:r>
        <w:tab/>
        <w:t>D. admitted</w:t>
      </w:r>
    </w:p>
    <w:p w14:paraId="2F4D648C" w14:textId="77777777" w:rsidR="00043C14" w:rsidRDefault="00000000">
      <w:pPr>
        <w:spacing w:after="40" w:line="252" w:lineRule="auto"/>
      </w:pPr>
      <w:r>
        <w:rPr>
          <w:b/>
        </w:rPr>
        <w:t xml:space="preserve">Question 7: </w:t>
      </w:r>
      <w:r>
        <w:t>A ______ and creative leader will navigate his business through the most difficult periods.</w:t>
      </w:r>
    </w:p>
    <w:p w14:paraId="4717233B" w14:textId="77777777" w:rsidR="00043C14" w:rsidRDefault="00000000">
      <w:pPr>
        <w:spacing w:after="60" w:line="240" w:lineRule="auto"/>
        <w:ind w:left="170"/>
      </w:pPr>
      <w:r>
        <w:t>A. traditional</w:t>
      </w:r>
      <w:r>
        <w:tab/>
        <w:t>B. cutting-edge</w:t>
      </w:r>
      <w:r>
        <w:tab/>
        <w:t>C. visionary</w:t>
      </w:r>
      <w:r>
        <w:tab/>
        <w:t>D. standard</w:t>
      </w:r>
    </w:p>
    <w:p w14:paraId="5DAF5623" w14:textId="77777777" w:rsidR="00043C14" w:rsidRDefault="00000000">
      <w:pPr>
        <w:spacing w:after="40" w:line="252" w:lineRule="auto"/>
      </w:pPr>
      <w:r>
        <w:rPr>
          <w:b/>
        </w:rPr>
        <w:t xml:space="preserve">Question 8: </w:t>
      </w:r>
      <w:r>
        <w:t>Festivals from different ethnic cultures are gaining more and more ______ every year, thanks to the support from the government.</w:t>
      </w:r>
    </w:p>
    <w:p w14:paraId="2A887666" w14:textId="77777777" w:rsidR="00043C14" w:rsidRDefault="00000000">
      <w:pPr>
        <w:spacing w:after="60" w:line="240" w:lineRule="auto"/>
        <w:ind w:left="170"/>
      </w:pPr>
      <w:r>
        <w:t>A. mystery</w:t>
      </w:r>
      <w:r>
        <w:tab/>
        <w:t>B. specialty</w:t>
      </w:r>
      <w:r>
        <w:tab/>
        <w:t>C. popularity</w:t>
      </w:r>
      <w:r>
        <w:tab/>
        <w:t>D. lifestyle</w:t>
      </w:r>
    </w:p>
    <w:p w14:paraId="5033004B" w14:textId="77777777" w:rsidR="00043C14" w:rsidRDefault="00000000">
      <w:pPr>
        <w:spacing w:after="40" w:line="252" w:lineRule="auto"/>
      </w:pPr>
      <w:r>
        <w:rPr>
          <w:b/>
        </w:rPr>
        <w:t xml:space="preserve">Question 9: </w:t>
      </w:r>
      <w:r>
        <w:t>What is considered the ______ in one society might be unusual or even frowned upon in another.</w:t>
      </w:r>
    </w:p>
    <w:p w14:paraId="4F9F23E6" w14:textId="77777777" w:rsidR="00043C14" w:rsidRDefault="00000000">
      <w:pPr>
        <w:spacing w:after="60" w:line="240" w:lineRule="auto"/>
        <w:ind w:left="170"/>
      </w:pPr>
      <w:r>
        <w:t>A. specialty</w:t>
      </w:r>
      <w:r>
        <w:tab/>
        <w:t>B. confusion</w:t>
      </w:r>
      <w:r>
        <w:tab/>
        <w:t>C. festivity</w:t>
      </w:r>
      <w:r>
        <w:tab/>
        <w:t>D. norm</w:t>
      </w:r>
    </w:p>
    <w:p w14:paraId="2731028D" w14:textId="77777777" w:rsidR="00043C14" w:rsidRDefault="00000000">
      <w:pPr>
        <w:spacing w:after="40" w:line="252" w:lineRule="auto"/>
      </w:pPr>
      <w:r>
        <w:rPr>
          <w:b/>
        </w:rPr>
        <w:t xml:space="preserve">Question 10: </w:t>
      </w:r>
      <w:r>
        <w:t>Leaves and grass clippings ______ quickly, making them perfect for starting a new compost pile.</w:t>
      </w:r>
    </w:p>
    <w:p w14:paraId="1E3BA674" w14:textId="77777777" w:rsidR="00043C14" w:rsidRDefault="00000000">
      <w:pPr>
        <w:spacing w:after="60" w:line="240" w:lineRule="auto"/>
        <w:ind w:left="170"/>
      </w:pPr>
      <w:r>
        <w:t>A. release</w:t>
      </w:r>
      <w:r>
        <w:tab/>
        <w:t>B. decompose</w:t>
      </w:r>
      <w:r>
        <w:tab/>
        <w:t>C. reuse</w:t>
      </w:r>
      <w:r>
        <w:tab/>
        <w:t>D. recycle</w:t>
      </w:r>
    </w:p>
    <w:p w14:paraId="716D71B3" w14:textId="77777777" w:rsidR="00043C14" w:rsidRDefault="00000000">
      <w:pPr>
        <w:spacing w:after="60" w:line="252" w:lineRule="auto"/>
      </w:pPr>
      <w:r>
        <w:rPr>
          <w:b/>
        </w:rPr>
        <w:t>Read the following passage and mark the letter A, B, C, or D on your answer sheet to indicate the best answer to each of the following questions.</w:t>
      </w:r>
    </w:p>
    <w:p w14:paraId="0EAFDDC3" w14:textId="77777777" w:rsidR="00043C14" w:rsidRDefault="00000000">
      <w:pPr>
        <w:spacing w:after="60" w:line="252" w:lineRule="auto"/>
        <w:ind w:firstLine="425"/>
      </w:pPr>
      <w:r>
        <w:t>Greta Thunberg, the soft-spoken Swedish teenager who became a global conscience for climate change and environmental activism, has been named Time magazine’s Person of the year for 2019. “She became the biggest voice on the biggest issue facing the planet this year, coming from essentially nowhere to lead a worldwide movement,” Time editor-in-chief Edward Felsenthal said, adding that Thunberg is the magazine’s youngest choice ever to be named Person of the Year.</w:t>
      </w:r>
    </w:p>
    <w:p w14:paraId="0BDB2D87" w14:textId="77777777" w:rsidR="00043C14" w:rsidRDefault="00000000">
      <w:pPr>
        <w:spacing w:after="60" w:line="252" w:lineRule="auto"/>
        <w:ind w:firstLine="425"/>
      </w:pPr>
      <w:r>
        <w:lastRenderedPageBreak/>
        <w:t>Thunberg quickly bloomed into one of the world’s most notable climate change activists, sparking a collective movement to fight the issue after protesting alone outside the Swedish Parliament during school hours on Fridays when she was 15. The teen held up a now universally recognized hand-painted sign that read “skolstrejk för klimatet,” which translates to “School strike for the climate.” Her solo protest, Fensenthal noted, eventually prompted millions of people in 150 countries “to act on behalf of the planet.”</w:t>
      </w:r>
    </w:p>
    <w:p w14:paraId="726E438B" w14:textId="77777777" w:rsidR="00043C14" w:rsidRDefault="00000000">
      <w:pPr>
        <w:spacing w:after="60" w:line="252" w:lineRule="auto"/>
        <w:ind w:firstLine="425"/>
      </w:pPr>
      <w:r>
        <w:t>Thunberg’s signature direct style of speaking made her a force that could not be ignored by world leaders and she was asked to speak in front of several high-profile entities, including the United Nations and the U.S. Congress. In October, Thunberg was the recipient of another honor – an environmental award at a Stockholm ceremony held by the Nordic Council. But she declined it, explaining in an Instagram post, “The climate movement does not need any more awards.”</w:t>
      </w:r>
    </w:p>
    <w:p w14:paraId="0B2231D9" w14:textId="77777777" w:rsidR="00043C14" w:rsidRDefault="00000000">
      <w:pPr>
        <w:spacing w:after="60" w:line="252" w:lineRule="auto"/>
        <w:ind w:firstLine="425"/>
      </w:pPr>
      <w:r>
        <w:t>When asked what he thought Thunberg’s response would be after learning that she is Time’s Person of the Year, Felsenthal said, “I don’t know, but I think what she has done, her rise in influence, has been really extraordinary.”</w:t>
      </w:r>
    </w:p>
    <w:p w14:paraId="39DEF92C" w14:textId="77777777" w:rsidR="00043C14" w:rsidRDefault="00000000">
      <w:pPr>
        <w:spacing w:after="40" w:line="252" w:lineRule="auto"/>
      </w:pPr>
      <w:r>
        <w:rPr>
          <w:b/>
        </w:rPr>
        <w:t xml:space="preserve">Question 11: </w:t>
      </w:r>
      <w:r>
        <w:t>The word notable in paragraph 2 is CLOSEST in meaning to ______.</w:t>
      </w:r>
    </w:p>
    <w:p w14:paraId="3A09CE53" w14:textId="77777777" w:rsidR="00043C14" w:rsidRDefault="00000000">
      <w:pPr>
        <w:spacing w:after="60" w:line="240" w:lineRule="auto"/>
        <w:ind w:left="170"/>
      </w:pPr>
      <w:r>
        <w:t>A. experienced</w:t>
      </w:r>
      <w:r>
        <w:tab/>
        <w:t>B. outstanding</w:t>
      </w:r>
      <w:r>
        <w:tab/>
        <w:t>C. professional</w:t>
      </w:r>
      <w:r>
        <w:tab/>
        <w:t>D. knowledgeable</w:t>
      </w:r>
    </w:p>
    <w:p w14:paraId="253D089E" w14:textId="77777777" w:rsidR="00043C14" w:rsidRDefault="00000000">
      <w:pPr>
        <w:spacing w:after="40" w:line="252" w:lineRule="auto"/>
      </w:pPr>
      <w:r>
        <w:rPr>
          <w:b/>
        </w:rPr>
        <w:t xml:space="preserve">Question 12: </w:t>
      </w:r>
      <w:r>
        <w:t>The word prompted in paragraph 2 is OPPOSITE in meaning to ______.</w:t>
      </w:r>
    </w:p>
    <w:p w14:paraId="31804D4C" w14:textId="77777777" w:rsidR="00043C14" w:rsidRDefault="00000000">
      <w:pPr>
        <w:spacing w:after="60" w:line="240" w:lineRule="auto"/>
        <w:ind w:left="170"/>
      </w:pPr>
      <w:r>
        <w:t>A. concluded</w:t>
      </w:r>
      <w:r>
        <w:tab/>
        <w:t>B. initiated</w:t>
      </w:r>
      <w:r>
        <w:tab/>
        <w:t>C. motivated</w:t>
      </w:r>
      <w:r>
        <w:tab/>
        <w:t>D. discouraged</w:t>
      </w:r>
    </w:p>
    <w:p w14:paraId="2222236B" w14:textId="77777777" w:rsidR="00043C14" w:rsidRDefault="00000000">
      <w:pPr>
        <w:spacing w:after="40" w:line="252" w:lineRule="auto"/>
      </w:pPr>
      <w:r>
        <w:rPr>
          <w:b/>
        </w:rPr>
        <w:t xml:space="preserve">Question 13: </w:t>
      </w:r>
      <w:r>
        <w:t>According to the passage, all of the following are things that Greta Thunberg is known for EXCEPT ______.</w:t>
      </w:r>
    </w:p>
    <w:p w14:paraId="12B58C4D" w14:textId="77777777" w:rsidR="00043C14" w:rsidRDefault="00000000">
      <w:pPr>
        <w:spacing w:after="20" w:line="252" w:lineRule="auto"/>
      </w:pPr>
      <w:r>
        <w:t>A. her solo protest outside the Swedish Parliament</w:t>
      </w:r>
    </w:p>
    <w:p w14:paraId="59D423F0" w14:textId="77777777" w:rsidR="00043C14" w:rsidRDefault="00000000">
      <w:pPr>
        <w:spacing w:after="20" w:line="252" w:lineRule="auto"/>
      </w:pPr>
      <w:r>
        <w:t>B. Time magazine’s Person of the Year award in 2019</w:t>
      </w:r>
    </w:p>
    <w:p w14:paraId="3A739058" w14:textId="77777777" w:rsidR="00043C14" w:rsidRDefault="00000000">
      <w:pPr>
        <w:spacing w:after="20" w:line="252" w:lineRule="auto"/>
      </w:pPr>
      <w:r>
        <w:t>C. the global movement she inspired for climate activism</w:t>
      </w:r>
    </w:p>
    <w:p w14:paraId="7E7557DB" w14:textId="77777777" w:rsidR="00043C14" w:rsidRDefault="00000000">
      <w:pPr>
        <w:spacing w:after="20" w:line="252" w:lineRule="auto"/>
      </w:pPr>
      <w:r>
        <w:t>D. the environmental prize from the Nordic Council that she accepted</w:t>
      </w:r>
    </w:p>
    <w:p w14:paraId="76B86F3B" w14:textId="77777777" w:rsidR="00043C14" w:rsidRDefault="00000000">
      <w:pPr>
        <w:spacing w:after="40" w:line="252" w:lineRule="auto"/>
      </w:pPr>
      <w:r>
        <w:rPr>
          <w:b/>
        </w:rPr>
        <w:t xml:space="preserve">Question 14: </w:t>
      </w:r>
      <w:r>
        <w:t>Which of the following best paraphrases the underlined sentence in paragraph 3?</w:t>
      </w:r>
    </w:p>
    <w:p w14:paraId="1C90223F" w14:textId="77777777" w:rsidR="00043C14" w:rsidRDefault="00000000">
      <w:pPr>
        <w:spacing w:after="20" w:line="252" w:lineRule="auto"/>
      </w:pPr>
      <w:r>
        <w:t>A. Thunberg believes that awards are unnecessary because they do not help solve the climate crisis.</w:t>
      </w:r>
    </w:p>
    <w:p w14:paraId="607E8F72" w14:textId="77777777" w:rsidR="00043C14" w:rsidRDefault="00000000">
      <w:pPr>
        <w:spacing w:after="20" w:line="252" w:lineRule="auto"/>
      </w:pPr>
      <w:r>
        <w:t>B. Thunberg thinks that climate activists should work harder to earn awards in the future.</w:t>
      </w:r>
    </w:p>
    <w:p w14:paraId="7251E9F8" w14:textId="77777777" w:rsidR="00043C14" w:rsidRDefault="00000000">
      <w:pPr>
        <w:spacing w:after="20" w:line="252" w:lineRule="auto"/>
      </w:pPr>
      <w:r>
        <w:t>C. Thunberg feels honored to receive the award but thinks it should go to someone else.</w:t>
      </w:r>
    </w:p>
    <w:p w14:paraId="4B89BBF7" w14:textId="77777777" w:rsidR="00043C14" w:rsidRDefault="00000000">
      <w:pPr>
        <w:spacing w:after="20" w:line="252" w:lineRule="auto"/>
      </w:pPr>
      <w:r>
        <w:t>D. Thunberg accepts the award but believes more people should be recognized for their efforts.</w:t>
      </w:r>
    </w:p>
    <w:p w14:paraId="7DFCC9B8" w14:textId="77777777" w:rsidR="00043C14" w:rsidRDefault="00000000">
      <w:pPr>
        <w:spacing w:after="40" w:line="252" w:lineRule="auto"/>
      </w:pPr>
      <w:r>
        <w:rPr>
          <w:b/>
        </w:rPr>
        <w:t xml:space="preserve">Question 15: </w:t>
      </w:r>
      <w:r>
        <w:t>In which paragraph does the writer mention Greta Thunberg’s recognition as Time’s Person of the Year?</w:t>
      </w:r>
    </w:p>
    <w:p w14:paraId="65D393A0" w14:textId="77777777" w:rsidR="00043C14" w:rsidRDefault="00000000">
      <w:pPr>
        <w:spacing w:after="60" w:line="240" w:lineRule="auto"/>
        <w:ind w:left="170"/>
      </w:pPr>
      <w:r>
        <w:t>A. Paragraph 1</w:t>
      </w:r>
      <w:r>
        <w:tab/>
        <w:t>B. Paragraph 2</w:t>
      </w:r>
      <w:r>
        <w:tab/>
        <w:t>C. Paragraph 3</w:t>
      </w:r>
      <w:r>
        <w:tab/>
        <w:t>D. Paragraph 4</w:t>
      </w:r>
    </w:p>
    <w:p w14:paraId="00D33DAA" w14:textId="77777777" w:rsidR="00043C14" w:rsidRDefault="00000000">
      <w:pPr>
        <w:spacing w:after="60" w:line="252" w:lineRule="auto"/>
      </w:pPr>
      <w:r>
        <w:rPr>
          <w:b/>
        </w:rPr>
        <w:t>Read the following passage and mark the letter A, B, C or D on your answer sheet to indicate the option that best fits each of the numbered blanks.</w:t>
      </w:r>
    </w:p>
    <w:p w14:paraId="42F162BF" w14:textId="77777777" w:rsidR="00043C14" w:rsidRDefault="00000000">
      <w:pPr>
        <w:spacing w:after="60" w:line="252" w:lineRule="auto"/>
        <w:ind w:firstLine="425"/>
      </w:pPr>
      <w:r>
        <w:t>Fossil fuels are used to generate the majority of the world’s energy, and they come in different forms. For example, coal may be burned in a power (16) ______ to generate electricity, but gasoline is burned in a car’s engine to make it run. Neither of these two sources is considered green energy because they produce a lot of pollution when they are burned. In addition, they come from a source that is inevitably going to (17) ______.</w:t>
      </w:r>
    </w:p>
    <w:p w14:paraId="416617DF" w14:textId="77777777" w:rsidR="00043C14" w:rsidRDefault="00000000">
      <w:pPr>
        <w:spacing w:after="60" w:line="252" w:lineRule="auto"/>
        <w:ind w:firstLine="425"/>
      </w:pPr>
      <w:r>
        <w:t>Green energy can be defined as any energy source that is to some degree non-polluting. When it is called (18) ______, this means that a person can replace the same amount of energy that was consumed by that person (19) ______ that person’s lifetime. Since it took millions and millions of years to create the fossil fuels that we now burn, we know that they cannot be replaced by us.</w:t>
      </w:r>
    </w:p>
    <w:p w14:paraId="04AEAD31" w14:textId="77777777" w:rsidR="00043C14" w:rsidRDefault="00000000">
      <w:pPr>
        <w:spacing w:after="60" w:line="252" w:lineRule="auto"/>
        <w:ind w:firstLine="425"/>
      </w:pPr>
      <w:r>
        <w:lastRenderedPageBreak/>
        <w:t>Wind power and solar power, (20) ______ harnessed properly, are two excellent sources of green energy. Once the necessary parts such as wind turbines to generate wind power and solar panels to create solar power have been produced, only the pollution from the production is left.</w:t>
      </w:r>
    </w:p>
    <w:p w14:paraId="3C36E8D9" w14:textId="77777777" w:rsidR="00043C14" w:rsidRDefault="00000000">
      <w:pPr>
        <w:spacing w:after="40" w:line="252" w:lineRule="auto"/>
      </w:pPr>
      <w:r>
        <w:rPr>
          <w:b/>
        </w:rPr>
        <w:t xml:space="preserve">Question 16: </w:t>
      </w:r>
    </w:p>
    <w:p w14:paraId="218FA194" w14:textId="77777777" w:rsidR="00043C14" w:rsidRDefault="00000000">
      <w:pPr>
        <w:spacing w:after="60" w:line="240" w:lineRule="auto"/>
        <w:ind w:left="170"/>
      </w:pPr>
      <w:r>
        <w:t>A. point</w:t>
      </w:r>
      <w:r>
        <w:tab/>
        <w:t>B. outlet</w:t>
      </w:r>
      <w:r>
        <w:tab/>
        <w:t>C. factory</w:t>
      </w:r>
      <w:r>
        <w:tab/>
        <w:t>D. plant</w:t>
      </w:r>
    </w:p>
    <w:p w14:paraId="1E366EF4" w14:textId="77777777" w:rsidR="00043C14" w:rsidRDefault="00000000">
      <w:pPr>
        <w:spacing w:after="40" w:line="252" w:lineRule="auto"/>
      </w:pPr>
      <w:r>
        <w:rPr>
          <w:b/>
        </w:rPr>
        <w:t xml:space="preserve">Question 17: </w:t>
      </w:r>
    </w:p>
    <w:p w14:paraId="294B455B" w14:textId="77777777" w:rsidR="00043C14" w:rsidRDefault="00000000">
      <w:pPr>
        <w:spacing w:after="60" w:line="240" w:lineRule="auto"/>
        <w:ind w:left="170"/>
      </w:pPr>
      <w:r>
        <w:t>A. run out of</w:t>
      </w:r>
      <w:r>
        <w:tab/>
        <w:t>B. run out</w:t>
      </w:r>
      <w:r>
        <w:tab/>
        <w:t>C. burn out</w:t>
      </w:r>
      <w:r>
        <w:tab/>
        <w:t>D. cut out</w:t>
      </w:r>
    </w:p>
    <w:p w14:paraId="47B08F2C" w14:textId="77777777" w:rsidR="00043C14" w:rsidRDefault="00000000">
      <w:pPr>
        <w:spacing w:after="40" w:line="252" w:lineRule="auto"/>
      </w:pPr>
      <w:r>
        <w:rPr>
          <w:b/>
        </w:rPr>
        <w:t xml:space="preserve">Question 18: </w:t>
      </w:r>
    </w:p>
    <w:p w14:paraId="5B716007" w14:textId="77777777" w:rsidR="00043C14" w:rsidRDefault="00000000">
      <w:pPr>
        <w:spacing w:after="60" w:line="240" w:lineRule="auto"/>
        <w:ind w:left="170"/>
      </w:pPr>
      <w:r>
        <w:t>A. durable</w:t>
      </w:r>
      <w:r>
        <w:tab/>
        <w:t>B. sustainable</w:t>
      </w:r>
      <w:r>
        <w:tab/>
        <w:t>C. harmful</w:t>
      </w:r>
      <w:r>
        <w:tab/>
        <w:t>D. effective</w:t>
      </w:r>
    </w:p>
    <w:p w14:paraId="277DCC9A" w14:textId="77777777" w:rsidR="00043C14" w:rsidRDefault="00000000">
      <w:pPr>
        <w:spacing w:after="40" w:line="252" w:lineRule="auto"/>
      </w:pPr>
      <w:r>
        <w:rPr>
          <w:b/>
        </w:rPr>
        <w:t xml:space="preserve">Question 19: </w:t>
      </w:r>
    </w:p>
    <w:p w14:paraId="201F048B" w14:textId="77777777" w:rsidR="00043C14" w:rsidRDefault="00000000">
      <w:pPr>
        <w:spacing w:after="60" w:line="240" w:lineRule="auto"/>
        <w:ind w:left="170"/>
      </w:pPr>
      <w:r>
        <w:t>A. along</w:t>
      </w:r>
      <w:r>
        <w:tab/>
        <w:t>B. about</w:t>
      </w:r>
      <w:r>
        <w:tab/>
        <w:t>C. within</w:t>
      </w:r>
      <w:r>
        <w:tab/>
        <w:t>D. without</w:t>
      </w:r>
    </w:p>
    <w:p w14:paraId="60FDFEBE" w14:textId="77777777" w:rsidR="00043C14" w:rsidRDefault="00000000">
      <w:pPr>
        <w:spacing w:after="40" w:line="252" w:lineRule="auto"/>
      </w:pPr>
      <w:r>
        <w:rPr>
          <w:b/>
        </w:rPr>
        <w:t xml:space="preserve">Question 20: </w:t>
      </w:r>
    </w:p>
    <w:p w14:paraId="0B22AC59" w14:textId="77777777" w:rsidR="00043C14" w:rsidRDefault="00000000">
      <w:pPr>
        <w:spacing w:after="60" w:line="240" w:lineRule="auto"/>
        <w:ind w:left="170"/>
      </w:pPr>
      <w:r>
        <w:t>A. where</w:t>
      </w:r>
      <w:r>
        <w:tab/>
        <w:t>B. when</w:t>
      </w:r>
      <w:r>
        <w:tab/>
        <w:t>C. which</w:t>
      </w:r>
      <w:r>
        <w:tab/>
        <w:t>D. what</w:t>
      </w:r>
    </w:p>
    <w:p w14:paraId="4C3A8655" w14:textId="77777777" w:rsidR="00043C14" w:rsidRPr="00BA0CAF" w:rsidRDefault="00000000">
      <w:pPr>
        <w:spacing w:after="60" w:line="252" w:lineRule="auto"/>
        <w:rPr>
          <w:color w:val="002366"/>
        </w:rPr>
      </w:pPr>
      <w:r w:rsidRPr="00BA0CAF">
        <w:rPr>
          <w:b/>
          <w:color w:val="002366"/>
          <w:sz w:val="26"/>
        </w:rPr>
        <w:t>II. WRITING</w:t>
      </w:r>
    </w:p>
    <w:p w14:paraId="7C4046F6" w14:textId="77777777" w:rsidR="00043C14" w:rsidRDefault="00000000">
      <w:pPr>
        <w:spacing w:after="60" w:line="252" w:lineRule="auto"/>
      </w:pPr>
      <w:r>
        <w:rPr>
          <w:b/>
        </w:rPr>
        <w:t>Write complete sentences, using the guided words and phrases. Add or make any changes if necessary.</w:t>
      </w:r>
    </w:p>
    <w:p w14:paraId="48EF54A3" w14:textId="77777777" w:rsidR="00043C14" w:rsidRDefault="00000000">
      <w:pPr>
        <w:spacing w:after="40" w:line="252" w:lineRule="auto"/>
      </w:pPr>
      <w:r>
        <w:rPr>
          <w:b/>
        </w:rPr>
        <w:t xml:space="preserve">Question 21: </w:t>
      </w:r>
      <w:r>
        <w:t>His time as a child was very happy. (CHILDHOOD)</w:t>
      </w:r>
    </w:p>
    <w:p w14:paraId="208EC211" w14:textId="77777777" w:rsidR="00043C14" w:rsidRDefault="00000000">
      <w:pPr>
        <w:spacing w:after="80" w:line="252" w:lineRule="auto"/>
      </w:pPr>
      <w:r>
        <w:t>He _____________________________________________________________.</w:t>
      </w:r>
    </w:p>
    <w:p w14:paraId="1FB7B947" w14:textId="77777777" w:rsidR="00043C14" w:rsidRDefault="00000000">
      <w:pPr>
        <w:spacing w:after="40" w:line="252" w:lineRule="auto"/>
      </w:pPr>
      <w:r>
        <w:rPr>
          <w:b/>
        </w:rPr>
        <w:t xml:space="preserve">Question 22: </w:t>
      </w:r>
      <w:r>
        <w:t>Many people admired Harry for his achievements. (LOOKED)</w:t>
      </w:r>
    </w:p>
    <w:p w14:paraId="664BADFC" w14:textId="77777777" w:rsidR="00043C14" w:rsidRDefault="00000000">
      <w:pPr>
        <w:spacing w:after="80" w:line="252" w:lineRule="auto"/>
      </w:pPr>
      <w:r>
        <w:t>Many people _____________________________________________________________.</w:t>
      </w:r>
    </w:p>
    <w:p w14:paraId="005E8A8C" w14:textId="77777777" w:rsidR="00043C14" w:rsidRDefault="00000000">
      <w:pPr>
        <w:spacing w:after="40" w:line="252" w:lineRule="auto"/>
      </w:pPr>
      <w:r>
        <w:rPr>
          <w:b/>
        </w:rPr>
        <w:t xml:space="preserve">Question 23: </w:t>
      </w:r>
      <w:r>
        <w:t>During his visit to Japan, my father bought a lot of souvenirs. (VISITING)</w:t>
      </w:r>
    </w:p>
    <w:p w14:paraId="45F5C2D9" w14:textId="77777777" w:rsidR="00043C14" w:rsidRDefault="00000000">
      <w:pPr>
        <w:spacing w:after="80" w:line="252" w:lineRule="auto"/>
      </w:pPr>
      <w:r>
        <w:t>While my father ___________________________________________________.</w:t>
      </w:r>
    </w:p>
    <w:p w14:paraId="0040DC33" w14:textId="77777777" w:rsidR="00043C14" w:rsidRDefault="00000000">
      <w:pPr>
        <w:spacing w:after="40" w:line="252" w:lineRule="auto"/>
      </w:pPr>
      <w:r>
        <w:rPr>
          <w:b/>
        </w:rPr>
        <w:t xml:space="preserve">Question 24: </w:t>
      </w:r>
      <w:r>
        <w:t>I have not seen my closest friend for fifteen years. (SAW)</w:t>
      </w:r>
    </w:p>
    <w:p w14:paraId="534C3877" w14:textId="77777777" w:rsidR="00043C14" w:rsidRDefault="00000000">
      <w:pPr>
        <w:spacing w:after="80" w:line="252" w:lineRule="auto"/>
      </w:pPr>
      <w:r>
        <w:t>The last time _____________________________________________________.</w:t>
      </w:r>
    </w:p>
    <w:p w14:paraId="2E1EFFF4" w14:textId="77777777" w:rsidR="00043C14" w:rsidRDefault="00000000">
      <w:pPr>
        <w:spacing w:after="40" w:line="252" w:lineRule="auto"/>
      </w:pPr>
      <w:r>
        <w:rPr>
          <w:b/>
        </w:rPr>
        <w:t xml:space="preserve">Question 25: </w:t>
      </w:r>
      <w:r>
        <w:t>I prefer living in a melting pot. This allows me to interact with people from different cultures. (Use relative clause)</w:t>
      </w:r>
    </w:p>
    <w:p w14:paraId="764E09E1" w14:textId="77777777" w:rsidR="00043C14" w:rsidRDefault="00000000">
      <w:pPr>
        <w:spacing w:after="80" w:line="252" w:lineRule="auto"/>
      </w:pPr>
      <w:r>
        <w:t>I prefer __________________________________________________________.</w:t>
      </w:r>
    </w:p>
    <w:p w14:paraId="2ADDFF91" w14:textId="77777777" w:rsidR="00043C14" w:rsidRDefault="00000000">
      <w:pPr>
        <w:spacing w:after="40" w:line="252" w:lineRule="auto"/>
      </w:pPr>
      <w:r>
        <w:rPr>
          <w:b/>
        </w:rPr>
        <w:t xml:space="preserve">Question 26: </w:t>
      </w:r>
      <w:r>
        <w:t>Write an opinion essay from 120 to 150 words on the impact of world festivals on young Vietnamese people.</w:t>
      </w:r>
    </w:p>
    <w:p w14:paraId="21A216D9" w14:textId="77777777" w:rsidR="00043C14" w:rsidRDefault="00000000">
      <w:pPr>
        <w:spacing w:after="0" w:line="252" w:lineRule="auto"/>
      </w:pPr>
      <w:r>
        <w:rPr>
          <w:sz w:val="22"/>
        </w:rPr>
        <w:t>________________________________________________________________________________</w:t>
      </w:r>
    </w:p>
    <w:p w14:paraId="62534D02" w14:textId="77777777" w:rsidR="00043C14" w:rsidRDefault="00000000">
      <w:pPr>
        <w:spacing w:after="0" w:line="252" w:lineRule="auto"/>
      </w:pPr>
      <w:r>
        <w:rPr>
          <w:sz w:val="22"/>
        </w:rPr>
        <w:t>________________________________________________________________________________</w:t>
      </w:r>
    </w:p>
    <w:p w14:paraId="30BE3F30" w14:textId="77777777" w:rsidR="00043C14" w:rsidRDefault="00000000">
      <w:pPr>
        <w:spacing w:after="0" w:line="252" w:lineRule="auto"/>
      </w:pPr>
      <w:r>
        <w:rPr>
          <w:sz w:val="22"/>
        </w:rPr>
        <w:t>________________________________________________________________________________</w:t>
      </w:r>
    </w:p>
    <w:p w14:paraId="0D8AD8C7" w14:textId="77777777" w:rsidR="00043C14" w:rsidRDefault="00000000">
      <w:pPr>
        <w:spacing w:after="0" w:line="252" w:lineRule="auto"/>
      </w:pPr>
      <w:r>
        <w:rPr>
          <w:sz w:val="22"/>
        </w:rPr>
        <w:t>________________________________________________________________________________</w:t>
      </w:r>
    </w:p>
    <w:p w14:paraId="22AAF095" w14:textId="77777777" w:rsidR="00043C14" w:rsidRDefault="00000000">
      <w:pPr>
        <w:spacing w:after="0" w:line="252" w:lineRule="auto"/>
      </w:pPr>
      <w:r>
        <w:rPr>
          <w:sz w:val="22"/>
        </w:rPr>
        <w:t>________________________________________________________________________________</w:t>
      </w:r>
    </w:p>
    <w:p w14:paraId="12DC5701" w14:textId="77777777" w:rsidR="00043C14" w:rsidRDefault="00000000">
      <w:pPr>
        <w:spacing w:after="0" w:line="252" w:lineRule="auto"/>
      </w:pPr>
      <w:r>
        <w:rPr>
          <w:sz w:val="22"/>
        </w:rPr>
        <w:t>________________________________________________________________________________</w:t>
      </w:r>
    </w:p>
    <w:p w14:paraId="2A0270CB" w14:textId="77777777" w:rsidR="00043C14" w:rsidRDefault="00000000">
      <w:pPr>
        <w:spacing w:after="0" w:line="252" w:lineRule="auto"/>
      </w:pPr>
      <w:r>
        <w:rPr>
          <w:sz w:val="22"/>
        </w:rPr>
        <w:t>________________________________________________________________________________</w:t>
      </w:r>
    </w:p>
    <w:p w14:paraId="3AADF4C3" w14:textId="77777777" w:rsidR="00043C14" w:rsidRDefault="00000000">
      <w:pPr>
        <w:spacing w:after="0" w:line="252" w:lineRule="auto"/>
      </w:pPr>
      <w:r>
        <w:rPr>
          <w:sz w:val="22"/>
        </w:rPr>
        <w:t>________________________________________________________________________________</w:t>
      </w:r>
    </w:p>
    <w:p w14:paraId="3E93AE96" w14:textId="77777777" w:rsidR="00043C14" w:rsidRDefault="00000000">
      <w:pPr>
        <w:spacing w:after="0" w:line="252" w:lineRule="auto"/>
      </w:pPr>
      <w:r>
        <w:rPr>
          <w:sz w:val="22"/>
        </w:rPr>
        <w:t>________________________________________________________________________________</w:t>
      </w:r>
    </w:p>
    <w:p w14:paraId="429D90DA" w14:textId="77777777" w:rsidR="00043C14" w:rsidRDefault="00000000">
      <w:pPr>
        <w:spacing w:after="0" w:line="252" w:lineRule="auto"/>
      </w:pPr>
      <w:r>
        <w:rPr>
          <w:sz w:val="22"/>
        </w:rPr>
        <w:t>________________________________________________________________________________</w:t>
      </w:r>
    </w:p>
    <w:p w14:paraId="31CAC54D" w14:textId="77777777" w:rsidR="00043C14" w:rsidRDefault="00000000">
      <w:pPr>
        <w:spacing w:after="40" w:line="252" w:lineRule="auto"/>
        <w:jc w:val="center"/>
      </w:pPr>
      <w:r>
        <w:rPr>
          <w:b/>
        </w:rPr>
        <w:t>--- Hết ----</w:t>
      </w:r>
    </w:p>
    <w:p w14:paraId="4AFFE719" w14:textId="77777777" w:rsidR="00043C14" w:rsidRDefault="00000000">
      <w:pPr>
        <w:spacing w:after="40" w:line="252" w:lineRule="auto"/>
      </w:pPr>
      <w:r>
        <w:rPr>
          <w:i/>
          <w:sz w:val="22"/>
        </w:rPr>
        <w:t>Học sinh không được sử dụng tài liệu. Giáo viên coi kiểm tra không giải thích gì thêm.</w:t>
      </w:r>
    </w:p>
    <w:p w14:paraId="565198E6" w14:textId="77777777" w:rsidR="00043C14" w:rsidRDefault="00000000">
      <w:pPr>
        <w:spacing w:after="0" w:line="252" w:lineRule="auto"/>
      </w:pPr>
      <w:r>
        <w:rPr>
          <w:sz w:val="22"/>
        </w:rPr>
        <w:t>Họ và tên học sinh: .............................................................................., Số báo danh: ...............</w:t>
      </w:r>
    </w:p>
    <w:sectPr w:rsidR="00043C14"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86994277">
    <w:abstractNumId w:val="8"/>
  </w:num>
  <w:num w:numId="2" w16cid:durableId="1167865091">
    <w:abstractNumId w:val="6"/>
  </w:num>
  <w:num w:numId="3" w16cid:durableId="1238053595">
    <w:abstractNumId w:val="5"/>
  </w:num>
  <w:num w:numId="4" w16cid:durableId="118301680">
    <w:abstractNumId w:val="4"/>
  </w:num>
  <w:num w:numId="5" w16cid:durableId="1960645132">
    <w:abstractNumId w:val="7"/>
  </w:num>
  <w:num w:numId="6" w16cid:durableId="2036229227">
    <w:abstractNumId w:val="3"/>
  </w:num>
  <w:num w:numId="7" w16cid:durableId="1858152037">
    <w:abstractNumId w:val="2"/>
  </w:num>
  <w:num w:numId="8" w16cid:durableId="1081026113">
    <w:abstractNumId w:val="1"/>
  </w:num>
  <w:num w:numId="9" w16cid:durableId="146554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C14"/>
    <w:rsid w:val="0006063C"/>
    <w:rsid w:val="0015074B"/>
    <w:rsid w:val="0029639D"/>
    <w:rsid w:val="00326F90"/>
    <w:rsid w:val="0098513E"/>
    <w:rsid w:val="00AA1D8D"/>
    <w:rsid w:val="00B47730"/>
    <w:rsid w:val="00BA0CA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6085B0"/>
  <w14:defaultImageDpi w14:val="300"/>
  <w15:docId w15:val="{6B8F8FE6-17F5-4C22-91F5-E215AF7B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Viet Tran Van</cp:lastModifiedBy>
  <cp:revision>2</cp:revision>
  <dcterms:created xsi:type="dcterms:W3CDTF">2013-12-23T23:15:00Z</dcterms:created>
  <dcterms:modified xsi:type="dcterms:W3CDTF">2026-08-10T13:19:00Z</dcterms:modified>
  <cp:category/>
</cp:coreProperties>
</file>