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5760"/>
      </w:tblGrid>
      <w:tr w:rsidR="00217169" w:rsidRPr="00E04629" w14:paraId="01CF44EF" w14:textId="77777777" w:rsidTr="002E6DDB">
        <w:tc>
          <w:tcPr>
            <w:tcW w:w="3780" w:type="dxa"/>
          </w:tcPr>
          <w:p w14:paraId="0DACBF64" w14:textId="77777777" w:rsidR="00217169" w:rsidRPr="00E04629" w:rsidRDefault="00217169" w:rsidP="002D74E6">
            <w:pPr>
              <w:tabs>
                <w:tab w:val="left" w:pos="426"/>
                <w:tab w:val="left" w:pos="2835"/>
                <w:tab w:val="left" w:pos="5386"/>
                <w:tab w:val="left" w:pos="7937"/>
              </w:tabs>
              <w:spacing w:line="312" w:lineRule="auto"/>
              <w:jc w:val="both"/>
              <w:rPr>
                <w:rFonts w:eastAsia="Calibri" w:cs="Times New Roman"/>
                <w:b/>
                <w:bCs/>
                <w:color w:val="002366"/>
                <w:szCs w:val="24"/>
              </w:rPr>
            </w:pPr>
            <w:r w:rsidRPr="00E04629">
              <w:rPr>
                <w:rFonts w:eastAsia="Calibri" w:cs="Times New Roman"/>
                <w:b/>
                <w:bCs/>
                <w:color w:val="002366"/>
                <w:szCs w:val="24"/>
              </w:rPr>
              <w:t>TRƯỜNG  THPT</w:t>
            </w:r>
          </w:p>
          <w:p w14:paraId="3737290F" w14:textId="77777777" w:rsidR="00217169" w:rsidRPr="00E04629" w:rsidRDefault="00217169" w:rsidP="002D74E6">
            <w:pPr>
              <w:tabs>
                <w:tab w:val="left" w:pos="426"/>
                <w:tab w:val="left" w:pos="2835"/>
                <w:tab w:val="left" w:pos="5386"/>
                <w:tab w:val="left" w:pos="7937"/>
              </w:tabs>
              <w:spacing w:line="312" w:lineRule="auto"/>
              <w:jc w:val="both"/>
              <w:rPr>
                <w:rFonts w:eastAsia="Palatino Linotype" w:cs="Times New Roman"/>
                <w:b/>
                <w:color w:val="002366"/>
                <w:szCs w:val="24"/>
              </w:rPr>
            </w:pPr>
            <w:r w:rsidRPr="00E04629">
              <w:rPr>
                <w:rFonts w:eastAsia="Calibri" w:cs="Times New Roman"/>
                <w:b/>
                <w:bCs/>
                <w:color w:val="002366"/>
                <w:szCs w:val="24"/>
              </w:rPr>
              <w:t xml:space="preserve">                                         </w:t>
            </w:r>
          </w:p>
          <w:p w14:paraId="5A2EF419" w14:textId="77777777" w:rsidR="00217169" w:rsidRPr="00E04629" w:rsidRDefault="00217169" w:rsidP="002D74E6">
            <w:pPr>
              <w:tabs>
                <w:tab w:val="left" w:pos="426"/>
                <w:tab w:val="left" w:pos="2835"/>
                <w:tab w:val="left" w:pos="5386"/>
                <w:tab w:val="left" w:pos="7937"/>
              </w:tabs>
              <w:jc w:val="both"/>
              <w:rPr>
                <w:rFonts w:cs="Times New Roman"/>
                <w:b/>
                <w:bCs/>
                <w:color w:val="000000" w:themeColor="text1"/>
                <w:szCs w:val="24"/>
              </w:rPr>
            </w:pPr>
            <w:r w:rsidRPr="00E04629">
              <w:rPr>
                <w:rFonts w:eastAsia="Palatino Linotype" w:cs="Times New Roman"/>
                <w:b/>
                <w:color w:val="002366"/>
                <w:szCs w:val="24"/>
              </w:rPr>
              <w:t>ĐỀ KIỂM TRA THỬ</w:t>
            </w:r>
            <w:r w:rsidRPr="00E04629">
              <w:rPr>
                <w:rFonts w:eastAsia="Palatino Linotype" w:cs="Times New Roman"/>
                <w:b/>
                <w:color w:val="0000CC"/>
                <w:szCs w:val="24"/>
              </w:rPr>
              <w:t xml:space="preserve"> </w:t>
            </w:r>
          </w:p>
        </w:tc>
        <w:tc>
          <w:tcPr>
            <w:tcW w:w="5760" w:type="dxa"/>
          </w:tcPr>
          <w:p w14:paraId="56574024" w14:textId="77777777" w:rsidR="00217169" w:rsidRPr="00E04629" w:rsidRDefault="00217169" w:rsidP="002D74E6">
            <w:pPr>
              <w:tabs>
                <w:tab w:val="left" w:pos="426"/>
                <w:tab w:val="left" w:pos="2835"/>
                <w:tab w:val="left" w:pos="5386"/>
                <w:tab w:val="left" w:pos="7937"/>
              </w:tabs>
              <w:ind w:firstLine="283"/>
              <w:jc w:val="both"/>
              <w:rPr>
                <w:rFonts w:cs="Times New Roman"/>
                <w:b/>
                <w:bCs/>
                <w:color w:val="002366"/>
                <w:szCs w:val="24"/>
              </w:rPr>
            </w:pPr>
            <w:r w:rsidRPr="00E04629">
              <w:rPr>
                <w:rFonts w:cs="Times New Roman"/>
                <w:b/>
                <w:bCs/>
                <w:color w:val="002366"/>
                <w:szCs w:val="24"/>
              </w:rPr>
              <w:t>KIỂM TRA GIỮA HỌC KÌ I</w:t>
            </w:r>
          </w:p>
          <w:p w14:paraId="6C4495D8" w14:textId="77777777" w:rsidR="00217169" w:rsidRPr="00E04629" w:rsidRDefault="00217169" w:rsidP="002D74E6">
            <w:pPr>
              <w:tabs>
                <w:tab w:val="left" w:pos="426"/>
                <w:tab w:val="left" w:pos="2835"/>
                <w:tab w:val="left" w:pos="5386"/>
                <w:tab w:val="left" w:pos="7937"/>
              </w:tabs>
              <w:ind w:firstLine="283"/>
              <w:jc w:val="both"/>
              <w:rPr>
                <w:rFonts w:cs="Times New Roman"/>
                <w:b/>
                <w:bCs/>
                <w:color w:val="002366"/>
                <w:szCs w:val="24"/>
              </w:rPr>
            </w:pPr>
            <w:r w:rsidRPr="00E04629">
              <w:rPr>
                <w:rFonts w:cs="Times New Roman"/>
                <w:b/>
                <w:bCs/>
                <w:color w:val="002366"/>
                <w:szCs w:val="24"/>
              </w:rPr>
              <w:t>Môn: Vật lí – Lớp 12</w:t>
            </w:r>
          </w:p>
          <w:p w14:paraId="1E356779" w14:textId="77777777" w:rsidR="00217169" w:rsidRPr="00E04629" w:rsidRDefault="00217169" w:rsidP="002D74E6">
            <w:pPr>
              <w:tabs>
                <w:tab w:val="left" w:pos="426"/>
                <w:tab w:val="left" w:pos="2835"/>
                <w:tab w:val="left" w:pos="5386"/>
                <w:tab w:val="left" w:pos="7937"/>
              </w:tabs>
              <w:jc w:val="both"/>
              <w:rPr>
                <w:rFonts w:cs="Times New Roman"/>
                <w:b/>
                <w:bCs/>
                <w:color w:val="000000" w:themeColor="text1"/>
                <w:szCs w:val="24"/>
              </w:rPr>
            </w:pPr>
            <w:r w:rsidRPr="00E04629">
              <w:rPr>
                <w:rFonts w:cs="Times New Roman"/>
                <w:i/>
                <w:iCs/>
                <w:color w:val="002366"/>
                <w:szCs w:val="24"/>
              </w:rPr>
              <w:t xml:space="preserve">Thời gian làm bài </w:t>
            </w:r>
            <w:r>
              <w:rPr>
                <w:rFonts w:cs="Times New Roman"/>
                <w:i/>
                <w:iCs/>
                <w:color w:val="002366"/>
                <w:szCs w:val="24"/>
              </w:rPr>
              <w:t>45</w:t>
            </w:r>
            <w:r w:rsidRPr="00E04629">
              <w:rPr>
                <w:rFonts w:cs="Times New Roman"/>
                <w:i/>
                <w:iCs/>
                <w:color w:val="002366"/>
                <w:szCs w:val="24"/>
              </w:rPr>
              <w:t xml:space="preserve"> phút, không kể thời gian phát đề.</w:t>
            </w:r>
          </w:p>
        </w:tc>
      </w:tr>
    </w:tbl>
    <w:p w14:paraId="07942C3E" w14:textId="77777777" w:rsidR="00217169" w:rsidRDefault="00217169" w:rsidP="002D74E6">
      <w:pPr>
        <w:tabs>
          <w:tab w:val="left" w:pos="426"/>
        </w:tabs>
        <w:spacing w:after="40"/>
        <w:jc w:val="both"/>
        <w:rPr>
          <w:b/>
          <w:sz w:val="23"/>
        </w:rPr>
      </w:pPr>
    </w:p>
    <w:p w14:paraId="5A71E878" w14:textId="77777777" w:rsidR="00217169" w:rsidRDefault="00217169" w:rsidP="002D74E6">
      <w:pPr>
        <w:tabs>
          <w:tab w:val="left" w:pos="426"/>
        </w:tabs>
        <w:spacing w:after="40"/>
        <w:jc w:val="both"/>
        <w:rPr>
          <w:b/>
          <w:sz w:val="23"/>
        </w:rPr>
      </w:pPr>
      <w:r>
        <w:rPr>
          <w:b/>
          <w:sz w:val="23"/>
        </w:rPr>
        <w:t xml:space="preserve">Họ và tên thí sinh: ............................................................................................      </w:t>
      </w:r>
      <w:r w:rsidRPr="003331A7">
        <w:rPr>
          <w:b/>
          <w:color w:val="CC3300"/>
          <w:sz w:val="23"/>
        </w:rPr>
        <w:t>MÃ ĐỀ: 204</w:t>
      </w:r>
    </w:p>
    <w:p w14:paraId="7FA9092E" w14:textId="77777777" w:rsidR="003D3616" w:rsidRDefault="003D3616" w:rsidP="002D74E6">
      <w:pPr>
        <w:keepLines/>
        <w:tabs>
          <w:tab w:val="left" w:pos="426"/>
        </w:tabs>
        <w:spacing w:after="40"/>
        <w:jc w:val="both"/>
        <w:rPr>
          <w:b/>
          <w:color w:val="123D91"/>
          <w:sz w:val="28"/>
        </w:rPr>
      </w:pPr>
    </w:p>
    <w:p w14:paraId="65890A70" w14:textId="77777777" w:rsidR="004E3FDB" w:rsidRDefault="004E3FDB" w:rsidP="004E3FDB">
      <w:pPr>
        <w:keepLines/>
        <w:tabs>
          <w:tab w:val="left" w:pos="426"/>
        </w:tabs>
        <w:spacing w:before="60"/>
        <w:jc w:val="both"/>
      </w:pPr>
      <w:r>
        <w:rPr>
          <w:b/>
          <w:lang w:val="vi-VN"/>
        </w:rPr>
        <w:t>PHẦN I. Câu trắc nghiệm nhiều phương án lựa chọn. Thí sinh trả lời từ câu 1 đến câu 18. Mỗi câu hỏi thí sinh chỉ chọn một phương án.</w:t>
      </w:r>
    </w:p>
    <w:p w14:paraId="584D7A49" w14:textId="7053279D" w:rsidR="00CE22BB" w:rsidRDefault="00000000" w:rsidP="002D74E6">
      <w:pPr>
        <w:keepLines/>
        <w:tabs>
          <w:tab w:val="left" w:pos="426"/>
        </w:tabs>
        <w:spacing w:after="40"/>
        <w:jc w:val="both"/>
      </w:pPr>
      <w:r>
        <w:rPr>
          <w:b/>
          <w:lang w:val="vi-VN"/>
        </w:rPr>
        <w:t xml:space="preserve">Câu 1: </w:t>
      </w:r>
      <w:r>
        <w:rPr>
          <w:lang w:val="vi-VN"/>
        </w:rPr>
        <w:t>Các phân tử khí chuyển động hỗn loạn không ngừng vì</w:t>
      </w:r>
    </w:p>
    <w:p w14:paraId="2F592128" w14:textId="2F549112" w:rsidR="00CE22BB" w:rsidRDefault="002D74E6" w:rsidP="002D74E6">
      <w:pPr>
        <w:keepLines/>
        <w:tabs>
          <w:tab w:val="left" w:pos="426"/>
        </w:tabs>
        <w:spacing w:after="40"/>
        <w:ind w:left="624" w:hanging="312"/>
        <w:jc w:val="both"/>
      </w:pPr>
      <w:r w:rsidRPr="002D74E6">
        <w:rPr>
          <w:b/>
          <w:color w:val="CC3300"/>
          <w:lang w:val="vi-VN"/>
        </w:rPr>
        <w:t xml:space="preserve">A. </w:t>
      </w:r>
      <w:r w:rsidR="00000000">
        <w:rPr>
          <w:lang w:val="vi-VN"/>
        </w:rPr>
        <w:t>phân tử khí không có khối lượng.</w:t>
      </w:r>
    </w:p>
    <w:p w14:paraId="0959BED2" w14:textId="44386DA9" w:rsidR="00CE22BB" w:rsidRDefault="002D74E6" w:rsidP="002D74E6">
      <w:pPr>
        <w:keepLines/>
        <w:tabs>
          <w:tab w:val="left" w:pos="426"/>
        </w:tabs>
        <w:spacing w:after="40"/>
        <w:ind w:left="624" w:hanging="312"/>
        <w:jc w:val="both"/>
      </w:pPr>
      <w:r w:rsidRPr="002D74E6">
        <w:rPr>
          <w:b/>
          <w:color w:val="CC3300"/>
          <w:lang w:val="vi-VN"/>
        </w:rPr>
        <w:t xml:space="preserve">B. </w:t>
      </w:r>
      <w:r w:rsidR="00000000">
        <w:rPr>
          <w:lang w:val="vi-VN"/>
        </w:rPr>
        <w:t>khoảng cách giữa các phân tử khí quá gần nhau.</w:t>
      </w:r>
    </w:p>
    <w:p w14:paraId="52FA361C" w14:textId="4B10BF20" w:rsidR="00CE22BB" w:rsidRDefault="002D74E6" w:rsidP="002D74E6">
      <w:pPr>
        <w:keepLines/>
        <w:tabs>
          <w:tab w:val="left" w:pos="426"/>
        </w:tabs>
        <w:spacing w:after="40"/>
        <w:ind w:left="624" w:hanging="312"/>
        <w:jc w:val="both"/>
      </w:pPr>
      <w:r w:rsidRPr="002D74E6">
        <w:rPr>
          <w:b/>
          <w:color w:val="CC3300"/>
          <w:lang w:val="vi-VN"/>
        </w:rPr>
        <w:t xml:space="preserve">C. </w:t>
      </w:r>
      <w:r w:rsidR="00000000">
        <w:rPr>
          <w:lang w:val="vi-VN"/>
        </w:rPr>
        <w:t>lực tương tác giữa các phân tử quá nhỏ.</w:t>
      </w:r>
    </w:p>
    <w:p w14:paraId="63FAB65F" w14:textId="1B02391F" w:rsidR="00CE22BB" w:rsidRDefault="002D74E6" w:rsidP="002D74E6">
      <w:pPr>
        <w:keepLines/>
        <w:tabs>
          <w:tab w:val="left" w:pos="426"/>
        </w:tabs>
        <w:spacing w:after="40"/>
        <w:ind w:left="624" w:hanging="312"/>
        <w:jc w:val="both"/>
      </w:pPr>
      <w:r w:rsidRPr="002D74E6">
        <w:rPr>
          <w:b/>
          <w:color w:val="CC3300"/>
          <w:lang w:val="vi-VN"/>
        </w:rPr>
        <w:t xml:space="preserve">D. </w:t>
      </w:r>
      <w:r w:rsidR="00000000">
        <w:rPr>
          <w:lang w:val="vi-VN"/>
        </w:rPr>
        <w:t>các phân tử khí luôn đẩy nhau.</w:t>
      </w:r>
    </w:p>
    <w:p w14:paraId="2433516D" w14:textId="77777777" w:rsidR="00CE22BB" w:rsidRDefault="00000000" w:rsidP="002D74E6">
      <w:pPr>
        <w:keepNext/>
        <w:tabs>
          <w:tab w:val="left" w:pos="426"/>
        </w:tabs>
        <w:spacing w:before="60"/>
        <w:jc w:val="both"/>
      </w:pPr>
      <w:r>
        <w:rPr>
          <w:b/>
          <w:color w:val="C0392B"/>
        </w:rPr>
        <w:t xml:space="preserve">Đáp án: </w:t>
      </w:r>
      <w:r>
        <w:rPr>
          <w:b/>
        </w:rPr>
        <w:t>C</w:t>
      </w:r>
    </w:p>
    <w:p w14:paraId="5FC78030" w14:textId="77777777" w:rsidR="00CE22BB" w:rsidRDefault="00000000" w:rsidP="002D74E6">
      <w:pPr>
        <w:keepNext/>
        <w:tabs>
          <w:tab w:val="left" w:pos="426"/>
        </w:tabs>
        <w:spacing w:before="40" w:after="40"/>
        <w:jc w:val="both"/>
      </w:pPr>
      <w:r>
        <w:rPr>
          <w:b/>
          <w:color w:val="1E3A5F"/>
        </w:rPr>
        <w:t>Hướng dẫn chi tiết:</w:t>
      </w:r>
    </w:p>
    <w:p w14:paraId="038D971F" w14:textId="77777777" w:rsidR="00CE22BB" w:rsidRDefault="00000000" w:rsidP="002D74E6">
      <w:pPr>
        <w:tabs>
          <w:tab w:val="left" w:pos="426"/>
        </w:tabs>
        <w:spacing w:after="40"/>
        <w:ind w:left="255"/>
        <w:jc w:val="both"/>
      </w:pPr>
      <w:r>
        <w:t>- Trong chất khí, khoảng cách giữa các phân tử tương đối lớn nên lực tương tác giữa chúng rất nhỏ, trừ lúc va chạm. Vì vậy, các phân tử chuyển động gần như tự do và hỗn loạn không ngừng.</w:t>
      </w:r>
    </w:p>
    <w:p w14:paraId="69EB2007" w14:textId="77777777" w:rsidR="00CE22BB" w:rsidRDefault="00000000" w:rsidP="002D74E6">
      <w:pPr>
        <w:tabs>
          <w:tab w:val="left" w:pos="426"/>
        </w:tabs>
        <w:spacing w:after="40"/>
        <w:ind w:left="255"/>
        <w:jc w:val="both"/>
      </w:pPr>
      <w:r>
        <w:t>- Phương án A sai vì phân tử khí vẫn có khối lượng; B sai vì khoảng cách giữa các phân tử khí không quá gần; D sai vì giữa các phân tử không phải lúc nào cũng chỉ có lực đẩy.</w:t>
      </w:r>
    </w:p>
    <w:p w14:paraId="376C1E54" w14:textId="5BF25D20" w:rsidR="00217169" w:rsidRDefault="00217169" w:rsidP="002D74E6">
      <w:pPr>
        <w:keepLines/>
        <w:tabs>
          <w:tab w:val="left" w:pos="426"/>
        </w:tabs>
        <w:jc w:val="both"/>
      </w:pPr>
      <w:r>
        <w:rPr>
          <w:b/>
          <w:lang w:val="vi-VN"/>
        </w:rPr>
        <w:t xml:space="preserve">Câu 2: </w:t>
      </w:r>
      <w:r>
        <w:rPr>
          <w:lang w:val="vi-VN"/>
        </w:rPr>
        <w:t xml:space="preserve">Các bình trong hình đều đựng cùng một lượng </w:t>
      </w:r>
      <w:r>
        <w:t>nướ</w:t>
      </w:r>
      <w:r w:rsidR="002D74E6" w:rsidRPr="002D74E6">
        <w:rPr>
          <w:b/>
          <w:color w:val="CC3300"/>
        </w:rPr>
        <w:t xml:space="preserve">C. </w:t>
      </w:r>
      <w:r>
        <w:rPr>
          <w:lang w:val="vi-VN"/>
        </w:rPr>
        <w:t>Để cả ba bình trong phòng kín. Hỏi sau một tuần, bình nào còn ít nước nhất?</w:t>
      </w:r>
    </w:p>
    <w:p w14:paraId="49D455AE" w14:textId="77777777" w:rsidR="00217169" w:rsidRDefault="00217169" w:rsidP="002D74E6">
      <w:pPr>
        <w:tabs>
          <w:tab w:val="left" w:pos="426"/>
        </w:tabs>
        <w:spacing w:after="20"/>
        <w:jc w:val="both"/>
      </w:pPr>
      <w:r w:rsidRPr="003331A7">
        <w:rPr>
          <w:noProof/>
        </w:rPr>
        <w:drawing>
          <wp:inline distT="0" distB="0" distL="0" distR="0" wp14:anchorId="679C613E" wp14:editId="754B657B">
            <wp:extent cx="2333501" cy="1313191"/>
            <wp:effectExtent l="0" t="0" r="0" b="1270"/>
            <wp:docPr id="1472886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886218" name=""/>
                    <pic:cNvPicPr/>
                  </pic:nvPicPr>
                  <pic:blipFill>
                    <a:blip r:embed="rId8"/>
                    <a:stretch>
                      <a:fillRect/>
                    </a:stretch>
                  </pic:blipFill>
                  <pic:spPr>
                    <a:xfrm>
                      <a:off x="0" y="0"/>
                      <a:ext cx="2341031" cy="1317428"/>
                    </a:xfrm>
                    <a:prstGeom prst="rect">
                      <a:avLst/>
                    </a:prstGeom>
                  </pic:spPr>
                </pic:pic>
              </a:graphicData>
            </a:graphic>
          </wp:inline>
        </w:drawing>
      </w:r>
    </w:p>
    <w:p w14:paraId="71E7D3E4" w14:textId="041925A4" w:rsidR="00217169" w:rsidRDefault="002D74E6" w:rsidP="002D74E6">
      <w:pPr>
        <w:keepLines/>
        <w:tabs>
          <w:tab w:val="left" w:pos="426"/>
        </w:tabs>
        <w:spacing w:after="12"/>
        <w:ind w:left="624" w:hanging="312"/>
        <w:jc w:val="both"/>
      </w:pPr>
      <w:r w:rsidRPr="002D74E6">
        <w:rPr>
          <w:b/>
          <w:color w:val="CC3300"/>
          <w:lang w:val="vi-VN"/>
        </w:rPr>
        <w:t xml:space="preserve">A. </w:t>
      </w:r>
      <w:r w:rsidR="00217169">
        <w:rPr>
          <w:lang w:val="vi-VN"/>
        </w:rPr>
        <w:t xml:space="preserve">Bình </w:t>
      </w:r>
      <w:r w:rsidR="00217169">
        <w:t>I</w:t>
      </w:r>
      <w:r w:rsidR="00217169">
        <w:rPr>
          <w:lang w:val="vi-VN"/>
        </w:rPr>
        <w:t>.</w:t>
      </w:r>
    </w:p>
    <w:p w14:paraId="65B8D04E" w14:textId="2F2674EF" w:rsidR="00217169" w:rsidRDefault="002D74E6" w:rsidP="002D74E6">
      <w:pPr>
        <w:keepLines/>
        <w:tabs>
          <w:tab w:val="left" w:pos="426"/>
        </w:tabs>
        <w:spacing w:after="12"/>
        <w:ind w:left="624" w:hanging="312"/>
        <w:jc w:val="both"/>
      </w:pPr>
      <w:r w:rsidRPr="002D74E6">
        <w:rPr>
          <w:b/>
          <w:color w:val="CC3300"/>
          <w:lang w:val="vi-VN"/>
        </w:rPr>
        <w:t xml:space="preserve">B. </w:t>
      </w:r>
      <w:r w:rsidR="00217169">
        <w:rPr>
          <w:lang w:val="vi-VN"/>
        </w:rPr>
        <w:t xml:space="preserve">Bình </w:t>
      </w:r>
      <w:r w:rsidR="00217169">
        <w:t>II</w:t>
      </w:r>
      <w:r w:rsidR="00217169">
        <w:rPr>
          <w:lang w:val="vi-VN"/>
        </w:rPr>
        <w:t>.</w:t>
      </w:r>
    </w:p>
    <w:p w14:paraId="7E1C318D" w14:textId="1699E79F" w:rsidR="00217169" w:rsidRDefault="002D74E6" w:rsidP="002D74E6">
      <w:pPr>
        <w:keepLines/>
        <w:tabs>
          <w:tab w:val="left" w:pos="426"/>
        </w:tabs>
        <w:spacing w:after="12"/>
        <w:ind w:left="624" w:hanging="312"/>
        <w:jc w:val="both"/>
      </w:pPr>
      <w:r w:rsidRPr="002D74E6">
        <w:rPr>
          <w:b/>
          <w:color w:val="CC3300"/>
          <w:lang w:val="vi-VN"/>
        </w:rPr>
        <w:t xml:space="preserve">C. </w:t>
      </w:r>
      <w:r w:rsidR="00217169">
        <w:rPr>
          <w:lang w:val="vi-VN"/>
        </w:rPr>
        <w:t xml:space="preserve">Bình </w:t>
      </w:r>
      <w:r w:rsidR="00217169">
        <w:t>III</w:t>
      </w:r>
      <w:r w:rsidR="00217169">
        <w:rPr>
          <w:lang w:val="vi-VN"/>
        </w:rPr>
        <w:t>.</w:t>
      </w:r>
    </w:p>
    <w:p w14:paraId="1AA5D9AC" w14:textId="650BE9CD" w:rsidR="00217169" w:rsidRDefault="002D74E6" w:rsidP="002D74E6">
      <w:pPr>
        <w:keepLines/>
        <w:tabs>
          <w:tab w:val="left" w:pos="426"/>
        </w:tabs>
        <w:spacing w:after="12"/>
        <w:ind w:left="624" w:hanging="312"/>
        <w:jc w:val="both"/>
      </w:pPr>
      <w:r w:rsidRPr="002D74E6">
        <w:rPr>
          <w:b/>
          <w:color w:val="CC3300"/>
          <w:lang w:val="vi-VN"/>
        </w:rPr>
        <w:t xml:space="preserve">D. </w:t>
      </w:r>
      <w:r w:rsidR="00217169">
        <w:rPr>
          <w:lang w:val="vi-VN"/>
        </w:rPr>
        <w:t>Chưa xác định được.</w:t>
      </w:r>
    </w:p>
    <w:p w14:paraId="4B348F70" w14:textId="76267471" w:rsidR="00CE22BB" w:rsidRPr="002D74E6" w:rsidRDefault="00000000" w:rsidP="002D74E6">
      <w:pPr>
        <w:keepNext/>
        <w:tabs>
          <w:tab w:val="left" w:pos="426"/>
        </w:tabs>
        <w:spacing w:before="60"/>
        <w:jc w:val="both"/>
        <w:rPr>
          <w:color w:val="CC3300"/>
        </w:rPr>
      </w:pPr>
      <w:r w:rsidRPr="002D74E6">
        <w:rPr>
          <w:b/>
          <w:color w:val="CC3300"/>
        </w:rPr>
        <w:t>Đáp án: B</w:t>
      </w:r>
      <w:r w:rsidR="002D74E6" w:rsidRPr="002D74E6">
        <w:rPr>
          <w:b/>
          <w:color w:val="CC3300"/>
        </w:rPr>
        <w:t>.</w:t>
      </w:r>
    </w:p>
    <w:p w14:paraId="3A6FAAF5" w14:textId="77777777" w:rsidR="00CE22BB" w:rsidRDefault="00000000" w:rsidP="002D74E6">
      <w:pPr>
        <w:keepNext/>
        <w:tabs>
          <w:tab w:val="left" w:pos="426"/>
        </w:tabs>
        <w:spacing w:before="40" w:after="40"/>
        <w:jc w:val="both"/>
      </w:pPr>
      <w:r>
        <w:rPr>
          <w:b/>
          <w:color w:val="1E3A5F"/>
        </w:rPr>
        <w:t>Hướng dẫn chi tiết:</w:t>
      </w:r>
    </w:p>
    <w:p w14:paraId="68FE48BA" w14:textId="77777777" w:rsidR="00CE22BB" w:rsidRDefault="00000000" w:rsidP="002D74E6">
      <w:pPr>
        <w:tabs>
          <w:tab w:val="left" w:pos="426"/>
        </w:tabs>
        <w:spacing w:after="40"/>
        <w:ind w:left="255"/>
        <w:jc w:val="both"/>
      </w:pPr>
      <w:r>
        <w:t>- Sự bay hơi xảy ra ở bề mặt chất lỏng. Trong cùng điều kiện nhiệt độ, độ ẩm và lưu thông không khí, diện tích mặt thoáng càng lớn thì lượng nước bay hơi trong một đơn vị thời gian càng nhiều.</w:t>
      </w:r>
    </w:p>
    <w:p w14:paraId="7E38EB99" w14:textId="77777777" w:rsidR="00CE22BB" w:rsidRDefault="00000000" w:rsidP="002D74E6">
      <w:pPr>
        <w:tabs>
          <w:tab w:val="left" w:pos="426"/>
        </w:tabs>
        <w:spacing w:after="40"/>
        <w:ind w:left="255"/>
        <w:jc w:val="both"/>
      </w:pPr>
      <w:r>
        <w:t>- Bình B có mặt thoáng lớn nhất nên nước bay hơi nhiều nhất; sau một tuần bình B còn ít nước nhất.</w:t>
      </w:r>
    </w:p>
    <w:p w14:paraId="337F05F8" w14:textId="77777777" w:rsidR="00CE22BB" w:rsidRDefault="00000000" w:rsidP="002D74E6">
      <w:pPr>
        <w:keepLines/>
        <w:tabs>
          <w:tab w:val="left" w:pos="426"/>
        </w:tabs>
        <w:spacing w:after="40"/>
        <w:jc w:val="both"/>
      </w:pPr>
      <w:r>
        <w:rPr>
          <w:b/>
          <w:lang w:val="vi-VN"/>
        </w:rPr>
        <w:t xml:space="preserve">Câu 3: </w:t>
      </w:r>
      <w:r>
        <w:rPr>
          <w:lang w:val="vi-VN"/>
        </w:rPr>
        <w:t xml:space="preserve">Quy ước về dấu nào sau đây phù hợp với công thức </w:t>
      </w:r>
      <m:oMath>
        <m:r>
          <w:rPr>
            <w:rFonts w:ascii="Cambria Math" w:hAnsi="Cambria Math"/>
          </w:rPr>
          <m:t>ΔU = A + Q</m:t>
        </m:r>
      </m:oMath>
      <w:r>
        <w:rPr>
          <w:lang w:val="vi-VN"/>
        </w:rPr>
        <w:t xml:space="preserve"> của nguyên lí I nhiệt động lực học?</w:t>
      </w:r>
    </w:p>
    <w:p w14:paraId="2B14D263" w14:textId="6366806E" w:rsidR="00CE22BB" w:rsidRDefault="002D74E6" w:rsidP="002D74E6">
      <w:pPr>
        <w:keepLines/>
        <w:tabs>
          <w:tab w:val="left" w:pos="426"/>
        </w:tabs>
        <w:spacing w:after="40"/>
        <w:ind w:left="624" w:hanging="312"/>
        <w:jc w:val="both"/>
      </w:pPr>
      <w:r w:rsidRPr="002D74E6">
        <w:rPr>
          <w:b/>
          <w:color w:val="CC3300"/>
          <w:lang w:val="vi-VN"/>
        </w:rPr>
        <w:t xml:space="preserve">A. </w:t>
      </w:r>
      <w:r w:rsidR="00000000">
        <w:rPr>
          <w:lang w:val="vi-VN"/>
        </w:rPr>
        <w:t xml:space="preserve">Vật nhận công: </w:t>
      </w:r>
      <m:oMath>
        <m:r>
          <w:rPr>
            <w:rFonts w:ascii="Cambria Math" w:hAnsi="Cambria Math"/>
          </w:rPr>
          <m:t>A &lt; 0</m:t>
        </m:r>
      </m:oMath>
      <w:r w:rsidR="00000000">
        <w:rPr>
          <w:lang w:val="vi-VN"/>
        </w:rPr>
        <w:t xml:space="preserve">; vật nhận nhiệt: </w:t>
      </w:r>
      <m:oMath>
        <m:r>
          <w:rPr>
            <w:rFonts w:ascii="Cambria Math" w:hAnsi="Cambria Math"/>
          </w:rPr>
          <m:t>Q &lt; 0</m:t>
        </m:r>
      </m:oMath>
      <w:r w:rsidR="00000000">
        <w:rPr>
          <w:lang w:val="vi-VN"/>
        </w:rPr>
        <w:t>.</w:t>
      </w:r>
    </w:p>
    <w:p w14:paraId="58D7EAE4" w14:textId="294FA828" w:rsidR="00CE22BB" w:rsidRDefault="002D74E6" w:rsidP="002D74E6">
      <w:pPr>
        <w:keepLines/>
        <w:tabs>
          <w:tab w:val="left" w:pos="426"/>
        </w:tabs>
        <w:spacing w:after="40"/>
        <w:ind w:left="624" w:hanging="312"/>
        <w:jc w:val="both"/>
      </w:pPr>
      <w:r w:rsidRPr="002D74E6">
        <w:rPr>
          <w:b/>
          <w:color w:val="CC3300"/>
          <w:lang w:val="vi-VN"/>
        </w:rPr>
        <w:t xml:space="preserve">B. </w:t>
      </w:r>
      <w:r w:rsidR="00000000">
        <w:rPr>
          <w:lang w:val="vi-VN"/>
        </w:rPr>
        <w:t xml:space="preserve">Vật nhận công: </w:t>
      </w:r>
      <m:oMath>
        <m:r>
          <w:rPr>
            <w:rFonts w:ascii="Cambria Math" w:hAnsi="Cambria Math"/>
          </w:rPr>
          <m:t>A &gt; 0</m:t>
        </m:r>
      </m:oMath>
      <w:r w:rsidR="00000000">
        <w:rPr>
          <w:lang w:val="vi-VN"/>
        </w:rPr>
        <w:t xml:space="preserve">; vật nhận nhiệt: </w:t>
      </w:r>
      <m:oMath>
        <m:r>
          <w:rPr>
            <w:rFonts w:ascii="Cambria Math" w:hAnsi="Cambria Math"/>
          </w:rPr>
          <m:t>Q &gt; 0</m:t>
        </m:r>
      </m:oMath>
      <w:r w:rsidR="00000000">
        <w:rPr>
          <w:lang w:val="vi-VN"/>
        </w:rPr>
        <w:t>.</w:t>
      </w:r>
    </w:p>
    <w:p w14:paraId="6E5B1F3E" w14:textId="1EFF2F35" w:rsidR="00CE22BB" w:rsidRDefault="002D74E6" w:rsidP="002D74E6">
      <w:pPr>
        <w:keepLines/>
        <w:tabs>
          <w:tab w:val="left" w:pos="426"/>
        </w:tabs>
        <w:spacing w:after="40"/>
        <w:ind w:left="624" w:hanging="312"/>
        <w:jc w:val="both"/>
      </w:pPr>
      <w:r w:rsidRPr="002D74E6">
        <w:rPr>
          <w:b/>
          <w:color w:val="CC3300"/>
          <w:lang w:val="vi-VN"/>
        </w:rPr>
        <w:t xml:space="preserve">C. </w:t>
      </w:r>
      <w:r w:rsidR="00000000">
        <w:rPr>
          <w:lang w:val="vi-VN"/>
        </w:rPr>
        <w:t xml:space="preserve">Vật thực hiện công: </w:t>
      </w:r>
      <m:oMath>
        <m:r>
          <w:rPr>
            <w:rFonts w:ascii="Cambria Math" w:hAnsi="Cambria Math"/>
          </w:rPr>
          <m:t>A &lt; 0</m:t>
        </m:r>
      </m:oMath>
      <w:r w:rsidR="00000000">
        <w:rPr>
          <w:lang w:val="vi-VN"/>
        </w:rPr>
        <w:t xml:space="preserve">; vật truyền nhiệt: </w:t>
      </w:r>
      <m:oMath>
        <m:r>
          <w:rPr>
            <w:rFonts w:ascii="Cambria Math" w:hAnsi="Cambria Math"/>
          </w:rPr>
          <m:t>Q &gt; 0</m:t>
        </m:r>
      </m:oMath>
      <w:r w:rsidR="00000000">
        <w:rPr>
          <w:lang w:val="vi-VN"/>
        </w:rPr>
        <w:t>.</w:t>
      </w:r>
    </w:p>
    <w:p w14:paraId="38CA7560" w14:textId="6E6176E8" w:rsidR="00CE22BB" w:rsidRDefault="002D74E6" w:rsidP="002D74E6">
      <w:pPr>
        <w:keepLines/>
        <w:tabs>
          <w:tab w:val="left" w:pos="426"/>
        </w:tabs>
        <w:spacing w:after="40"/>
        <w:ind w:left="624" w:hanging="312"/>
        <w:jc w:val="both"/>
      </w:pPr>
      <w:r w:rsidRPr="002D74E6">
        <w:rPr>
          <w:b/>
          <w:color w:val="CC3300"/>
          <w:lang w:val="vi-VN"/>
        </w:rPr>
        <w:t xml:space="preserve">D. </w:t>
      </w:r>
      <w:r w:rsidR="00000000">
        <w:rPr>
          <w:lang w:val="vi-VN"/>
        </w:rPr>
        <w:t xml:space="preserve">Vật thực hiện công: </w:t>
      </w:r>
      <m:oMath>
        <m:r>
          <w:rPr>
            <w:rFonts w:ascii="Cambria Math" w:hAnsi="Cambria Math"/>
          </w:rPr>
          <m:t>A &gt; 0</m:t>
        </m:r>
      </m:oMath>
      <w:r w:rsidR="00000000">
        <w:rPr>
          <w:lang w:val="vi-VN"/>
        </w:rPr>
        <w:t xml:space="preserve">; vật truyền nhiệt: </w:t>
      </w:r>
      <m:oMath>
        <m:r>
          <w:rPr>
            <w:rFonts w:ascii="Cambria Math" w:hAnsi="Cambria Math"/>
          </w:rPr>
          <m:t>Q &lt; 0</m:t>
        </m:r>
      </m:oMath>
      <w:r w:rsidR="00000000">
        <w:rPr>
          <w:lang w:val="vi-VN"/>
        </w:rPr>
        <w:t>.</w:t>
      </w:r>
    </w:p>
    <w:p w14:paraId="4A05B46C" w14:textId="299C8947" w:rsidR="00CE22BB" w:rsidRPr="002D74E6" w:rsidRDefault="00000000" w:rsidP="002D74E6">
      <w:pPr>
        <w:keepNext/>
        <w:tabs>
          <w:tab w:val="left" w:pos="426"/>
        </w:tabs>
        <w:spacing w:before="60"/>
        <w:jc w:val="both"/>
        <w:rPr>
          <w:color w:val="CC3300"/>
        </w:rPr>
      </w:pPr>
      <w:r w:rsidRPr="002D74E6">
        <w:rPr>
          <w:b/>
          <w:color w:val="CC3300"/>
        </w:rPr>
        <w:lastRenderedPageBreak/>
        <w:t>Đáp án: B</w:t>
      </w:r>
      <w:r w:rsidR="002D74E6" w:rsidRPr="002D74E6">
        <w:rPr>
          <w:b/>
          <w:color w:val="CC3300"/>
        </w:rPr>
        <w:t>.</w:t>
      </w:r>
    </w:p>
    <w:p w14:paraId="57E77730" w14:textId="77777777" w:rsidR="00CE22BB" w:rsidRDefault="00000000" w:rsidP="002D74E6">
      <w:pPr>
        <w:keepNext/>
        <w:tabs>
          <w:tab w:val="left" w:pos="426"/>
        </w:tabs>
        <w:spacing w:before="40" w:after="40"/>
        <w:jc w:val="both"/>
      </w:pPr>
      <w:r>
        <w:rPr>
          <w:b/>
          <w:color w:val="1E3A5F"/>
        </w:rPr>
        <w:t>Hướng dẫn chi tiết:</w:t>
      </w:r>
    </w:p>
    <w:p w14:paraId="65D4521D" w14:textId="77777777" w:rsidR="00CE22BB" w:rsidRDefault="00000000" w:rsidP="002D74E6">
      <w:pPr>
        <w:tabs>
          <w:tab w:val="left" w:pos="426"/>
        </w:tabs>
        <w:spacing w:after="40"/>
        <w:ind w:left="255"/>
        <w:jc w:val="both"/>
      </w:pPr>
      <w:r>
        <w:t xml:space="preserve">- Theo quy ước trong công thức </w:t>
      </w:r>
      <m:oMath>
        <m:r>
          <w:rPr>
            <w:rFonts w:ascii="Cambria Math" w:hAnsi="Cambria Math"/>
          </w:rPr>
          <m:t>ΔU=A+Q</m:t>
        </m:r>
      </m:oMath>
      <w:r>
        <w:t xml:space="preserve">: </w:t>
      </w:r>
    </w:p>
    <w:p w14:paraId="1D5F0F09" w14:textId="77777777" w:rsidR="00CE22BB" w:rsidRDefault="00000000" w:rsidP="002D74E6">
      <w:pPr>
        <w:tabs>
          <w:tab w:val="left" w:pos="426"/>
        </w:tabs>
        <w:spacing w:after="40"/>
        <w:ind w:left="255"/>
        <w:jc w:val="both"/>
      </w:pPr>
      <w:r>
        <w:t xml:space="preserve">• </w:t>
      </w:r>
      <m:oMath>
        <m:r>
          <w:rPr>
            <w:rFonts w:ascii="Cambria Math" w:hAnsi="Cambria Math"/>
          </w:rPr>
          <m:t>A&gt;0</m:t>
        </m:r>
      </m:oMath>
      <w:r>
        <w:t xml:space="preserve"> khi vật nhận công; </w:t>
      </w:r>
      <m:oMath>
        <m:r>
          <w:rPr>
            <w:rFonts w:ascii="Cambria Math" w:hAnsi="Cambria Math"/>
          </w:rPr>
          <m:t>A&lt;0</m:t>
        </m:r>
      </m:oMath>
      <w:r>
        <w:t xml:space="preserve"> khi vật thực hiện công.</w:t>
      </w:r>
    </w:p>
    <w:p w14:paraId="62D08058" w14:textId="77777777" w:rsidR="00CE22BB" w:rsidRDefault="00000000" w:rsidP="002D74E6">
      <w:pPr>
        <w:tabs>
          <w:tab w:val="left" w:pos="426"/>
        </w:tabs>
        <w:spacing w:after="40"/>
        <w:ind w:left="255"/>
        <w:jc w:val="both"/>
      </w:pPr>
      <w:r>
        <w:t xml:space="preserve">• </w:t>
      </w:r>
      <m:oMath>
        <m:r>
          <w:rPr>
            <w:rFonts w:ascii="Cambria Math" w:hAnsi="Cambria Math"/>
          </w:rPr>
          <m:t>Q&gt;0</m:t>
        </m:r>
      </m:oMath>
      <w:r>
        <w:t xml:space="preserve"> khi vật nhận nhiệt; </w:t>
      </w:r>
      <m:oMath>
        <m:r>
          <w:rPr>
            <w:rFonts w:ascii="Cambria Math" w:hAnsi="Cambria Math"/>
          </w:rPr>
          <m:t>Q&lt;0</m:t>
        </m:r>
      </m:oMath>
      <w:r>
        <w:t xml:space="preserve"> khi vật truyền nhiệt.</w:t>
      </w:r>
    </w:p>
    <w:p w14:paraId="73D89305" w14:textId="77777777" w:rsidR="00CE22BB" w:rsidRDefault="00000000" w:rsidP="002D74E6">
      <w:pPr>
        <w:tabs>
          <w:tab w:val="left" w:pos="426"/>
        </w:tabs>
        <w:spacing w:after="40"/>
        <w:ind w:left="255"/>
        <w:jc w:val="both"/>
      </w:pPr>
      <w:r>
        <w:t xml:space="preserve">- Vì vậy, “vật nhận công” và “vật nhận nhiệt” tương ứng với </w:t>
      </w:r>
      <m:oMath>
        <m:r>
          <w:rPr>
            <w:rFonts w:ascii="Cambria Math" w:hAnsi="Cambria Math"/>
          </w:rPr>
          <m:t>A&gt;0, Q&gt;0</m:t>
        </m:r>
      </m:oMath>
      <w:r>
        <w:t>.</w:t>
      </w:r>
    </w:p>
    <w:p w14:paraId="245C0D75" w14:textId="77777777" w:rsidR="00CE22BB" w:rsidRDefault="00000000" w:rsidP="002D74E6">
      <w:pPr>
        <w:keepLines/>
        <w:tabs>
          <w:tab w:val="left" w:pos="426"/>
        </w:tabs>
        <w:spacing w:after="40"/>
        <w:jc w:val="both"/>
      </w:pPr>
      <w:r>
        <w:rPr>
          <w:b/>
          <w:lang w:val="vi-VN"/>
        </w:rPr>
        <w:t xml:space="preserve">Câu 4: </w:t>
      </w:r>
      <w:r>
        <w:rPr>
          <w:lang w:val="vi-VN"/>
        </w:rPr>
        <w:t>Nhiệt năng và nội năng khác nhau ở chỗ</w:t>
      </w:r>
    </w:p>
    <w:p w14:paraId="7A7CFDF8" w14:textId="07BC6787" w:rsidR="00CE22BB" w:rsidRDefault="002D74E6" w:rsidP="002D74E6">
      <w:pPr>
        <w:keepLines/>
        <w:tabs>
          <w:tab w:val="left" w:pos="426"/>
        </w:tabs>
        <w:spacing w:after="40"/>
        <w:ind w:left="624" w:hanging="312"/>
        <w:jc w:val="both"/>
      </w:pPr>
      <w:r w:rsidRPr="002D74E6">
        <w:rPr>
          <w:b/>
          <w:color w:val="CC3300"/>
          <w:lang w:val="vi-VN"/>
        </w:rPr>
        <w:t xml:space="preserve">A. </w:t>
      </w:r>
      <w:r w:rsidR="00000000">
        <w:rPr>
          <w:lang w:val="vi-VN"/>
        </w:rPr>
        <w:t>Nội năng của vật có động năng phân tử còn nhiệt năng thì không.</w:t>
      </w:r>
    </w:p>
    <w:p w14:paraId="28280ED7" w14:textId="51298A1E" w:rsidR="00CE22BB" w:rsidRDefault="002D74E6" w:rsidP="002D74E6">
      <w:pPr>
        <w:keepLines/>
        <w:tabs>
          <w:tab w:val="left" w:pos="426"/>
        </w:tabs>
        <w:spacing w:after="40"/>
        <w:ind w:left="624" w:hanging="312"/>
        <w:jc w:val="both"/>
      </w:pPr>
      <w:r w:rsidRPr="002D74E6">
        <w:rPr>
          <w:b/>
          <w:color w:val="CC3300"/>
          <w:lang w:val="vi-VN"/>
        </w:rPr>
        <w:t xml:space="preserve">B. </w:t>
      </w:r>
      <w:r w:rsidR="00000000">
        <w:rPr>
          <w:lang w:val="vi-VN"/>
        </w:rPr>
        <w:t>Nhiệt năng của vật có thế năng phân tử còn nội năng thì không.</w:t>
      </w:r>
    </w:p>
    <w:p w14:paraId="23CE1404" w14:textId="527EEB08" w:rsidR="00CE22BB" w:rsidRDefault="002D74E6" w:rsidP="002D74E6">
      <w:pPr>
        <w:keepLines/>
        <w:tabs>
          <w:tab w:val="left" w:pos="426"/>
        </w:tabs>
        <w:spacing w:after="40"/>
        <w:ind w:left="624" w:hanging="312"/>
        <w:jc w:val="both"/>
      </w:pPr>
      <w:r w:rsidRPr="002D74E6">
        <w:rPr>
          <w:b/>
          <w:color w:val="CC3300"/>
          <w:lang w:val="vi-VN"/>
        </w:rPr>
        <w:t xml:space="preserve">C. </w:t>
      </w:r>
      <w:r w:rsidR="00000000">
        <w:rPr>
          <w:lang w:val="vi-VN"/>
        </w:rPr>
        <w:t>Nội năng của vật có thế năng phân tử còn nhiệt năng thì không.</w:t>
      </w:r>
    </w:p>
    <w:p w14:paraId="33E2A2FD" w14:textId="39E4F000" w:rsidR="00CE22BB" w:rsidRDefault="002D74E6" w:rsidP="002D74E6">
      <w:pPr>
        <w:keepLines/>
        <w:tabs>
          <w:tab w:val="left" w:pos="426"/>
        </w:tabs>
        <w:spacing w:after="40"/>
        <w:ind w:left="624" w:hanging="312"/>
        <w:jc w:val="both"/>
      </w:pPr>
      <w:r w:rsidRPr="002D74E6">
        <w:rPr>
          <w:b/>
          <w:color w:val="CC3300"/>
          <w:lang w:val="vi-VN"/>
        </w:rPr>
        <w:t xml:space="preserve">D. </w:t>
      </w:r>
      <w:r w:rsidR="00000000">
        <w:rPr>
          <w:lang w:val="vi-VN"/>
        </w:rPr>
        <w:t>Nhiệt năng của vật có động năng phân tử còn nội năng thì không.</w:t>
      </w:r>
    </w:p>
    <w:p w14:paraId="18938CF8" w14:textId="754B23E9" w:rsidR="00CE22BB" w:rsidRPr="002D74E6" w:rsidRDefault="00000000" w:rsidP="002D74E6">
      <w:pPr>
        <w:keepNext/>
        <w:tabs>
          <w:tab w:val="left" w:pos="426"/>
        </w:tabs>
        <w:spacing w:before="60"/>
        <w:jc w:val="both"/>
        <w:rPr>
          <w:color w:val="CC3300"/>
        </w:rPr>
      </w:pPr>
      <w:r w:rsidRPr="002D74E6">
        <w:rPr>
          <w:b/>
          <w:color w:val="CC3300"/>
        </w:rPr>
        <w:t>Đáp án: C</w:t>
      </w:r>
      <w:r w:rsidR="002D74E6" w:rsidRPr="002D74E6">
        <w:rPr>
          <w:b/>
          <w:color w:val="CC3300"/>
        </w:rPr>
        <w:t>.</w:t>
      </w:r>
    </w:p>
    <w:p w14:paraId="6F93BD63" w14:textId="77777777" w:rsidR="00CE22BB" w:rsidRDefault="00000000" w:rsidP="002D74E6">
      <w:pPr>
        <w:keepNext/>
        <w:tabs>
          <w:tab w:val="left" w:pos="426"/>
        </w:tabs>
        <w:spacing w:before="40" w:after="40"/>
        <w:jc w:val="both"/>
      </w:pPr>
      <w:r>
        <w:rPr>
          <w:b/>
          <w:color w:val="1E3A5F"/>
        </w:rPr>
        <w:t>Hướng dẫn chi tiết:</w:t>
      </w:r>
    </w:p>
    <w:p w14:paraId="11D5811E" w14:textId="77777777" w:rsidR="00CE22BB" w:rsidRDefault="00000000" w:rsidP="002D74E6">
      <w:pPr>
        <w:tabs>
          <w:tab w:val="left" w:pos="426"/>
        </w:tabs>
        <w:spacing w:after="40"/>
        <w:ind w:left="255"/>
        <w:jc w:val="both"/>
      </w:pPr>
      <w:r>
        <w:t>- Theo cách phân biệt thuật ngữ của đề, nhiệt năng gắn với tổng động năng chuyển động nhiệt của các phân tử; nội năng gồm cả động năng chuyển động nhiệt và thế năng tương tác giữa các phân tử.</w:t>
      </w:r>
    </w:p>
    <w:p w14:paraId="46C72301" w14:textId="77777777" w:rsidR="00CE22BB" w:rsidRDefault="00000000" w:rsidP="002D74E6">
      <w:pPr>
        <w:tabs>
          <w:tab w:val="left" w:pos="426"/>
        </w:tabs>
        <w:spacing w:after="40"/>
        <w:ind w:left="255"/>
        <w:jc w:val="both"/>
      </w:pPr>
      <w:r>
        <w:t>- Do đó, nội năng có thêm thành phần thế năng phân tử so với nhiệt năng. Chọn C.</w:t>
      </w:r>
    </w:p>
    <w:p w14:paraId="484D9D9A" w14:textId="77777777" w:rsidR="00CE22BB" w:rsidRDefault="00000000" w:rsidP="002D74E6">
      <w:pPr>
        <w:keepLines/>
        <w:tabs>
          <w:tab w:val="left" w:pos="426"/>
        </w:tabs>
        <w:spacing w:after="40"/>
        <w:jc w:val="both"/>
      </w:pPr>
      <w:r>
        <w:rPr>
          <w:b/>
          <w:lang w:val="vi-VN"/>
        </w:rPr>
        <w:t xml:space="preserve">Câu 5: </w:t>
      </w:r>
      <w:r>
        <w:rPr>
          <w:lang w:val="vi-VN"/>
        </w:rPr>
        <w:t>“Độ không tuyệt đối” là nhiệt độ ứng với</w:t>
      </w:r>
    </w:p>
    <w:p w14:paraId="64A3E6BF" w14:textId="5D4C1605" w:rsidR="00CE22BB" w:rsidRDefault="002D74E6" w:rsidP="002D74E6">
      <w:pPr>
        <w:keepLines/>
        <w:tabs>
          <w:tab w:val="left" w:pos="426"/>
        </w:tabs>
        <w:spacing w:after="40"/>
        <w:ind w:left="624" w:hanging="312"/>
        <w:jc w:val="both"/>
      </w:pPr>
      <w:r w:rsidRPr="002D74E6">
        <w:rPr>
          <w:b/>
          <w:color w:val="CC3300"/>
          <w:lang w:val="vi-VN"/>
        </w:rPr>
        <w:t xml:space="preserve">A. </w:t>
      </w:r>
      <m:oMath>
        <m:r>
          <w:rPr>
            <w:rFonts w:ascii="Cambria Math" w:hAnsi="Cambria Math"/>
          </w:rPr>
          <m:t>0</m:t>
        </m:r>
        <m:r>
          <m:rPr>
            <m:nor/>
          </m:rPr>
          <m:t xml:space="preserve"> K</m:t>
        </m:r>
      </m:oMath>
      <w:r w:rsidR="00000000">
        <w:rPr>
          <w:lang w:val="vi-VN"/>
        </w:rPr>
        <w:t>.</w:t>
      </w:r>
    </w:p>
    <w:p w14:paraId="7ED82A5D" w14:textId="5F24E966" w:rsidR="00CE22BB" w:rsidRDefault="002D74E6" w:rsidP="002D74E6">
      <w:pPr>
        <w:keepLines/>
        <w:tabs>
          <w:tab w:val="left" w:pos="426"/>
        </w:tabs>
        <w:spacing w:after="40"/>
        <w:ind w:left="624" w:hanging="312"/>
        <w:jc w:val="both"/>
      </w:pPr>
      <w:r w:rsidRPr="002D74E6">
        <w:rPr>
          <w:b/>
          <w:color w:val="CC3300"/>
          <w:lang w:val="vi-VN"/>
        </w:rPr>
        <w:t xml:space="preserve">B. </w:t>
      </w:r>
      <m:oMath>
        <m:r>
          <w:rPr>
            <w:rFonts w:ascii="Cambria Math" w:hAnsi="Cambria Math"/>
          </w:rPr>
          <m:t>0</m:t>
        </m:r>
        <m:r>
          <m:rPr>
            <m:nor/>
          </m:rPr>
          <m:t xml:space="preserve"> °C</m:t>
        </m:r>
      </m:oMath>
      <w:r w:rsidR="00000000">
        <w:rPr>
          <w:lang w:val="vi-VN"/>
        </w:rPr>
        <w:t>.</w:t>
      </w:r>
    </w:p>
    <w:p w14:paraId="45DE3117" w14:textId="53DDC84C" w:rsidR="00CE22BB" w:rsidRDefault="002D74E6" w:rsidP="002D74E6">
      <w:pPr>
        <w:keepLines/>
        <w:tabs>
          <w:tab w:val="left" w:pos="426"/>
        </w:tabs>
        <w:spacing w:after="40"/>
        <w:ind w:left="624" w:hanging="312"/>
        <w:jc w:val="both"/>
      </w:pPr>
      <w:r w:rsidRPr="002D74E6">
        <w:rPr>
          <w:b/>
          <w:color w:val="CC3300"/>
          <w:lang w:val="vi-VN"/>
        </w:rPr>
        <w:t xml:space="preserve">C. </w:t>
      </w:r>
      <m:oMath>
        <m:r>
          <w:rPr>
            <w:rFonts w:ascii="Cambria Math" w:hAnsi="Cambria Math"/>
          </w:rPr>
          <m:t>273</m:t>
        </m:r>
        <m:r>
          <m:rPr>
            <m:nor/>
          </m:rPr>
          <m:t xml:space="preserve"> °C</m:t>
        </m:r>
      </m:oMath>
      <w:r w:rsidR="00000000">
        <w:rPr>
          <w:lang w:val="vi-VN"/>
        </w:rPr>
        <w:t>.</w:t>
      </w:r>
    </w:p>
    <w:p w14:paraId="780E0A35" w14:textId="60887414" w:rsidR="00CE22BB" w:rsidRDefault="002D74E6" w:rsidP="002D74E6">
      <w:pPr>
        <w:keepLines/>
        <w:tabs>
          <w:tab w:val="left" w:pos="426"/>
        </w:tabs>
        <w:spacing w:after="40"/>
        <w:ind w:left="624" w:hanging="312"/>
        <w:jc w:val="both"/>
      </w:pPr>
      <w:r w:rsidRPr="002D74E6">
        <w:rPr>
          <w:b/>
          <w:color w:val="CC3300"/>
          <w:lang w:val="vi-VN"/>
        </w:rPr>
        <w:t xml:space="preserve">D. </w:t>
      </w:r>
      <m:oMath>
        <m:r>
          <w:rPr>
            <w:rFonts w:ascii="Cambria Math" w:hAnsi="Cambria Math"/>
          </w:rPr>
          <m:t>273</m:t>
        </m:r>
        <m:r>
          <m:rPr>
            <m:nor/>
          </m:rPr>
          <m:t xml:space="preserve"> K</m:t>
        </m:r>
      </m:oMath>
      <w:r w:rsidR="00000000">
        <w:rPr>
          <w:lang w:val="vi-VN"/>
        </w:rPr>
        <w:t>.</w:t>
      </w:r>
    </w:p>
    <w:p w14:paraId="4DAA7EB3" w14:textId="69AED81F" w:rsidR="00CE22BB" w:rsidRPr="002D74E6" w:rsidRDefault="00000000" w:rsidP="002D74E6">
      <w:pPr>
        <w:keepNext/>
        <w:tabs>
          <w:tab w:val="left" w:pos="426"/>
        </w:tabs>
        <w:spacing w:before="60"/>
        <w:jc w:val="both"/>
        <w:rPr>
          <w:color w:val="CC3300"/>
        </w:rPr>
      </w:pPr>
      <w:r w:rsidRPr="002D74E6">
        <w:rPr>
          <w:b/>
          <w:color w:val="CC3300"/>
        </w:rPr>
        <w:t>Đáp án: A</w:t>
      </w:r>
      <w:r w:rsidR="002D74E6" w:rsidRPr="002D74E6">
        <w:rPr>
          <w:b/>
          <w:color w:val="CC3300"/>
        </w:rPr>
        <w:t>.</w:t>
      </w:r>
    </w:p>
    <w:p w14:paraId="20CB8527" w14:textId="77777777" w:rsidR="00CE22BB" w:rsidRDefault="00000000" w:rsidP="002D74E6">
      <w:pPr>
        <w:keepNext/>
        <w:tabs>
          <w:tab w:val="left" w:pos="426"/>
        </w:tabs>
        <w:spacing w:before="40" w:after="40"/>
        <w:jc w:val="both"/>
      </w:pPr>
      <w:r>
        <w:rPr>
          <w:b/>
          <w:color w:val="1E3A5F"/>
        </w:rPr>
        <w:t>Hướng dẫn chi tiết:</w:t>
      </w:r>
    </w:p>
    <w:p w14:paraId="3ABFE0C4" w14:textId="77777777" w:rsidR="00CE22BB" w:rsidRDefault="00000000" w:rsidP="002D74E6">
      <w:pPr>
        <w:tabs>
          <w:tab w:val="left" w:pos="426"/>
        </w:tabs>
        <w:spacing w:after="40"/>
        <w:ind w:left="255"/>
        <w:jc w:val="both"/>
      </w:pPr>
      <w:r>
        <w:t xml:space="preserve">- Độ không tuyệt đối là nhiệt độ thấp nhất theo nhiệt giai Kelvin: </w:t>
      </w:r>
      <m:oMath>
        <m:r>
          <w:rPr>
            <w:rFonts w:ascii="Cambria Math" w:hAnsi="Cambria Math"/>
          </w:rPr>
          <m:t>T=0 K</m:t>
        </m:r>
      </m:oMath>
      <w:r>
        <w:t>.</w:t>
      </w:r>
    </w:p>
    <w:p w14:paraId="6E1E907F" w14:textId="77777777" w:rsidR="00CE22BB" w:rsidRDefault="00000000" w:rsidP="002D74E6">
      <w:pPr>
        <w:tabs>
          <w:tab w:val="left" w:pos="426"/>
        </w:tabs>
        <w:spacing w:after="40"/>
        <w:ind w:left="255"/>
        <w:jc w:val="both"/>
      </w:pPr>
      <w:r>
        <w:t xml:space="preserve">- Nhiệt độ này tương ứng xấp xỉ </w:t>
      </w:r>
      <m:oMath>
        <m:r>
          <w:rPr>
            <w:rFonts w:ascii="Cambria Math" w:hAnsi="Cambria Math"/>
          </w:rPr>
          <m:t>-273,15 °C</m:t>
        </m:r>
      </m:oMath>
      <w:r>
        <w:t>.</w:t>
      </w:r>
    </w:p>
    <w:p w14:paraId="146C19B4" w14:textId="77777777" w:rsidR="00CE22BB" w:rsidRDefault="00000000" w:rsidP="002D74E6">
      <w:pPr>
        <w:keepLines/>
        <w:tabs>
          <w:tab w:val="left" w:pos="426"/>
        </w:tabs>
        <w:spacing w:after="40"/>
        <w:jc w:val="both"/>
      </w:pPr>
      <w:r>
        <w:rPr>
          <w:b/>
          <w:lang w:val="vi-VN"/>
        </w:rPr>
        <w:t xml:space="preserve">Câu 6: </w:t>
      </w:r>
      <w:r>
        <w:rPr>
          <w:lang w:val="vi-VN"/>
        </w:rPr>
        <w:t>Cho hai vật có nhiệt độ khác nhau tiếp xúc với nhau. Nhiệt được truyền từ vật nào sang vật nào?</w:t>
      </w:r>
    </w:p>
    <w:p w14:paraId="1222C59E" w14:textId="4FA76193" w:rsidR="00CE22BB" w:rsidRDefault="002D74E6" w:rsidP="002D74E6">
      <w:pPr>
        <w:keepLines/>
        <w:tabs>
          <w:tab w:val="left" w:pos="426"/>
        </w:tabs>
        <w:spacing w:after="40"/>
        <w:ind w:left="624" w:hanging="312"/>
        <w:jc w:val="both"/>
      </w:pPr>
      <w:r w:rsidRPr="002D74E6">
        <w:rPr>
          <w:b/>
          <w:color w:val="CC3300"/>
          <w:lang w:val="vi-VN"/>
        </w:rPr>
        <w:t xml:space="preserve">A. </w:t>
      </w:r>
      <w:r w:rsidR="00000000">
        <w:rPr>
          <w:lang w:val="vi-VN"/>
        </w:rPr>
        <w:t>Từ vật có khối lượng lớn hơn sang vật có khối lượng nhỏ hơn.</w:t>
      </w:r>
    </w:p>
    <w:p w14:paraId="5B03ECDA" w14:textId="6DDD9D91" w:rsidR="00CE22BB" w:rsidRDefault="002D74E6" w:rsidP="002D74E6">
      <w:pPr>
        <w:keepLines/>
        <w:tabs>
          <w:tab w:val="left" w:pos="426"/>
        </w:tabs>
        <w:spacing w:after="40"/>
        <w:ind w:left="624" w:hanging="312"/>
        <w:jc w:val="both"/>
      </w:pPr>
      <w:r w:rsidRPr="002D74E6">
        <w:rPr>
          <w:b/>
          <w:color w:val="CC3300"/>
          <w:lang w:val="vi-VN"/>
        </w:rPr>
        <w:t xml:space="preserve">B. </w:t>
      </w:r>
      <w:r w:rsidR="00000000">
        <w:rPr>
          <w:lang w:val="vi-VN"/>
        </w:rPr>
        <w:t>Từ vật có nhiệt độ cao hơn sang vật có nhiệt độ thấp hơn.</w:t>
      </w:r>
    </w:p>
    <w:p w14:paraId="40A258B6" w14:textId="5CE35A7F" w:rsidR="00CE22BB" w:rsidRDefault="002D74E6" w:rsidP="002D74E6">
      <w:pPr>
        <w:keepLines/>
        <w:tabs>
          <w:tab w:val="left" w:pos="426"/>
        </w:tabs>
        <w:spacing w:after="40"/>
        <w:ind w:left="624" w:hanging="312"/>
        <w:jc w:val="both"/>
      </w:pPr>
      <w:r w:rsidRPr="002D74E6">
        <w:rPr>
          <w:b/>
          <w:color w:val="CC3300"/>
          <w:lang w:val="vi-VN"/>
        </w:rPr>
        <w:t xml:space="preserve">C. </w:t>
      </w:r>
      <w:r w:rsidR="00000000">
        <w:rPr>
          <w:lang w:val="vi-VN"/>
        </w:rPr>
        <w:t>Từ vật có nhiệt năng lớn hơn sang vật có nhiệt năng nhỏ hơn.</w:t>
      </w:r>
    </w:p>
    <w:p w14:paraId="2F321F13" w14:textId="61118C7C" w:rsidR="00CE22BB" w:rsidRDefault="002D74E6" w:rsidP="002D74E6">
      <w:pPr>
        <w:keepLines/>
        <w:tabs>
          <w:tab w:val="left" w:pos="426"/>
        </w:tabs>
        <w:spacing w:after="40"/>
        <w:ind w:left="624" w:hanging="312"/>
        <w:jc w:val="both"/>
      </w:pPr>
      <w:r w:rsidRPr="002D74E6">
        <w:rPr>
          <w:b/>
          <w:color w:val="CC3300"/>
          <w:lang w:val="vi-VN"/>
        </w:rPr>
        <w:t xml:space="preserve">D. </w:t>
      </w:r>
      <w:r w:rsidR="00000000">
        <w:rPr>
          <w:lang w:val="vi-VN"/>
        </w:rPr>
        <w:t>Từ vật ở trên cao sang vật ở dưới thấp.</w:t>
      </w:r>
    </w:p>
    <w:p w14:paraId="30DEF764" w14:textId="73A615F8" w:rsidR="00CE22BB" w:rsidRPr="002D74E6" w:rsidRDefault="00000000" w:rsidP="002D74E6">
      <w:pPr>
        <w:keepNext/>
        <w:tabs>
          <w:tab w:val="left" w:pos="426"/>
        </w:tabs>
        <w:spacing w:before="60"/>
        <w:jc w:val="both"/>
        <w:rPr>
          <w:color w:val="CC3300"/>
        </w:rPr>
      </w:pPr>
      <w:r w:rsidRPr="002D74E6">
        <w:rPr>
          <w:b/>
          <w:color w:val="CC3300"/>
        </w:rPr>
        <w:t>Đáp án: B</w:t>
      </w:r>
      <w:r w:rsidR="002D74E6" w:rsidRPr="002D74E6">
        <w:rPr>
          <w:b/>
          <w:color w:val="CC3300"/>
        </w:rPr>
        <w:t>.</w:t>
      </w:r>
    </w:p>
    <w:p w14:paraId="74C588D9" w14:textId="77777777" w:rsidR="00CE22BB" w:rsidRDefault="00000000" w:rsidP="002D74E6">
      <w:pPr>
        <w:keepNext/>
        <w:tabs>
          <w:tab w:val="left" w:pos="426"/>
        </w:tabs>
        <w:spacing w:before="40" w:after="40"/>
        <w:jc w:val="both"/>
      </w:pPr>
      <w:r>
        <w:rPr>
          <w:b/>
          <w:color w:val="1E3A5F"/>
        </w:rPr>
        <w:t>Hướng dẫn chi tiết:</w:t>
      </w:r>
    </w:p>
    <w:p w14:paraId="591FDEA6" w14:textId="77777777" w:rsidR="00CE22BB" w:rsidRDefault="00000000" w:rsidP="002D74E6">
      <w:pPr>
        <w:tabs>
          <w:tab w:val="left" w:pos="426"/>
        </w:tabs>
        <w:spacing w:after="40"/>
        <w:ind w:left="255"/>
        <w:jc w:val="both"/>
      </w:pPr>
      <w:r>
        <w:t>- Khi hai vật có nhiệt độ khác nhau tiếp xúc, năng lượng truyền do chênh lệch nhiệt độ tự truyền từ vật có nhiệt độ cao sang vật có nhiệt độ thấp.</w:t>
      </w:r>
    </w:p>
    <w:p w14:paraId="36AD5CD9" w14:textId="77777777" w:rsidR="00CE22BB" w:rsidRDefault="00000000" w:rsidP="002D74E6">
      <w:pPr>
        <w:tabs>
          <w:tab w:val="left" w:pos="426"/>
        </w:tabs>
        <w:spacing w:after="40"/>
        <w:ind w:left="255"/>
        <w:jc w:val="both"/>
      </w:pPr>
      <w:r>
        <w:t>- Quá trình tiếp tục cho đến khi hai vật đạt cân bằng nhiệt.</w:t>
      </w:r>
    </w:p>
    <w:p w14:paraId="440E3B67" w14:textId="77777777" w:rsidR="00CE22BB" w:rsidRDefault="00000000" w:rsidP="002D74E6">
      <w:pPr>
        <w:keepLines/>
        <w:tabs>
          <w:tab w:val="left" w:pos="426"/>
        </w:tabs>
        <w:spacing w:after="40"/>
        <w:jc w:val="both"/>
      </w:pPr>
      <w:r>
        <w:rPr>
          <w:b/>
          <w:lang w:val="vi-VN"/>
        </w:rPr>
        <w:t xml:space="preserve">Câu 7: </w:t>
      </w:r>
      <w:r>
        <w:rPr>
          <w:lang w:val="vi-VN"/>
        </w:rPr>
        <w:t>Đơn vị của nhiệt dung riêng trong hệ SI là</w:t>
      </w:r>
    </w:p>
    <w:p w14:paraId="7109ABAB" w14:textId="224C69E2" w:rsidR="00CE22BB" w:rsidRDefault="002D74E6" w:rsidP="002D74E6">
      <w:pPr>
        <w:keepLines/>
        <w:tabs>
          <w:tab w:val="left" w:pos="426"/>
        </w:tabs>
        <w:spacing w:after="40"/>
        <w:ind w:left="624" w:hanging="312"/>
        <w:jc w:val="both"/>
      </w:pPr>
      <w:r w:rsidRPr="002D74E6">
        <w:rPr>
          <w:b/>
          <w:color w:val="CC3300"/>
          <w:lang w:val="vi-VN"/>
        </w:rPr>
        <w:t xml:space="preserve">A. </w:t>
      </w:r>
      <m:oMath>
        <m:r>
          <m:rPr>
            <m:nor/>
          </m:rPr>
          <m:t>J·</m:t>
        </m:r>
        <m:sSup>
          <m:sSupPr>
            <m:ctrlPr>
              <w:rPr>
                <w:rFonts w:ascii="Cambria Math" w:hAnsi="Cambria Math"/>
              </w:rPr>
            </m:ctrlPr>
          </m:sSupPr>
          <m:e>
            <m:r>
              <m:rPr>
                <m:nor/>
              </m:rPr>
              <m:t>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sidR="00000000">
        <w:rPr>
          <w:lang w:val="vi-VN"/>
        </w:rPr>
        <w:t>.</w:t>
      </w:r>
    </w:p>
    <w:p w14:paraId="1B0BA361" w14:textId="1E2C84B3" w:rsidR="00CE22BB" w:rsidRDefault="002D74E6" w:rsidP="002D74E6">
      <w:pPr>
        <w:keepLines/>
        <w:tabs>
          <w:tab w:val="left" w:pos="426"/>
        </w:tabs>
        <w:spacing w:after="40"/>
        <w:ind w:left="624" w:hanging="312"/>
        <w:jc w:val="both"/>
      </w:pPr>
      <w:r w:rsidRPr="002D74E6">
        <w:rPr>
          <w:b/>
          <w:color w:val="CC3300"/>
          <w:lang w:val="vi-VN"/>
        </w:rPr>
        <w:t xml:space="preserve">B. </w:t>
      </w:r>
      <m:oMath>
        <m:r>
          <m:rPr>
            <m:nor/>
          </m:rPr>
          <m:t>J·</m:t>
        </m:r>
        <m:sSup>
          <m:sSupPr>
            <m:ctrlPr>
              <w:rPr>
                <w:rFonts w:ascii="Cambria Math" w:hAnsi="Cambria Math"/>
              </w:rPr>
            </m:ctrlPr>
          </m:sSupPr>
          <m:e>
            <m:r>
              <m:rPr>
                <m:nor/>
              </m:rPr>
              <m:t>kg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sidR="00000000">
        <w:rPr>
          <w:lang w:val="vi-VN"/>
        </w:rPr>
        <w:t>.</w:t>
      </w:r>
    </w:p>
    <w:p w14:paraId="28877537" w14:textId="1FD8A738" w:rsidR="00CE22BB" w:rsidRDefault="002D74E6" w:rsidP="002D74E6">
      <w:pPr>
        <w:keepLines/>
        <w:tabs>
          <w:tab w:val="left" w:pos="426"/>
        </w:tabs>
        <w:spacing w:after="40"/>
        <w:ind w:left="624" w:hanging="312"/>
        <w:jc w:val="both"/>
      </w:pPr>
      <w:r w:rsidRPr="002D74E6">
        <w:rPr>
          <w:b/>
          <w:color w:val="CC3300"/>
          <w:lang w:val="vi-VN"/>
        </w:rPr>
        <w:t xml:space="preserve">C. </w:t>
      </w:r>
      <m:oMath>
        <m:r>
          <m:rPr>
            <m:nor/>
          </m:rPr>
          <m:t>kJ·</m:t>
        </m:r>
        <m:sSup>
          <m:sSupPr>
            <m:ctrlPr>
              <w:rPr>
                <w:rFonts w:ascii="Cambria Math" w:hAnsi="Cambria Math"/>
              </w:rPr>
            </m:ctrlPr>
          </m:sSupPr>
          <m:e>
            <m:r>
              <m:rPr>
                <m:nor/>
              </m:rPr>
              <m:t>kg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sidR="00000000">
        <w:rPr>
          <w:lang w:val="vi-VN"/>
        </w:rPr>
        <w:t>.</w:t>
      </w:r>
    </w:p>
    <w:p w14:paraId="6FA88290" w14:textId="415B1DC1" w:rsidR="00CE22BB" w:rsidRDefault="002D74E6" w:rsidP="002D74E6">
      <w:pPr>
        <w:keepLines/>
        <w:tabs>
          <w:tab w:val="left" w:pos="426"/>
        </w:tabs>
        <w:spacing w:after="40"/>
        <w:ind w:left="624" w:hanging="312"/>
        <w:jc w:val="both"/>
      </w:pPr>
      <w:r w:rsidRPr="002D74E6">
        <w:rPr>
          <w:b/>
          <w:color w:val="CC3300"/>
          <w:lang w:val="vi-VN"/>
        </w:rPr>
        <w:t xml:space="preserve">D. </w:t>
      </w:r>
      <m:oMath>
        <m:r>
          <m:rPr>
            <m:nor/>
          </m:rPr>
          <m:t>cal·</m:t>
        </m:r>
        <m:sSup>
          <m:sSupPr>
            <m:ctrlPr>
              <w:rPr>
                <w:rFonts w:ascii="Cambria Math" w:hAnsi="Cambria Math"/>
              </w:rPr>
            </m:ctrlPr>
          </m:sSupPr>
          <m:e>
            <m:r>
              <m:rPr>
                <m:nor/>
              </m:rPr>
              <m:t>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sidR="00000000">
        <w:rPr>
          <w:lang w:val="vi-VN"/>
        </w:rPr>
        <w:t>.</w:t>
      </w:r>
    </w:p>
    <w:p w14:paraId="2EA5C85F" w14:textId="45A5BCD6" w:rsidR="00CE22BB" w:rsidRPr="002D74E6" w:rsidRDefault="00000000" w:rsidP="002D74E6">
      <w:pPr>
        <w:keepNext/>
        <w:tabs>
          <w:tab w:val="left" w:pos="426"/>
        </w:tabs>
        <w:spacing w:before="60"/>
        <w:jc w:val="both"/>
        <w:rPr>
          <w:color w:val="CC3300"/>
        </w:rPr>
      </w:pPr>
      <w:r w:rsidRPr="002D74E6">
        <w:rPr>
          <w:b/>
          <w:color w:val="CC3300"/>
        </w:rPr>
        <w:lastRenderedPageBreak/>
        <w:t>Đáp án: B</w:t>
      </w:r>
      <w:r w:rsidR="002D74E6" w:rsidRPr="002D74E6">
        <w:rPr>
          <w:b/>
          <w:color w:val="CC3300"/>
        </w:rPr>
        <w:t>.</w:t>
      </w:r>
    </w:p>
    <w:p w14:paraId="2904BA4E" w14:textId="77777777" w:rsidR="00CE22BB" w:rsidRDefault="00000000" w:rsidP="002D74E6">
      <w:pPr>
        <w:keepNext/>
        <w:tabs>
          <w:tab w:val="left" w:pos="426"/>
        </w:tabs>
        <w:spacing w:before="40" w:after="40"/>
        <w:jc w:val="both"/>
      </w:pPr>
      <w:r>
        <w:rPr>
          <w:b/>
          <w:color w:val="1E3A5F"/>
        </w:rPr>
        <w:t>Hướng dẫn chi tiết:</w:t>
      </w:r>
    </w:p>
    <w:p w14:paraId="356C1B5A" w14:textId="77777777" w:rsidR="00CE22BB" w:rsidRDefault="00000000" w:rsidP="002D74E6">
      <w:pPr>
        <w:tabs>
          <w:tab w:val="left" w:pos="426"/>
        </w:tabs>
        <w:spacing w:after="40"/>
        <w:ind w:left="255"/>
        <w:jc w:val="both"/>
      </w:pPr>
      <w:r>
        <w:t xml:space="preserve">- Từ định nghĩa nhiệt dung riêng: </w:t>
      </w:r>
      <m:oMath>
        <m:r>
          <w:rPr>
            <w:rFonts w:ascii="Cambria Math" w:hAnsi="Cambria Math"/>
          </w:rPr>
          <m:t>c=Q/(mΔT</m:t>
        </m:r>
      </m:oMath>
      <w:r>
        <w:t>).</w:t>
      </w:r>
    </w:p>
    <w:p w14:paraId="0F621D72" w14:textId="77777777" w:rsidR="00CE22BB" w:rsidRDefault="00000000" w:rsidP="002D74E6">
      <w:pPr>
        <w:tabs>
          <w:tab w:val="left" w:pos="426"/>
        </w:tabs>
        <w:spacing w:after="40"/>
        <w:ind w:left="255"/>
        <w:jc w:val="both"/>
      </w:pPr>
      <w:r>
        <w:t xml:space="preserve">- Trong hệ SI, </w:t>
      </w:r>
      <m:oMath>
        <m:r>
          <w:rPr>
            <w:rFonts w:ascii="Cambria Math" w:hAnsi="Cambria Math"/>
          </w:rPr>
          <m:t>[Q]=J, [m]=kg, [ΔT]=K</m:t>
        </m:r>
      </m:oMath>
      <w:r>
        <w:t xml:space="preserve">, nên </w:t>
      </w:r>
      <m:oMath>
        <m:r>
          <w:rPr>
            <w:rFonts w:ascii="Cambria Math" w:hAnsi="Cambria Math"/>
          </w:rPr>
          <m:t>[c]=J·kg⁻¹·K⁻¹</m:t>
        </m:r>
      </m:oMath>
      <w:r>
        <w:t>.</w:t>
      </w:r>
    </w:p>
    <w:p w14:paraId="48242961" w14:textId="77777777" w:rsidR="00CE22BB" w:rsidRDefault="00000000" w:rsidP="002D74E6">
      <w:pPr>
        <w:keepLines/>
        <w:tabs>
          <w:tab w:val="left" w:pos="426"/>
        </w:tabs>
        <w:spacing w:after="40"/>
        <w:jc w:val="both"/>
      </w:pPr>
      <w:r>
        <w:rPr>
          <w:b/>
          <w:lang w:val="vi-VN"/>
        </w:rPr>
        <w:t xml:space="preserve">Câu 8: </w:t>
      </w:r>
      <w:r>
        <w:rPr>
          <w:lang w:val="vi-VN"/>
        </w:rPr>
        <w:t>Phát biểu nào sau đây là sai?</w:t>
      </w:r>
    </w:p>
    <w:p w14:paraId="2E5436B2" w14:textId="17A628EF" w:rsidR="00CE22BB" w:rsidRDefault="002D74E6" w:rsidP="002D74E6">
      <w:pPr>
        <w:keepLines/>
        <w:tabs>
          <w:tab w:val="left" w:pos="426"/>
        </w:tabs>
        <w:spacing w:after="40"/>
        <w:ind w:left="624" w:hanging="312"/>
        <w:jc w:val="both"/>
      </w:pPr>
      <w:r w:rsidRPr="002D74E6">
        <w:rPr>
          <w:b/>
          <w:color w:val="CC3300"/>
          <w:lang w:val="vi-VN"/>
        </w:rPr>
        <w:t xml:space="preserve">A. </w:t>
      </w:r>
      <w:r w:rsidR="00000000">
        <w:rPr>
          <w:lang w:val="vi-VN"/>
        </w:rPr>
        <w:t>Đơn vị của nhiệt lượng cũng là đơn vị của nội năng.</w:t>
      </w:r>
    </w:p>
    <w:p w14:paraId="6FC316F0" w14:textId="6234881C" w:rsidR="00CE22BB" w:rsidRDefault="002D74E6" w:rsidP="002D74E6">
      <w:pPr>
        <w:keepLines/>
        <w:tabs>
          <w:tab w:val="left" w:pos="426"/>
        </w:tabs>
        <w:spacing w:after="40"/>
        <w:ind w:left="624" w:hanging="312"/>
        <w:jc w:val="both"/>
      </w:pPr>
      <w:r w:rsidRPr="002D74E6">
        <w:rPr>
          <w:b/>
          <w:color w:val="CC3300"/>
          <w:lang w:val="vi-VN"/>
        </w:rPr>
        <w:t xml:space="preserve">B. </w:t>
      </w:r>
      <w:r w:rsidR="00000000">
        <w:rPr>
          <w:lang w:val="vi-VN"/>
        </w:rPr>
        <w:t>Một vật lúc nào cũng có nội năng, do đó lúc nào cũng có nhiệt lượng.</w:t>
      </w:r>
    </w:p>
    <w:p w14:paraId="2A53F1F2" w14:textId="214C7C76" w:rsidR="00CE22BB" w:rsidRDefault="002D74E6" w:rsidP="002D74E6">
      <w:pPr>
        <w:keepLines/>
        <w:tabs>
          <w:tab w:val="left" w:pos="426"/>
        </w:tabs>
        <w:spacing w:after="40"/>
        <w:ind w:left="624" w:hanging="312"/>
        <w:jc w:val="both"/>
      </w:pPr>
      <w:r w:rsidRPr="002D74E6">
        <w:rPr>
          <w:b/>
          <w:color w:val="CC3300"/>
          <w:lang w:val="vi-VN"/>
        </w:rPr>
        <w:t xml:space="preserve">C. </w:t>
      </w:r>
      <w:r w:rsidR="00000000">
        <w:rPr>
          <w:lang w:val="vi-VN"/>
        </w:rPr>
        <w:t>Nhiệt lượng là số đo độ biến thiên nội năng của vật trong quá trình truyền nhiệt.</w:t>
      </w:r>
    </w:p>
    <w:p w14:paraId="71759505" w14:textId="6501B323" w:rsidR="00CE22BB" w:rsidRDefault="002D74E6" w:rsidP="002D74E6">
      <w:pPr>
        <w:keepLines/>
        <w:tabs>
          <w:tab w:val="left" w:pos="426"/>
        </w:tabs>
        <w:spacing w:after="40"/>
        <w:ind w:left="624" w:hanging="312"/>
        <w:jc w:val="both"/>
      </w:pPr>
      <w:r w:rsidRPr="002D74E6">
        <w:rPr>
          <w:b/>
          <w:color w:val="CC3300"/>
          <w:lang w:val="vi-VN"/>
        </w:rPr>
        <w:t xml:space="preserve">D. </w:t>
      </w:r>
      <w:r w:rsidR="00000000">
        <w:rPr>
          <w:lang w:val="vi-VN"/>
        </w:rPr>
        <w:t>Nhiệt lượng không phải là nội năng.</w:t>
      </w:r>
    </w:p>
    <w:p w14:paraId="46E2E54A" w14:textId="024A2D65" w:rsidR="00CE22BB" w:rsidRPr="002D74E6" w:rsidRDefault="00000000" w:rsidP="002D74E6">
      <w:pPr>
        <w:keepNext/>
        <w:tabs>
          <w:tab w:val="left" w:pos="426"/>
        </w:tabs>
        <w:spacing w:before="60"/>
        <w:jc w:val="both"/>
        <w:rPr>
          <w:color w:val="CC3300"/>
        </w:rPr>
      </w:pPr>
      <w:r w:rsidRPr="002D74E6">
        <w:rPr>
          <w:b/>
          <w:color w:val="CC3300"/>
        </w:rPr>
        <w:t>Đáp án: B</w:t>
      </w:r>
      <w:r w:rsidR="002D74E6" w:rsidRPr="002D74E6">
        <w:rPr>
          <w:b/>
          <w:color w:val="CC3300"/>
        </w:rPr>
        <w:t>.</w:t>
      </w:r>
    </w:p>
    <w:p w14:paraId="0983271F" w14:textId="77777777" w:rsidR="00CE22BB" w:rsidRDefault="00000000" w:rsidP="002D74E6">
      <w:pPr>
        <w:keepNext/>
        <w:tabs>
          <w:tab w:val="left" w:pos="426"/>
        </w:tabs>
        <w:spacing w:before="40" w:after="40"/>
        <w:jc w:val="both"/>
      </w:pPr>
      <w:r>
        <w:rPr>
          <w:b/>
          <w:color w:val="1E3A5F"/>
        </w:rPr>
        <w:t>Hướng dẫn chi tiết:</w:t>
      </w:r>
    </w:p>
    <w:p w14:paraId="07807E92" w14:textId="77777777" w:rsidR="00CE22BB" w:rsidRDefault="00000000" w:rsidP="002D74E6">
      <w:pPr>
        <w:tabs>
          <w:tab w:val="left" w:pos="426"/>
        </w:tabs>
        <w:spacing w:after="40"/>
        <w:ind w:left="255"/>
        <w:jc w:val="both"/>
      </w:pPr>
      <w:r>
        <w:t>- Nội năng là năng lượng bên trong của vật, nên một vật luôn có nội năng.</w:t>
      </w:r>
    </w:p>
    <w:p w14:paraId="67846441" w14:textId="77777777" w:rsidR="00CE22BB" w:rsidRDefault="00000000" w:rsidP="002D74E6">
      <w:pPr>
        <w:tabs>
          <w:tab w:val="left" w:pos="426"/>
        </w:tabs>
        <w:spacing w:after="40"/>
        <w:ind w:left="255"/>
        <w:jc w:val="both"/>
      </w:pPr>
      <w:r>
        <w:t>- Nhiệt lượng không phải là năng lượng “chứa sẵn” trong vật; nhiệt lượng chỉ là phần năng lượng truyền từ vật này sang vật khác do chênh lệch nhiệt độ.</w:t>
      </w:r>
    </w:p>
    <w:p w14:paraId="5D06FAD0" w14:textId="77777777" w:rsidR="00CE22BB" w:rsidRDefault="00000000" w:rsidP="002D74E6">
      <w:pPr>
        <w:tabs>
          <w:tab w:val="left" w:pos="426"/>
        </w:tabs>
        <w:spacing w:after="40"/>
        <w:ind w:left="255"/>
        <w:jc w:val="both"/>
      </w:pPr>
      <w:r>
        <w:t>- Vì vậy, từ việc vật có nội năng không thể suy ra vật “lúc nào cũng có nhiệt lượng”. Phát biểu B sai.</w:t>
      </w:r>
    </w:p>
    <w:p w14:paraId="33FAAE95" w14:textId="77777777" w:rsidR="00CE22BB" w:rsidRDefault="00000000" w:rsidP="002D74E6">
      <w:pPr>
        <w:keepLines/>
        <w:tabs>
          <w:tab w:val="left" w:pos="426"/>
        </w:tabs>
        <w:spacing w:after="40"/>
        <w:jc w:val="both"/>
      </w:pPr>
      <w:r>
        <w:rPr>
          <w:b/>
          <w:lang w:val="vi-VN"/>
        </w:rPr>
        <w:t xml:space="preserve">Câu 9: </w:t>
      </w:r>
      <w:r>
        <w:rPr>
          <w:lang w:val="vi-VN"/>
        </w:rPr>
        <w:t xml:space="preserve">Biết nhiệt dung riêng của nước là </w:t>
      </w:r>
      <m:oMath>
        <m:sSub>
          <m:sSubPr>
            <m:ctrlPr>
              <w:rPr>
                <w:rFonts w:ascii="Cambria Math" w:hAnsi="Cambria Math"/>
              </w:rPr>
            </m:ctrlPr>
          </m:sSubPr>
          <m:e>
            <m:r>
              <w:rPr>
                <w:rFonts w:ascii="Cambria Math" w:hAnsi="Cambria Math"/>
              </w:rPr>
              <m:t>c</m:t>
            </m:r>
          </m:e>
          <m:sub>
            <m:r>
              <m:rPr>
                <m:nor/>
              </m:rPr>
              <m:t>nước</m:t>
            </m:r>
          </m:sub>
        </m:sSub>
        <m:r>
          <w:rPr>
            <w:rFonts w:ascii="Cambria Math" w:hAnsi="Cambria Math"/>
          </w:rPr>
          <m:t xml:space="preserve"> = 4200</m:t>
        </m:r>
        <m:r>
          <m:rPr>
            <m:nor/>
          </m:rPr>
          <m:t xml:space="preserve"> J·</m:t>
        </m:r>
        <m:sSup>
          <m:sSupPr>
            <m:ctrlPr>
              <w:rPr>
                <w:rFonts w:ascii="Cambria Math" w:hAnsi="Cambria Math"/>
              </w:rPr>
            </m:ctrlPr>
          </m:sSupPr>
          <m:e>
            <m:r>
              <m:rPr>
                <m:nor/>
              </m:rPr>
              <m:t>kg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Pr>
          <w:lang w:val="vi-VN"/>
        </w:rPr>
        <w:t xml:space="preserve"> và của sắt là </w:t>
      </w:r>
      <m:oMath>
        <m:sSub>
          <m:sSubPr>
            <m:ctrlPr>
              <w:rPr>
                <w:rFonts w:ascii="Cambria Math" w:hAnsi="Cambria Math"/>
              </w:rPr>
            </m:ctrlPr>
          </m:sSubPr>
          <m:e>
            <m:r>
              <w:rPr>
                <w:rFonts w:ascii="Cambria Math" w:hAnsi="Cambria Math"/>
              </w:rPr>
              <m:t>c</m:t>
            </m:r>
          </m:e>
          <m:sub>
            <m:r>
              <m:rPr>
                <m:nor/>
              </m:rPr>
              <m:t>sắt</m:t>
            </m:r>
          </m:sub>
        </m:sSub>
        <m:r>
          <w:rPr>
            <w:rFonts w:ascii="Cambria Math" w:hAnsi="Cambria Math"/>
          </w:rPr>
          <m:t xml:space="preserve"> = 460</m:t>
        </m:r>
        <m:r>
          <m:rPr>
            <m:nor/>
          </m:rPr>
          <m:t xml:space="preserve"> J·</m:t>
        </m:r>
        <m:sSup>
          <m:sSupPr>
            <m:ctrlPr>
              <w:rPr>
                <w:rFonts w:ascii="Cambria Math" w:hAnsi="Cambria Math"/>
              </w:rPr>
            </m:ctrlPr>
          </m:sSupPr>
          <m:e>
            <m:r>
              <m:rPr>
                <m:nor/>
              </m:rPr>
              <m:t>kg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Pr>
          <w:lang w:val="vi-VN"/>
        </w:rPr>
        <w:t xml:space="preserve">. Bỏ qua sự truyền nhiệt ra môi trường bên ngoài. Nhiệt lượng cần thiết để đun </w:t>
      </w:r>
      <m:oMath>
        <m:r>
          <w:rPr>
            <w:rFonts w:ascii="Cambria Math" w:hAnsi="Cambria Math"/>
          </w:rPr>
          <m:t>5</m:t>
        </m:r>
        <m:r>
          <m:rPr>
            <m:nor/>
          </m:rPr>
          <m:t xml:space="preserve"> kg</m:t>
        </m:r>
      </m:oMath>
      <w:r>
        <w:rPr>
          <w:lang w:val="vi-VN"/>
        </w:rPr>
        <w:t xml:space="preserve"> nước từ </w:t>
      </w:r>
      <m:oMath>
        <m:r>
          <w:rPr>
            <w:rFonts w:ascii="Cambria Math" w:hAnsi="Cambria Math"/>
          </w:rPr>
          <m:t>15</m:t>
        </m:r>
        <m:r>
          <m:rPr>
            <m:nor/>
          </m:rPr>
          <m:t xml:space="preserve"> °C</m:t>
        </m:r>
      </m:oMath>
      <w:r>
        <w:rPr>
          <w:lang w:val="vi-VN"/>
        </w:rPr>
        <w:t xml:space="preserve"> đến </w:t>
      </w:r>
      <m:oMath>
        <m:r>
          <w:rPr>
            <w:rFonts w:ascii="Cambria Math" w:hAnsi="Cambria Math"/>
          </w:rPr>
          <m:t>100</m:t>
        </m:r>
        <m:r>
          <m:rPr>
            <m:nor/>
          </m:rPr>
          <m:t xml:space="preserve"> °C</m:t>
        </m:r>
      </m:oMath>
      <w:r>
        <w:rPr>
          <w:lang w:val="vi-VN"/>
        </w:rPr>
        <w:t xml:space="preserve"> trong một cái thùng bằng sắt có khối lượng </w:t>
      </w:r>
      <m:oMath>
        <m:r>
          <w:rPr>
            <w:rFonts w:ascii="Cambria Math" w:hAnsi="Cambria Math"/>
          </w:rPr>
          <m:t>1,5</m:t>
        </m:r>
        <m:r>
          <m:rPr>
            <m:nor/>
          </m:rPr>
          <m:t xml:space="preserve"> kg</m:t>
        </m:r>
      </m:oMath>
      <w:r>
        <w:rPr>
          <w:lang w:val="vi-VN"/>
        </w:rPr>
        <w:t xml:space="preserve"> là</w:t>
      </w:r>
    </w:p>
    <w:p w14:paraId="33086ACA" w14:textId="46759ED0" w:rsidR="00CE22BB" w:rsidRDefault="002D74E6" w:rsidP="002D74E6">
      <w:pPr>
        <w:keepLines/>
        <w:tabs>
          <w:tab w:val="left" w:pos="426"/>
        </w:tabs>
        <w:spacing w:after="40"/>
        <w:ind w:left="624" w:hanging="312"/>
        <w:jc w:val="both"/>
      </w:pPr>
      <w:r w:rsidRPr="002D74E6">
        <w:rPr>
          <w:b/>
          <w:color w:val="CC3300"/>
          <w:lang w:val="vi-VN"/>
        </w:rPr>
        <w:t xml:space="preserve">A. </w:t>
      </w:r>
      <m:oMath>
        <m:r>
          <w:rPr>
            <w:rFonts w:ascii="Cambria Math" w:hAnsi="Cambria Math"/>
          </w:rPr>
          <m:t>1883650</m:t>
        </m:r>
        <m:r>
          <m:rPr>
            <m:nor/>
          </m:rPr>
          <m:t xml:space="preserve"> J</m:t>
        </m:r>
      </m:oMath>
      <w:r w:rsidR="00000000">
        <w:rPr>
          <w:lang w:val="vi-VN"/>
        </w:rPr>
        <w:t>.</w:t>
      </w:r>
    </w:p>
    <w:p w14:paraId="64F586FF" w14:textId="55AA31DF" w:rsidR="00CE22BB" w:rsidRDefault="002D74E6" w:rsidP="002D74E6">
      <w:pPr>
        <w:keepLines/>
        <w:tabs>
          <w:tab w:val="left" w:pos="426"/>
        </w:tabs>
        <w:spacing w:after="40"/>
        <w:ind w:left="624" w:hanging="312"/>
        <w:jc w:val="both"/>
      </w:pPr>
      <w:r w:rsidRPr="002D74E6">
        <w:rPr>
          <w:b/>
          <w:color w:val="CC3300"/>
          <w:lang w:val="vi-VN"/>
        </w:rPr>
        <w:t xml:space="preserve">B. </w:t>
      </w:r>
      <m:oMath>
        <m:r>
          <w:rPr>
            <w:rFonts w:ascii="Cambria Math" w:hAnsi="Cambria Math"/>
          </w:rPr>
          <m:t>1843650</m:t>
        </m:r>
        <m:r>
          <m:rPr>
            <m:nor/>
          </m:rPr>
          <m:t xml:space="preserve"> J</m:t>
        </m:r>
      </m:oMath>
      <w:r w:rsidR="00000000">
        <w:rPr>
          <w:lang w:val="vi-VN"/>
        </w:rPr>
        <w:t>.</w:t>
      </w:r>
    </w:p>
    <w:p w14:paraId="3A48C6A5" w14:textId="1CA44577" w:rsidR="00CE22BB" w:rsidRDefault="002D74E6" w:rsidP="002D74E6">
      <w:pPr>
        <w:keepLines/>
        <w:tabs>
          <w:tab w:val="left" w:pos="426"/>
        </w:tabs>
        <w:spacing w:after="40"/>
        <w:ind w:left="624" w:hanging="312"/>
        <w:jc w:val="both"/>
      </w:pPr>
      <w:r w:rsidRPr="002D74E6">
        <w:rPr>
          <w:b/>
          <w:color w:val="CC3300"/>
          <w:lang w:val="vi-VN"/>
        </w:rPr>
        <w:t xml:space="preserve">C. </w:t>
      </w:r>
      <m:oMath>
        <m:r>
          <w:rPr>
            <w:rFonts w:ascii="Cambria Math" w:hAnsi="Cambria Math"/>
          </w:rPr>
          <m:t>1849650</m:t>
        </m:r>
        <m:r>
          <m:rPr>
            <m:nor/>
          </m:rPr>
          <m:t xml:space="preserve"> J</m:t>
        </m:r>
      </m:oMath>
      <w:r w:rsidR="00000000">
        <w:rPr>
          <w:lang w:val="vi-VN"/>
        </w:rPr>
        <w:t>.</w:t>
      </w:r>
    </w:p>
    <w:p w14:paraId="14F971E6" w14:textId="40BAEE7A" w:rsidR="00CE22BB" w:rsidRDefault="002D74E6" w:rsidP="002D74E6">
      <w:pPr>
        <w:keepLines/>
        <w:tabs>
          <w:tab w:val="left" w:pos="426"/>
        </w:tabs>
        <w:spacing w:after="40"/>
        <w:ind w:left="624" w:hanging="312"/>
        <w:jc w:val="both"/>
      </w:pPr>
      <w:r w:rsidRPr="002D74E6">
        <w:rPr>
          <w:b/>
          <w:color w:val="CC3300"/>
          <w:lang w:val="vi-VN"/>
        </w:rPr>
        <w:t xml:space="preserve">D. </w:t>
      </w:r>
      <m:oMath>
        <m:r>
          <w:rPr>
            <w:rFonts w:ascii="Cambria Math" w:hAnsi="Cambria Math"/>
          </w:rPr>
          <m:t>1743650</m:t>
        </m:r>
        <m:r>
          <m:rPr>
            <m:nor/>
          </m:rPr>
          <m:t xml:space="preserve"> J</m:t>
        </m:r>
      </m:oMath>
      <w:r w:rsidR="00000000">
        <w:rPr>
          <w:lang w:val="vi-VN"/>
        </w:rPr>
        <w:t>.</w:t>
      </w:r>
    </w:p>
    <w:p w14:paraId="409342BF" w14:textId="72BC3263" w:rsidR="00CE22BB" w:rsidRPr="002D74E6" w:rsidRDefault="00000000" w:rsidP="002D74E6">
      <w:pPr>
        <w:keepNext/>
        <w:tabs>
          <w:tab w:val="left" w:pos="426"/>
        </w:tabs>
        <w:spacing w:before="60"/>
        <w:jc w:val="both"/>
        <w:rPr>
          <w:color w:val="CC3300"/>
        </w:rPr>
      </w:pPr>
      <w:r w:rsidRPr="002D74E6">
        <w:rPr>
          <w:b/>
          <w:color w:val="CC3300"/>
        </w:rPr>
        <w:t>Đáp án: B</w:t>
      </w:r>
      <w:r w:rsidR="002D74E6" w:rsidRPr="002D74E6">
        <w:rPr>
          <w:b/>
          <w:color w:val="CC3300"/>
        </w:rPr>
        <w:t>.</w:t>
      </w:r>
    </w:p>
    <w:p w14:paraId="6C746A15" w14:textId="77777777" w:rsidR="00CE22BB" w:rsidRDefault="00000000" w:rsidP="002D74E6">
      <w:pPr>
        <w:keepNext/>
        <w:tabs>
          <w:tab w:val="left" w:pos="426"/>
        </w:tabs>
        <w:spacing w:before="40" w:after="40"/>
        <w:jc w:val="both"/>
      </w:pPr>
      <w:r>
        <w:rPr>
          <w:b/>
          <w:color w:val="1E3A5F"/>
        </w:rPr>
        <w:t>Hướng dẫn chi tiết:</w:t>
      </w:r>
    </w:p>
    <w:p w14:paraId="49169985" w14:textId="77777777" w:rsidR="00CE22BB" w:rsidRDefault="00000000" w:rsidP="002D74E6">
      <w:pPr>
        <w:tabs>
          <w:tab w:val="left" w:pos="426"/>
        </w:tabs>
        <w:spacing w:after="40"/>
        <w:ind w:left="255"/>
        <w:jc w:val="both"/>
      </w:pPr>
      <w:r>
        <w:t xml:space="preserve">- Độ tăng nhiệt độ của nước và thùng sắt: </w:t>
      </w:r>
      <m:oMath>
        <m:r>
          <w:rPr>
            <w:rFonts w:ascii="Cambria Math" w:hAnsi="Cambria Math"/>
          </w:rPr>
          <m:t>ΔT=100-15=85 K</m:t>
        </m:r>
      </m:oMath>
      <w:r>
        <w:t>.</w:t>
      </w:r>
    </w:p>
    <w:p w14:paraId="030C60C2" w14:textId="77777777" w:rsidR="00CE22BB" w:rsidRDefault="00000000" w:rsidP="002D74E6">
      <w:pPr>
        <w:tabs>
          <w:tab w:val="left" w:pos="426"/>
        </w:tabs>
        <w:spacing w:after="40"/>
        <w:ind w:left="255"/>
        <w:jc w:val="both"/>
      </w:pPr>
      <w:r>
        <w:t xml:space="preserve">- Nhiệt lượng nước thu vào: </w:t>
      </w:r>
      <m:oMath>
        <m:r>
          <w:rPr>
            <w:rFonts w:ascii="Cambria Math" w:hAnsi="Cambria Math"/>
          </w:rPr>
          <m:t>Q₁=m₁c₁ΔT=5·4200·85=1 785 000 J</m:t>
        </m:r>
      </m:oMath>
      <w:r>
        <w:t>.</w:t>
      </w:r>
    </w:p>
    <w:p w14:paraId="0CE89300" w14:textId="77777777" w:rsidR="00CE22BB" w:rsidRDefault="00000000" w:rsidP="002D74E6">
      <w:pPr>
        <w:tabs>
          <w:tab w:val="left" w:pos="426"/>
        </w:tabs>
        <w:spacing w:after="40"/>
        <w:ind w:left="255"/>
        <w:jc w:val="both"/>
      </w:pPr>
      <w:r>
        <w:t xml:space="preserve">- Nhiệt lượng thùng sắt thu vào: </w:t>
      </w:r>
      <m:oMath>
        <m:r>
          <w:rPr>
            <w:rFonts w:ascii="Cambria Math" w:hAnsi="Cambria Math"/>
          </w:rPr>
          <m:t>Q₂=m₂c₂ΔT=1,5·460·85=58 650 J</m:t>
        </m:r>
      </m:oMath>
      <w:r>
        <w:t>.</w:t>
      </w:r>
    </w:p>
    <w:p w14:paraId="515C1409" w14:textId="77777777" w:rsidR="00CE22BB" w:rsidRDefault="00000000" w:rsidP="002D74E6">
      <w:pPr>
        <w:tabs>
          <w:tab w:val="left" w:pos="426"/>
        </w:tabs>
        <w:spacing w:after="40"/>
        <w:ind w:left="255"/>
        <w:jc w:val="both"/>
      </w:pPr>
      <w:r>
        <w:t xml:space="preserve">- Tổng nhiệt lượng cần cung cấp: </w:t>
      </w:r>
      <m:oMath>
        <m:r>
          <w:rPr>
            <w:rFonts w:ascii="Cambria Math" w:hAnsi="Cambria Math"/>
          </w:rPr>
          <m:t>Q=Q₁+Q₂=1 843 650 J</m:t>
        </m:r>
      </m:oMath>
      <w:r>
        <w:t>.</w:t>
      </w:r>
    </w:p>
    <w:p w14:paraId="013B39CC" w14:textId="77777777" w:rsidR="00CE22BB" w:rsidRDefault="00000000" w:rsidP="002D74E6">
      <w:pPr>
        <w:keepLines/>
        <w:tabs>
          <w:tab w:val="left" w:pos="426"/>
        </w:tabs>
        <w:spacing w:after="40"/>
        <w:jc w:val="both"/>
      </w:pPr>
      <w:r>
        <w:rPr>
          <w:b/>
          <w:lang w:val="vi-VN"/>
        </w:rPr>
        <w:t xml:space="preserve">Câu 10: </w:t>
      </w:r>
      <w:r>
        <w:rPr>
          <w:lang w:val="vi-VN"/>
        </w:rPr>
        <w:t xml:space="preserve">Nhiệt nóng chảy riêng của đồng là </w:t>
      </w:r>
      <m:oMath>
        <m:r>
          <w:rPr>
            <w:rFonts w:ascii="Cambria Math" w:hAnsi="Cambria Math"/>
          </w:rPr>
          <m:t xml:space="preserve">1,8 × </m:t>
        </m:r>
        <m:sSup>
          <m:sSupPr>
            <m:ctrlPr>
              <w:rPr>
                <w:rFonts w:ascii="Cambria Math" w:hAnsi="Cambria Math"/>
              </w:rPr>
            </m:ctrlPr>
          </m:sSupPr>
          <m:e>
            <m:r>
              <w:rPr>
                <w:rFonts w:ascii="Cambria Math" w:hAnsi="Cambria Math"/>
              </w:rPr>
              <m:t>10</m:t>
            </m:r>
          </m:e>
          <m:sup>
            <m:r>
              <w:rPr>
                <w:rFonts w:ascii="Cambria Math" w:hAnsi="Cambria Math"/>
              </w:rPr>
              <m:t>5</m:t>
            </m:r>
          </m:sup>
        </m:sSup>
        <m:r>
          <m:rPr>
            <m:nor/>
          </m:rPr>
          <m:t xml:space="preserve"> J/kg</m:t>
        </m:r>
      </m:oMath>
      <w:r>
        <w:rPr>
          <w:lang w:val="vi-VN"/>
        </w:rPr>
        <w:t xml:space="preserve"> có ý nghĩa gì?</w:t>
      </w:r>
    </w:p>
    <w:p w14:paraId="5824E514" w14:textId="0EEDC80A" w:rsidR="00CE22BB" w:rsidRDefault="002D74E6" w:rsidP="002D74E6">
      <w:pPr>
        <w:keepLines/>
        <w:tabs>
          <w:tab w:val="left" w:pos="426"/>
        </w:tabs>
        <w:spacing w:after="40"/>
        <w:ind w:left="624" w:hanging="312"/>
        <w:jc w:val="both"/>
      </w:pPr>
      <w:r w:rsidRPr="002D74E6">
        <w:rPr>
          <w:b/>
          <w:color w:val="CC3300"/>
          <w:lang w:val="vi-VN"/>
        </w:rPr>
        <w:t xml:space="preserve">A. </w:t>
      </w:r>
      <w:r w:rsidR="00000000">
        <w:rPr>
          <w:lang w:val="vi-VN"/>
        </w:rPr>
        <w:t xml:space="preserve">Khối đồng sẽ tỏa ra nhiệt lượng </w:t>
      </w:r>
      <m:oMath>
        <m:r>
          <w:rPr>
            <w:rFonts w:ascii="Cambria Math" w:hAnsi="Cambria Math"/>
          </w:rPr>
          <m:t xml:space="preserve">1,8 × </m:t>
        </m:r>
        <m:sSup>
          <m:sSupPr>
            <m:ctrlPr>
              <w:rPr>
                <w:rFonts w:ascii="Cambria Math" w:hAnsi="Cambria Math"/>
              </w:rPr>
            </m:ctrlPr>
          </m:sSupPr>
          <m:e>
            <m:r>
              <w:rPr>
                <w:rFonts w:ascii="Cambria Math" w:hAnsi="Cambria Math"/>
              </w:rPr>
              <m:t>10</m:t>
            </m:r>
          </m:e>
          <m:sup>
            <m:r>
              <w:rPr>
                <w:rFonts w:ascii="Cambria Math" w:hAnsi="Cambria Math"/>
              </w:rPr>
              <m:t>5</m:t>
            </m:r>
          </m:sup>
        </m:sSup>
        <m:r>
          <m:rPr>
            <m:nor/>
          </m:rPr>
          <m:t xml:space="preserve"> J</m:t>
        </m:r>
      </m:oMath>
      <w:r w:rsidR="00000000">
        <w:rPr>
          <w:lang w:val="vi-VN"/>
        </w:rPr>
        <w:t xml:space="preserve"> khi nóng chảy hoàn toàn.</w:t>
      </w:r>
    </w:p>
    <w:p w14:paraId="1A752349" w14:textId="50BC4B8C" w:rsidR="00CE22BB" w:rsidRDefault="002D74E6" w:rsidP="002D74E6">
      <w:pPr>
        <w:keepLines/>
        <w:tabs>
          <w:tab w:val="left" w:pos="426"/>
        </w:tabs>
        <w:spacing w:after="40"/>
        <w:ind w:left="624" w:hanging="312"/>
        <w:jc w:val="both"/>
      </w:pPr>
      <w:r w:rsidRPr="002D74E6">
        <w:rPr>
          <w:b/>
          <w:color w:val="CC3300"/>
          <w:lang w:val="vi-VN"/>
        </w:rPr>
        <w:t xml:space="preserve">B. </w:t>
      </w:r>
      <w:r w:rsidR="00000000">
        <w:rPr>
          <w:lang w:val="vi-VN"/>
        </w:rPr>
        <w:t xml:space="preserve">Mỗi kilôgam đồng cần thu nhiệt lượng </w:t>
      </w:r>
      <m:oMath>
        <m:r>
          <w:rPr>
            <w:rFonts w:ascii="Cambria Math" w:hAnsi="Cambria Math"/>
          </w:rPr>
          <m:t xml:space="preserve">1,8 × </m:t>
        </m:r>
        <m:sSup>
          <m:sSupPr>
            <m:ctrlPr>
              <w:rPr>
                <w:rFonts w:ascii="Cambria Math" w:hAnsi="Cambria Math"/>
              </w:rPr>
            </m:ctrlPr>
          </m:sSupPr>
          <m:e>
            <m:r>
              <w:rPr>
                <w:rFonts w:ascii="Cambria Math" w:hAnsi="Cambria Math"/>
              </w:rPr>
              <m:t>10</m:t>
            </m:r>
          </m:e>
          <m:sup>
            <m:r>
              <w:rPr>
                <w:rFonts w:ascii="Cambria Math" w:hAnsi="Cambria Math"/>
              </w:rPr>
              <m:t>5</m:t>
            </m:r>
          </m:sup>
        </m:sSup>
        <m:r>
          <m:rPr>
            <m:nor/>
          </m:rPr>
          <m:t xml:space="preserve"> J</m:t>
        </m:r>
      </m:oMath>
      <w:r w:rsidR="00000000">
        <w:rPr>
          <w:lang w:val="vi-VN"/>
        </w:rPr>
        <w:t xml:space="preserve"> để hóa lỏng hoàn toàn ở nhiệt độ nóng chảy.</w:t>
      </w:r>
    </w:p>
    <w:p w14:paraId="1AD75F7E" w14:textId="3E20B1FE" w:rsidR="00CE22BB" w:rsidRDefault="002D74E6" w:rsidP="002D74E6">
      <w:pPr>
        <w:keepLines/>
        <w:tabs>
          <w:tab w:val="left" w:pos="426"/>
        </w:tabs>
        <w:spacing w:after="40"/>
        <w:ind w:left="624" w:hanging="312"/>
        <w:jc w:val="both"/>
      </w:pPr>
      <w:r w:rsidRPr="002D74E6">
        <w:rPr>
          <w:b/>
          <w:color w:val="CC3300"/>
          <w:lang w:val="vi-VN"/>
        </w:rPr>
        <w:t xml:space="preserve">C. </w:t>
      </w:r>
      <w:r w:rsidR="00000000">
        <w:rPr>
          <w:lang w:val="vi-VN"/>
        </w:rPr>
        <w:t xml:space="preserve">Khối đồng cần thu nhiệt lượng </w:t>
      </w:r>
      <m:oMath>
        <m:r>
          <w:rPr>
            <w:rFonts w:ascii="Cambria Math" w:hAnsi="Cambria Math"/>
          </w:rPr>
          <m:t xml:space="preserve">1,8 × </m:t>
        </m:r>
        <m:sSup>
          <m:sSupPr>
            <m:ctrlPr>
              <w:rPr>
                <w:rFonts w:ascii="Cambria Math" w:hAnsi="Cambria Math"/>
              </w:rPr>
            </m:ctrlPr>
          </m:sSupPr>
          <m:e>
            <m:r>
              <w:rPr>
                <w:rFonts w:ascii="Cambria Math" w:hAnsi="Cambria Math"/>
              </w:rPr>
              <m:t>10</m:t>
            </m:r>
          </m:e>
          <m:sup>
            <m:r>
              <w:rPr>
                <w:rFonts w:ascii="Cambria Math" w:hAnsi="Cambria Math"/>
              </w:rPr>
              <m:t>5</m:t>
            </m:r>
          </m:sup>
        </m:sSup>
        <m:r>
          <m:rPr>
            <m:nor/>
          </m:rPr>
          <m:t xml:space="preserve"> J</m:t>
        </m:r>
      </m:oMath>
      <w:r w:rsidR="00000000">
        <w:rPr>
          <w:lang w:val="vi-VN"/>
        </w:rPr>
        <w:t xml:space="preserve"> để hóa lỏng.</w:t>
      </w:r>
    </w:p>
    <w:p w14:paraId="5377328C" w14:textId="7AAFB126" w:rsidR="00CE22BB" w:rsidRDefault="002D74E6" w:rsidP="002D74E6">
      <w:pPr>
        <w:keepLines/>
        <w:tabs>
          <w:tab w:val="left" w:pos="426"/>
        </w:tabs>
        <w:spacing w:after="40"/>
        <w:ind w:left="624" w:hanging="312"/>
        <w:jc w:val="both"/>
      </w:pPr>
      <w:r w:rsidRPr="002D74E6">
        <w:rPr>
          <w:b/>
          <w:color w:val="CC3300"/>
          <w:lang w:val="vi-VN"/>
        </w:rPr>
        <w:t xml:space="preserve">D. </w:t>
      </w:r>
      <w:r w:rsidR="00000000">
        <w:rPr>
          <w:lang w:val="vi-VN"/>
        </w:rPr>
        <w:t xml:space="preserve">Mỗi kilôgam đồng tỏa ra nhiệt lượng </w:t>
      </w:r>
      <m:oMath>
        <m:r>
          <w:rPr>
            <w:rFonts w:ascii="Cambria Math" w:hAnsi="Cambria Math"/>
          </w:rPr>
          <m:t xml:space="preserve">1,8 × </m:t>
        </m:r>
        <m:sSup>
          <m:sSupPr>
            <m:ctrlPr>
              <w:rPr>
                <w:rFonts w:ascii="Cambria Math" w:hAnsi="Cambria Math"/>
              </w:rPr>
            </m:ctrlPr>
          </m:sSupPr>
          <m:e>
            <m:r>
              <w:rPr>
                <w:rFonts w:ascii="Cambria Math" w:hAnsi="Cambria Math"/>
              </w:rPr>
              <m:t>10</m:t>
            </m:r>
          </m:e>
          <m:sup>
            <m:r>
              <w:rPr>
                <w:rFonts w:ascii="Cambria Math" w:hAnsi="Cambria Math"/>
              </w:rPr>
              <m:t>5</m:t>
            </m:r>
          </m:sup>
        </m:sSup>
        <m:r>
          <m:rPr>
            <m:nor/>
          </m:rPr>
          <m:t xml:space="preserve"> J</m:t>
        </m:r>
      </m:oMath>
      <w:r w:rsidR="00000000">
        <w:rPr>
          <w:lang w:val="vi-VN"/>
        </w:rPr>
        <w:t xml:space="preserve"> khi hóa lỏng hoàn toàn.</w:t>
      </w:r>
    </w:p>
    <w:p w14:paraId="1EDB1388" w14:textId="38E5F0BC" w:rsidR="00CE22BB" w:rsidRPr="002D74E6" w:rsidRDefault="00000000" w:rsidP="002D74E6">
      <w:pPr>
        <w:keepNext/>
        <w:tabs>
          <w:tab w:val="left" w:pos="426"/>
        </w:tabs>
        <w:spacing w:before="60"/>
        <w:jc w:val="both"/>
        <w:rPr>
          <w:color w:val="CC3300"/>
        </w:rPr>
      </w:pPr>
      <w:r w:rsidRPr="002D74E6">
        <w:rPr>
          <w:b/>
          <w:color w:val="CC3300"/>
        </w:rPr>
        <w:t>Đáp án: B</w:t>
      </w:r>
      <w:r w:rsidR="002D74E6" w:rsidRPr="002D74E6">
        <w:rPr>
          <w:b/>
          <w:color w:val="CC3300"/>
        </w:rPr>
        <w:t>.</w:t>
      </w:r>
    </w:p>
    <w:p w14:paraId="558906BF" w14:textId="77777777" w:rsidR="00CE22BB" w:rsidRDefault="00000000" w:rsidP="002D74E6">
      <w:pPr>
        <w:keepNext/>
        <w:tabs>
          <w:tab w:val="left" w:pos="426"/>
        </w:tabs>
        <w:spacing w:before="40" w:after="40"/>
        <w:jc w:val="both"/>
      </w:pPr>
      <w:r>
        <w:rPr>
          <w:b/>
          <w:color w:val="1E3A5F"/>
        </w:rPr>
        <w:t>Hướng dẫn chi tiết:</w:t>
      </w:r>
    </w:p>
    <w:p w14:paraId="04D4AC06" w14:textId="77777777" w:rsidR="00CE22BB" w:rsidRDefault="00000000" w:rsidP="002D74E6">
      <w:pPr>
        <w:tabs>
          <w:tab w:val="left" w:pos="426"/>
        </w:tabs>
        <w:spacing w:after="40"/>
        <w:ind w:left="255"/>
        <w:jc w:val="both"/>
      </w:pPr>
      <w:r>
        <w:t xml:space="preserve">- Nhiệt nóng chảy riêng </w:t>
      </w:r>
      <m:oMath>
        <m:r>
          <w:rPr>
            <w:rFonts w:ascii="Cambria Math" w:hAnsi="Cambria Math"/>
          </w:rPr>
          <m:t>λ=1,8×10⁵ J/kg</m:t>
        </m:r>
      </m:oMath>
      <w:r>
        <w:t xml:space="preserve"> có nghĩa là: để làm nóng chảy hoàn toàn </w:t>
      </w:r>
      <m:oMath>
        <m:r>
          <w:rPr>
            <w:rFonts w:ascii="Cambria Math" w:hAnsi="Cambria Math"/>
          </w:rPr>
          <m:t>1 kg</m:t>
        </m:r>
      </m:oMath>
      <w:r>
        <w:t xml:space="preserve"> đồng đang ở nhiệt độ nóng chảy, cần cung cấp </w:t>
      </w:r>
      <m:oMath>
        <m:r>
          <w:rPr>
            <w:rFonts w:ascii="Cambria Math" w:hAnsi="Cambria Math"/>
          </w:rPr>
          <m:t>1,8×10⁵ J</m:t>
        </m:r>
      </m:oMath>
      <w:r>
        <w:t>.</w:t>
      </w:r>
    </w:p>
    <w:p w14:paraId="6DD82576" w14:textId="77777777" w:rsidR="00CE22BB" w:rsidRDefault="00000000" w:rsidP="002D74E6">
      <w:pPr>
        <w:tabs>
          <w:tab w:val="left" w:pos="426"/>
        </w:tabs>
        <w:spacing w:after="40"/>
        <w:ind w:left="255"/>
        <w:jc w:val="both"/>
      </w:pPr>
      <w:r>
        <w:t>- Trong quá trình nóng chảy, nhiệt độ của đồng không đổi.</w:t>
      </w:r>
    </w:p>
    <w:p w14:paraId="3DB1E289" w14:textId="77777777" w:rsidR="00CE22BB" w:rsidRDefault="00000000" w:rsidP="002D74E6">
      <w:pPr>
        <w:keepLines/>
        <w:tabs>
          <w:tab w:val="left" w:pos="426"/>
        </w:tabs>
        <w:spacing w:after="40"/>
        <w:jc w:val="both"/>
      </w:pPr>
      <w:r>
        <w:rPr>
          <w:b/>
          <w:lang w:val="vi-VN"/>
        </w:rPr>
        <w:t xml:space="preserve">Câu 11: </w:t>
      </w:r>
      <w:r>
        <w:rPr>
          <w:lang w:val="vi-VN"/>
        </w:rPr>
        <w:t xml:space="preserve">Biết nhiệt nóng chảy riêng của nước đá là </w:t>
      </w:r>
      <m:oMath>
        <m:r>
          <w:rPr>
            <w:rFonts w:ascii="Cambria Math" w:hAnsi="Cambria Math"/>
          </w:rPr>
          <m:t xml:space="preserve">λ = 3,4 × </m:t>
        </m:r>
        <m:sSup>
          <m:sSupPr>
            <m:ctrlPr>
              <w:rPr>
                <w:rFonts w:ascii="Cambria Math" w:hAnsi="Cambria Math"/>
              </w:rPr>
            </m:ctrlPr>
          </m:sSupPr>
          <m:e>
            <m:r>
              <w:rPr>
                <w:rFonts w:ascii="Cambria Math" w:hAnsi="Cambria Math"/>
              </w:rPr>
              <m:t>10</m:t>
            </m:r>
          </m:e>
          <m:sup>
            <m:r>
              <w:rPr>
                <w:rFonts w:ascii="Cambria Math" w:hAnsi="Cambria Math"/>
              </w:rPr>
              <m:t>5</m:t>
            </m:r>
          </m:sup>
        </m:sSup>
        <m:r>
          <m:rPr>
            <m:nor/>
          </m:rPr>
          <m:t xml:space="preserve"> J/kg</m:t>
        </m:r>
      </m:oMath>
      <w:r>
        <w:rPr>
          <w:lang w:val="vi-VN"/>
        </w:rPr>
        <w:t xml:space="preserve">. Nhiệt lượng </w:t>
      </w:r>
      <m:oMath>
        <m:r>
          <w:rPr>
            <w:rFonts w:ascii="Cambria Math" w:hAnsi="Cambria Math"/>
          </w:rPr>
          <m:t>Q</m:t>
        </m:r>
      </m:oMath>
      <w:r>
        <w:rPr>
          <w:lang w:val="vi-VN"/>
        </w:rPr>
        <w:t xml:space="preserve"> cần cung cấp để làm nóng chảy </w:t>
      </w:r>
      <m:oMath>
        <m:r>
          <w:rPr>
            <w:rFonts w:ascii="Cambria Math" w:hAnsi="Cambria Math"/>
          </w:rPr>
          <m:t>100</m:t>
        </m:r>
        <m:r>
          <m:rPr>
            <m:nor/>
          </m:rPr>
          <m:t xml:space="preserve"> g</m:t>
        </m:r>
      </m:oMath>
      <w:r>
        <w:rPr>
          <w:lang w:val="vi-VN"/>
        </w:rPr>
        <w:t xml:space="preserve"> nước đá ở </w:t>
      </w:r>
      <m:oMath>
        <m:r>
          <w:rPr>
            <w:rFonts w:ascii="Cambria Math" w:hAnsi="Cambria Math"/>
          </w:rPr>
          <m:t>0</m:t>
        </m:r>
        <m:r>
          <m:rPr>
            <m:nor/>
          </m:rPr>
          <m:t xml:space="preserve"> °C</m:t>
        </m:r>
      </m:oMath>
      <w:r>
        <w:rPr>
          <w:lang w:val="vi-VN"/>
        </w:rPr>
        <w:t xml:space="preserve"> bằng</w:t>
      </w:r>
    </w:p>
    <w:p w14:paraId="6C4C819A" w14:textId="685134EF" w:rsidR="00CE22BB" w:rsidRDefault="002D74E6" w:rsidP="002D74E6">
      <w:pPr>
        <w:keepLines/>
        <w:tabs>
          <w:tab w:val="left" w:pos="426"/>
        </w:tabs>
        <w:spacing w:after="40"/>
        <w:ind w:left="312" w:hanging="312"/>
        <w:jc w:val="both"/>
      </w:pPr>
      <w:r>
        <w:rPr>
          <w:b/>
          <w:color w:val="CC3300"/>
        </w:rPr>
        <w:tab/>
      </w:r>
      <w:r w:rsidRPr="002D74E6">
        <w:rPr>
          <w:b/>
          <w:color w:val="CC3300"/>
          <w:lang w:val="vi-VN"/>
        </w:rPr>
        <w:t xml:space="preserve">A. </w:t>
      </w:r>
      <m:oMath>
        <m:r>
          <w:rPr>
            <w:rFonts w:ascii="Cambria Math" w:hAnsi="Cambria Math"/>
          </w:rPr>
          <m:t xml:space="preserve">0,34 × </m:t>
        </m:r>
        <m:sSup>
          <m:sSupPr>
            <m:ctrlPr>
              <w:rPr>
                <w:rFonts w:ascii="Cambria Math" w:hAnsi="Cambria Math"/>
              </w:rPr>
            </m:ctrlPr>
          </m:sSupPr>
          <m:e>
            <m:r>
              <w:rPr>
                <w:rFonts w:ascii="Cambria Math" w:hAnsi="Cambria Math"/>
              </w:rPr>
              <m:t>10</m:t>
            </m:r>
          </m:e>
          <m:sup>
            <m:r>
              <w:rPr>
                <w:rFonts w:ascii="Cambria Math" w:hAnsi="Cambria Math"/>
              </w:rPr>
              <m:t>3</m:t>
            </m:r>
          </m:sup>
        </m:sSup>
        <m:r>
          <m:rPr>
            <m:nor/>
          </m:rPr>
          <m:t xml:space="preserve"> J</m:t>
        </m:r>
      </m:oMath>
      <w:r w:rsidR="00000000">
        <w:rPr>
          <w:lang w:val="vi-VN"/>
        </w:rPr>
        <w:t>.</w:t>
      </w:r>
    </w:p>
    <w:p w14:paraId="4E14D6FF" w14:textId="60229F0A" w:rsidR="00CE22BB" w:rsidRDefault="002D74E6" w:rsidP="002D74E6">
      <w:pPr>
        <w:keepLines/>
        <w:tabs>
          <w:tab w:val="left" w:pos="426"/>
        </w:tabs>
        <w:spacing w:after="40"/>
        <w:ind w:left="312" w:hanging="312"/>
        <w:jc w:val="both"/>
      </w:pPr>
      <w:r>
        <w:rPr>
          <w:b/>
          <w:color w:val="CC3300"/>
        </w:rPr>
        <w:lastRenderedPageBreak/>
        <w:tab/>
      </w:r>
      <w:r w:rsidRPr="002D74E6">
        <w:rPr>
          <w:b/>
          <w:color w:val="CC3300"/>
          <w:lang w:val="vi-VN"/>
        </w:rPr>
        <w:t xml:space="preserve">B. </w:t>
      </w:r>
      <m:oMath>
        <m:r>
          <w:rPr>
            <w:rFonts w:ascii="Cambria Math" w:hAnsi="Cambria Math"/>
          </w:rPr>
          <m:t xml:space="preserve">340 × </m:t>
        </m:r>
        <m:sSup>
          <m:sSupPr>
            <m:ctrlPr>
              <w:rPr>
                <w:rFonts w:ascii="Cambria Math" w:hAnsi="Cambria Math"/>
              </w:rPr>
            </m:ctrlPr>
          </m:sSupPr>
          <m:e>
            <m:r>
              <w:rPr>
                <w:rFonts w:ascii="Cambria Math" w:hAnsi="Cambria Math"/>
              </w:rPr>
              <m:t>10</m:t>
            </m:r>
          </m:e>
          <m:sup>
            <m:r>
              <w:rPr>
                <w:rFonts w:ascii="Cambria Math" w:hAnsi="Cambria Math"/>
              </w:rPr>
              <m:t>5</m:t>
            </m:r>
          </m:sup>
        </m:sSup>
        <m:r>
          <m:rPr>
            <m:nor/>
          </m:rPr>
          <m:t xml:space="preserve"> J</m:t>
        </m:r>
      </m:oMath>
      <w:r w:rsidR="00000000">
        <w:rPr>
          <w:lang w:val="vi-VN"/>
        </w:rPr>
        <w:t>.</w:t>
      </w:r>
    </w:p>
    <w:p w14:paraId="1088DDC4" w14:textId="2B3C205F" w:rsidR="00CE22BB" w:rsidRDefault="002D74E6" w:rsidP="002D74E6">
      <w:pPr>
        <w:keepLines/>
        <w:tabs>
          <w:tab w:val="left" w:pos="426"/>
        </w:tabs>
        <w:spacing w:after="40"/>
        <w:ind w:left="312" w:hanging="312"/>
        <w:jc w:val="both"/>
      </w:pPr>
      <w:r>
        <w:rPr>
          <w:b/>
          <w:color w:val="CC3300"/>
        </w:rPr>
        <w:tab/>
      </w:r>
      <w:r w:rsidRPr="002D74E6">
        <w:rPr>
          <w:b/>
          <w:color w:val="CC3300"/>
          <w:lang w:val="vi-VN"/>
        </w:rPr>
        <w:t xml:space="preserve">C. </w:t>
      </w:r>
      <m:oMath>
        <m:r>
          <w:rPr>
            <w:rFonts w:ascii="Cambria Math" w:hAnsi="Cambria Math"/>
          </w:rPr>
          <m:t xml:space="preserve">34 × </m:t>
        </m:r>
        <m:sSup>
          <m:sSupPr>
            <m:ctrlPr>
              <w:rPr>
                <w:rFonts w:ascii="Cambria Math" w:hAnsi="Cambria Math"/>
              </w:rPr>
            </m:ctrlPr>
          </m:sSupPr>
          <m:e>
            <m:r>
              <w:rPr>
                <w:rFonts w:ascii="Cambria Math" w:hAnsi="Cambria Math"/>
              </w:rPr>
              <m:t>10</m:t>
            </m:r>
          </m:e>
          <m:sup>
            <m:r>
              <w:rPr>
                <w:rFonts w:ascii="Cambria Math" w:hAnsi="Cambria Math"/>
              </w:rPr>
              <m:t>7</m:t>
            </m:r>
          </m:sup>
        </m:sSup>
        <m:r>
          <m:rPr>
            <m:nor/>
          </m:rPr>
          <m:t xml:space="preserve"> J</m:t>
        </m:r>
      </m:oMath>
      <w:r w:rsidR="00000000">
        <w:rPr>
          <w:lang w:val="vi-VN"/>
        </w:rPr>
        <w:t>.</w:t>
      </w:r>
    </w:p>
    <w:p w14:paraId="6DB0559B" w14:textId="3CB298E8" w:rsidR="00CE22BB" w:rsidRPr="002D74E6" w:rsidRDefault="002D74E6" w:rsidP="002D74E6">
      <w:pPr>
        <w:keepLines/>
        <w:tabs>
          <w:tab w:val="left" w:pos="426"/>
        </w:tabs>
        <w:spacing w:after="40"/>
        <w:ind w:left="312" w:hanging="312"/>
        <w:jc w:val="both"/>
      </w:pPr>
      <w:r>
        <w:rPr>
          <w:b/>
          <w:color w:val="CC3300"/>
        </w:rPr>
        <w:tab/>
      </w:r>
      <w:r w:rsidRPr="002D74E6">
        <w:rPr>
          <w:b/>
          <w:color w:val="CC3300"/>
          <w:lang w:val="vi-VN"/>
        </w:rPr>
        <w:t xml:space="preserve">D. </w:t>
      </w:r>
      <m:oMath>
        <m:r>
          <w:rPr>
            <w:rFonts w:ascii="Cambria Math" w:hAnsi="Cambria Math"/>
          </w:rPr>
          <m:t xml:space="preserve">34 × </m:t>
        </m:r>
        <m:sSup>
          <m:sSupPr>
            <m:ctrlPr>
              <w:rPr>
                <w:rFonts w:ascii="Cambria Math" w:hAnsi="Cambria Math"/>
              </w:rPr>
            </m:ctrlPr>
          </m:sSupPr>
          <m:e>
            <m:r>
              <w:rPr>
                <w:rFonts w:ascii="Cambria Math" w:hAnsi="Cambria Math"/>
              </w:rPr>
              <m:t>10</m:t>
            </m:r>
          </m:e>
          <m:sup>
            <m:r>
              <w:rPr>
                <w:rFonts w:ascii="Cambria Math" w:hAnsi="Cambria Math"/>
              </w:rPr>
              <m:t>3</m:t>
            </m:r>
          </m:sup>
        </m:sSup>
        <m:r>
          <m:rPr>
            <m:nor/>
          </m:rPr>
          <m:t xml:space="preserve"> J</m:t>
        </m:r>
      </m:oMath>
      <w:r w:rsidR="00000000">
        <w:rPr>
          <w:lang w:val="vi-VN"/>
        </w:rPr>
        <w:t>.</w:t>
      </w:r>
      <w:r>
        <w:tab/>
      </w:r>
      <w:r>
        <w:tab/>
      </w:r>
    </w:p>
    <w:p w14:paraId="20D11E5C" w14:textId="2AA0BF32" w:rsidR="00CE22BB" w:rsidRPr="002D74E6" w:rsidRDefault="00000000" w:rsidP="002D74E6">
      <w:pPr>
        <w:keepNext/>
        <w:tabs>
          <w:tab w:val="left" w:pos="426"/>
        </w:tabs>
        <w:spacing w:before="60"/>
        <w:jc w:val="both"/>
        <w:rPr>
          <w:color w:val="CC3300"/>
        </w:rPr>
      </w:pPr>
      <w:r w:rsidRPr="002D74E6">
        <w:rPr>
          <w:b/>
          <w:color w:val="CC3300"/>
        </w:rPr>
        <w:t>Đáp án: D</w:t>
      </w:r>
      <w:r w:rsidR="002D74E6" w:rsidRPr="002D74E6">
        <w:rPr>
          <w:b/>
          <w:color w:val="CC3300"/>
        </w:rPr>
        <w:t>.</w:t>
      </w:r>
    </w:p>
    <w:p w14:paraId="11867D6D" w14:textId="77777777" w:rsidR="00CE22BB" w:rsidRDefault="00000000" w:rsidP="002D74E6">
      <w:pPr>
        <w:keepNext/>
        <w:tabs>
          <w:tab w:val="left" w:pos="426"/>
        </w:tabs>
        <w:spacing w:before="40" w:after="40"/>
        <w:jc w:val="both"/>
      </w:pPr>
      <w:r>
        <w:rPr>
          <w:b/>
          <w:color w:val="1E3A5F"/>
        </w:rPr>
        <w:t>Hướng dẫn chi tiết:</w:t>
      </w:r>
    </w:p>
    <w:p w14:paraId="6F867571" w14:textId="77777777" w:rsidR="00CE22BB" w:rsidRDefault="00000000" w:rsidP="002D74E6">
      <w:pPr>
        <w:tabs>
          <w:tab w:val="left" w:pos="426"/>
        </w:tabs>
        <w:spacing w:after="40"/>
        <w:ind w:left="255"/>
        <w:jc w:val="both"/>
      </w:pPr>
      <w:r>
        <w:t xml:space="preserve">- Đổi khối lượng: </w:t>
      </w:r>
      <m:oMath>
        <m:r>
          <w:rPr>
            <w:rFonts w:ascii="Cambria Math" w:hAnsi="Cambria Math"/>
          </w:rPr>
          <m:t>m=100 g=0,100 kg</m:t>
        </m:r>
      </m:oMath>
      <w:r>
        <w:t>.</w:t>
      </w:r>
    </w:p>
    <w:p w14:paraId="14546EC2" w14:textId="77777777" w:rsidR="00CE22BB" w:rsidRDefault="00000000" w:rsidP="002D74E6">
      <w:pPr>
        <w:tabs>
          <w:tab w:val="left" w:pos="426"/>
        </w:tabs>
        <w:spacing w:after="40"/>
        <w:ind w:left="255"/>
        <w:jc w:val="both"/>
      </w:pPr>
      <w:r>
        <w:t xml:space="preserve">- Nhiệt lượng nóng chảy: </w:t>
      </w:r>
      <m:oMath>
        <m:r>
          <w:rPr>
            <w:rFonts w:ascii="Cambria Math" w:hAnsi="Cambria Math"/>
          </w:rPr>
          <m:t>Q=λm=3,4×10⁵·0,100=3,4×10⁴ J=34×10³ J</m:t>
        </m:r>
      </m:oMath>
      <w:r>
        <w:t>.</w:t>
      </w:r>
    </w:p>
    <w:p w14:paraId="71695AB4" w14:textId="77777777" w:rsidR="00CE22BB" w:rsidRDefault="00000000" w:rsidP="002D74E6">
      <w:pPr>
        <w:keepLines/>
        <w:tabs>
          <w:tab w:val="left" w:pos="426"/>
        </w:tabs>
        <w:spacing w:after="40"/>
        <w:jc w:val="both"/>
      </w:pPr>
      <w:r>
        <w:rPr>
          <w:b/>
          <w:lang w:val="vi-VN"/>
        </w:rPr>
        <w:t xml:space="preserve">Câu 12: </w:t>
      </w:r>
      <w:r>
        <w:rPr>
          <w:lang w:val="vi-VN"/>
        </w:rPr>
        <w:t>Câu nào sau đây nói về sự truyền nhiệt là không đúng?</w:t>
      </w:r>
    </w:p>
    <w:p w14:paraId="71C99796" w14:textId="4E3FA3F5" w:rsidR="00CE22BB" w:rsidRDefault="002D74E6" w:rsidP="002D74E6">
      <w:pPr>
        <w:keepLines/>
        <w:tabs>
          <w:tab w:val="left" w:pos="426"/>
        </w:tabs>
        <w:spacing w:after="40"/>
        <w:ind w:left="624" w:hanging="312"/>
        <w:jc w:val="both"/>
      </w:pPr>
      <w:r w:rsidRPr="002D74E6">
        <w:rPr>
          <w:b/>
          <w:color w:val="CC3300"/>
          <w:lang w:val="vi-VN"/>
        </w:rPr>
        <w:t xml:space="preserve">A. </w:t>
      </w:r>
      <w:r w:rsidR="00000000">
        <w:rPr>
          <w:lang w:val="vi-VN"/>
        </w:rPr>
        <w:t>Nhiệt không thể tự truyền từ vật lạnh hơn sang vật nóng hơn.</w:t>
      </w:r>
    </w:p>
    <w:p w14:paraId="5DC93A6B" w14:textId="18777E3F" w:rsidR="00CE22BB" w:rsidRDefault="002D74E6" w:rsidP="002D74E6">
      <w:pPr>
        <w:keepLines/>
        <w:tabs>
          <w:tab w:val="left" w:pos="426"/>
        </w:tabs>
        <w:spacing w:after="40"/>
        <w:ind w:left="624" w:hanging="312"/>
        <w:jc w:val="both"/>
      </w:pPr>
      <w:r w:rsidRPr="002D74E6">
        <w:rPr>
          <w:b/>
          <w:color w:val="CC3300"/>
          <w:lang w:val="vi-VN"/>
        </w:rPr>
        <w:t xml:space="preserve">B. </w:t>
      </w:r>
      <w:r w:rsidR="00000000">
        <w:rPr>
          <w:lang w:val="vi-VN"/>
        </w:rPr>
        <w:t>Nhiệt có thể tự truyền từ vật nóng hơn sang vật lạnh hơn.</w:t>
      </w:r>
    </w:p>
    <w:p w14:paraId="0BD30E7D" w14:textId="114378CB" w:rsidR="00CE22BB" w:rsidRDefault="002D74E6" w:rsidP="002D74E6">
      <w:pPr>
        <w:keepLines/>
        <w:tabs>
          <w:tab w:val="left" w:pos="426"/>
        </w:tabs>
        <w:spacing w:after="40"/>
        <w:ind w:left="624" w:hanging="312"/>
        <w:jc w:val="both"/>
      </w:pPr>
      <w:r w:rsidRPr="002D74E6">
        <w:rPr>
          <w:b/>
          <w:color w:val="CC3300"/>
          <w:lang w:val="vi-VN"/>
        </w:rPr>
        <w:t xml:space="preserve">C. </w:t>
      </w:r>
      <w:r w:rsidR="00000000">
        <w:rPr>
          <w:lang w:val="vi-VN"/>
        </w:rPr>
        <w:t>Nhiệt có thể truyền từ vật lạnh hơn sang vật nóng hơn.</w:t>
      </w:r>
    </w:p>
    <w:p w14:paraId="3ADF8F4D" w14:textId="170D1EBA" w:rsidR="00CE22BB" w:rsidRDefault="002D74E6" w:rsidP="002D74E6">
      <w:pPr>
        <w:keepLines/>
        <w:tabs>
          <w:tab w:val="left" w:pos="426"/>
        </w:tabs>
        <w:spacing w:after="40"/>
        <w:ind w:left="624" w:hanging="312"/>
        <w:jc w:val="both"/>
      </w:pPr>
      <w:r w:rsidRPr="002D74E6">
        <w:rPr>
          <w:b/>
          <w:color w:val="CC3300"/>
          <w:lang w:val="vi-VN"/>
        </w:rPr>
        <w:t xml:space="preserve">D. </w:t>
      </w:r>
      <w:r w:rsidR="00000000">
        <w:rPr>
          <w:lang w:val="vi-VN"/>
        </w:rPr>
        <w:t>Nhiệt có thể tự truyền giữa hai vật có cùng nhiệt độ.</w:t>
      </w:r>
    </w:p>
    <w:p w14:paraId="2D895829" w14:textId="73D39C81" w:rsidR="00CE22BB" w:rsidRPr="002D74E6" w:rsidRDefault="00000000" w:rsidP="002D74E6">
      <w:pPr>
        <w:keepNext/>
        <w:tabs>
          <w:tab w:val="left" w:pos="426"/>
        </w:tabs>
        <w:spacing w:before="60"/>
        <w:jc w:val="both"/>
        <w:rPr>
          <w:color w:val="CC3300"/>
        </w:rPr>
      </w:pPr>
      <w:r w:rsidRPr="002D74E6">
        <w:rPr>
          <w:b/>
          <w:color w:val="CC3300"/>
        </w:rPr>
        <w:t>Đáp án: D</w:t>
      </w:r>
      <w:r w:rsidR="002D74E6" w:rsidRPr="002D74E6">
        <w:rPr>
          <w:b/>
          <w:color w:val="CC3300"/>
        </w:rPr>
        <w:t>.</w:t>
      </w:r>
    </w:p>
    <w:p w14:paraId="0907F8E9" w14:textId="77777777" w:rsidR="00CE22BB" w:rsidRDefault="00000000" w:rsidP="002D74E6">
      <w:pPr>
        <w:keepNext/>
        <w:tabs>
          <w:tab w:val="left" w:pos="426"/>
        </w:tabs>
        <w:spacing w:before="40" w:after="40"/>
        <w:jc w:val="both"/>
      </w:pPr>
      <w:r>
        <w:rPr>
          <w:b/>
          <w:color w:val="1E3A5F"/>
        </w:rPr>
        <w:t>Hướng dẫn chi tiết:</w:t>
      </w:r>
    </w:p>
    <w:p w14:paraId="11E4B839" w14:textId="77777777" w:rsidR="00CE22BB" w:rsidRDefault="00000000" w:rsidP="002D74E6">
      <w:pPr>
        <w:tabs>
          <w:tab w:val="left" w:pos="426"/>
        </w:tabs>
        <w:spacing w:after="40"/>
        <w:ind w:left="255"/>
        <w:jc w:val="both"/>
      </w:pPr>
      <w:r>
        <w:t>- Nhiệt chỉ tự truyền từ vật nóng hơn sang vật lạnh hơn. Nhiệt không tự truyền theo chiều ngược lại, nhưng có thể truyền từ lạnh sang nóng khi có tác động bên ngoài, chẳng hạn trong tủ lạnh.</w:t>
      </w:r>
    </w:p>
    <w:p w14:paraId="0E7C1151" w14:textId="77777777" w:rsidR="00CE22BB" w:rsidRDefault="00000000" w:rsidP="002D74E6">
      <w:pPr>
        <w:tabs>
          <w:tab w:val="left" w:pos="426"/>
        </w:tabs>
        <w:spacing w:after="40"/>
        <w:ind w:left="255"/>
        <w:jc w:val="both"/>
      </w:pPr>
      <w:r>
        <w:t>- Giữa hai vật có cùng nhiệt độ không có sự truyền nhiệt tự phát thuần túy. Vì vậy phát biểu D không đúng.</w:t>
      </w:r>
    </w:p>
    <w:p w14:paraId="364B0557" w14:textId="45555E1B" w:rsidR="00CE22BB" w:rsidRDefault="00000000" w:rsidP="002D74E6">
      <w:pPr>
        <w:keepLines/>
        <w:tabs>
          <w:tab w:val="left" w:pos="426"/>
        </w:tabs>
        <w:spacing w:after="40"/>
        <w:jc w:val="both"/>
      </w:pPr>
      <w:r>
        <w:rPr>
          <w:b/>
          <w:lang w:val="vi-VN"/>
        </w:rPr>
        <w:t xml:space="preserve">Câu 13: </w:t>
      </w:r>
      <w:r>
        <w:rPr>
          <w:lang w:val="vi-VN"/>
        </w:rPr>
        <w:t xml:space="preserve">Người ta đổ </w:t>
      </w:r>
      <m:oMath>
        <m:r>
          <w:rPr>
            <w:rFonts w:ascii="Cambria Math" w:hAnsi="Cambria Math"/>
          </w:rPr>
          <m:t>0,20</m:t>
        </m:r>
        <m:r>
          <m:rPr>
            <m:nor/>
          </m:rPr>
          <m:t xml:space="preserve"> kg</m:t>
        </m:r>
      </m:oMath>
      <w:r>
        <w:rPr>
          <w:lang w:val="vi-VN"/>
        </w:rPr>
        <w:t xml:space="preserve"> chì nóng chảy ở </w:t>
      </w:r>
      <m:oMath>
        <m:r>
          <w:rPr>
            <w:rFonts w:ascii="Cambria Math" w:hAnsi="Cambria Math"/>
          </w:rPr>
          <m:t>327</m:t>
        </m:r>
        <m:r>
          <m:rPr>
            <m:nor/>
          </m:rPr>
          <m:t xml:space="preserve"> °C</m:t>
        </m:r>
      </m:oMath>
      <w:r>
        <w:rPr>
          <w:lang w:val="vi-VN"/>
        </w:rPr>
        <w:t xml:space="preserve"> vào một cốc chứa </w:t>
      </w:r>
      <m:oMath>
        <m:r>
          <w:rPr>
            <w:rFonts w:ascii="Cambria Math" w:hAnsi="Cambria Math"/>
          </w:rPr>
          <m:t>0,80</m:t>
        </m:r>
        <m:r>
          <m:rPr>
            <m:nor/>
          </m:rPr>
          <m:t xml:space="preserve"> lít</m:t>
        </m:r>
      </m:oMath>
      <w:r>
        <w:rPr>
          <w:lang w:val="vi-VN"/>
        </w:rPr>
        <w:t xml:space="preserve"> nước ở </w:t>
      </w:r>
      <m:oMath>
        <m:r>
          <w:rPr>
            <w:rFonts w:ascii="Cambria Math" w:hAnsi="Cambria Math"/>
          </w:rPr>
          <m:t>15</m:t>
        </m:r>
        <m:r>
          <m:rPr>
            <m:nor/>
          </m:rPr>
          <m:t xml:space="preserve"> °</m:t>
        </m:r>
        <m:r>
          <m:rPr>
            <m:nor/>
          </m:rPr>
          <w:rPr>
            <w:b/>
            <w:color w:val="CC3300"/>
          </w:rPr>
          <m:t xml:space="preserve">C. </m:t>
        </m:r>
      </m:oMath>
      <w:r>
        <w:rPr>
          <w:lang w:val="vi-VN"/>
        </w:rPr>
        <w:t xml:space="preserve">Xác định nhiệt độ của nước trong cốc ở trạng thái cân bằng nhiệt. Cho biết chì có nhiệt nóng chảy riêng là </w:t>
      </w:r>
      <m:oMath>
        <m:sSub>
          <m:sSubPr>
            <m:ctrlPr>
              <w:rPr>
                <w:rFonts w:ascii="Cambria Math" w:hAnsi="Cambria Math"/>
              </w:rPr>
            </m:ctrlPr>
          </m:sSubPr>
          <m:e>
            <m:r>
              <w:rPr>
                <w:rFonts w:ascii="Cambria Math" w:hAnsi="Cambria Math"/>
              </w:rPr>
              <m:t>λ</m:t>
            </m:r>
          </m:e>
          <m:sub>
            <m:r>
              <m:rPr>
                <m:nor/>
              </m:rPr>
              <m:t>chì</m:t>
            </m:r>
          </m:sub>
        </m:sSub>
        <m:r>
          <w:rPr>
            <w:rFonts w:ascii="Cambria Math" w:hAnsi="Cambria Math"/>
          </w:rPr>
          <m:t xml:space="preserve"> = 2,5 × </m:t>
        </m:r>
        <m:sSup>
          <m:sSupPr>
            <m:ctrlPr>
              <w:rPr>
                <w:rFonts w:ascii="Cambria Math" w:hAnsi="Cambria Math"/>
              </w:rPr>
            </m:ctrlPr>
          </m:sSupPr>
          <m:e>
            <m:r>
              <w:rPr>
                <w:rFonts w:ascii="Cambria Math" w:hAnsi="Cambria Math"/>
              </w:rPr>
              <m:t>10</m:t>
            </m:r>
          </m:e>
          <m:sup>
            <m:r>
              <w:rPr>
                <w:rFonts w:ascii="Cambria Math" w:hAnsi="Cambria Math"/>
              </w:rPr>
              <m:t>4</m:t>
            </m:r>
          </m:sup>
        </m:sSup>
        <m:r>
          <m:rPr>
            <m:nor/>
          </m:rPr>
          <m:t xml:space="preserve"> J/kg</m:t>
        </m:r>
      </m:oMath>
      <w:r>
        <w:rPr>
          <w:lang w:val="vi-VN"/>
        </w:rPr>
        <w:t xml:space="preserve"> và nhiệt dung riêng là </w:t>
      </w:r>
      <m:oMath>
        <m:sSub>
          <m:sSubPr>
            <m:ctrlPr>
              <w:rPr>
                <w:rFonts w:ascii="Cambria Math" w:hAnsi="Cambria Math"/>
              </w:rPr>
            </m:ctrlPr>
          </m:sSubPr>
          <m:e>
            <m:r>
              <w:rPr>
                <w:rFonts w:ascii="Cambria Math" w:hAnsi="Cambria Math"/>
              </w:rPr>
              <m:t>c</m:t>
            </m:r>
          </m:e>
          <m:sub>
            <m:r>
              <m:rPr>
                <m:nor/>
              </m:rPr>
              <m:t>chì</m:t>
            </m:r>
          </m:sub>
        </m:sSub>
        <m:r>
          <w:rPr>
            <w:rFonts w:ascii="Cambria Math" w:hAnsi="Cambria Math"/>
          </w:rPr>
          <m:t xml:space="preserve"> = 120</m:t>
        </m:r>
        <m:r>
          <m:rPr>
            <m:nor/>
          </m:rPr>
          <m:t xml:space="preserve"> J·</m:t>
        </m:r>
        <m:sSup>
          <m:sSupPr>
            <m:ctrlPr>
              <w:rPr>
                <w:rFonts w:ascii="Cambria Math" w:hAnsi="Cambria Math"/>
              </w:rPr>
            </m:ctrlPr>
          </m:sSupPr>
          <m:e>
            <m:r>
              <m:rPr>
                <m:nor/>
              </m:rPr>
              <m:t>kg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Pr>
          <w:lang w:val="vi-VN"/>
        </w:rPr>
        <w:t xml:space="preserve">; nước có nhiệt dung riêng là </w:t>
      </w:r>
      <m:oMath>
        <m:sSub>
          <m:sSubPr>
            <m:ctrlPr>
              <w:rPr>
                <w:rFonts w:ascii="Cambria Math" w:hAnsi="Cambria Math"/>
              </w:rPr>
            </m:ctrlPr>
          </m:sSubPr>
          <m:e>
            <m:r>
              <w:rPr>
                <w:rFonts w:ascii="Cambria Math" w:hAnsi="Cambria Math"/>
              </w:rPr>
              <m:t>c</m:t>
            </m:r>
          </m:e>
          <m:sub>
            <m:r>
              <m:rPr>
                <m:nor/>
              </m:rPr>
              <m:t>nước</m:t>
            </m:r>
          </m:sub>
        </m:sSub>
        <m:r>
          <w:rPr>
            <w:rFonts w:ascii="Cambria Math" w:hAnsi="Cambria Math"/>
          </w:rPr>
          <m:t xml:space="preserve"> = 4180</m:t>
        </m:r>
        <m:r>
          <m:rPr>
            <m:nor/>
          </m:rPr>
          <m:t xml:space="preserve"> J·</m:t>
        </m:r>
        <m:sSup>
          <m:sSupPr>
            <m:ctrlPr>
              <w:rPr>
                <w:rFonts w:ascii="Cambria Math" w:hAnsi="Cambria Math"/>
              </w:rPr>
            </m:ctrlPr>
          </m:sSupPr>
          <m:e>
            <m:r>
              <m:rPr>
                <m:nor/>
              </m:rPr>
              <m:t>kg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Pr>
          <w:lang w:val="vi-VN"/>
        </w:rPr>
        <w:t>. Bỏ qua sự mất mát nhiệt ra bên ngoài.</w:t>
      </w:r>
    </w:p>
    <w:p w14:paraId="7718A515" w14:textId="6163698D" w:rsidR="00CE22BB" w:rsidRDefault="002D74E6" w:rsidP="002D74E6">
      <w:pPr>
        <w:keepLines/>
        <w:tabs>
          <w:tab w:val="left" w:pos="426"/>
        </w:tabs>
        <w:spacing w:after="40"/>
        <w:ind w:left="624" w:hanging="312"/>
        <w:jc w:val="both"/>
      </w:pPr>
      <w:r w:rsidRPr="002D74E6">
        <w:rPr>
          <w:b/>
          <w:color w:val="CC3300"/>
          <w:lang w:val="vi-VN"/>
        </w:rPr>
        <w:t xml:space="preserve">A. </w:t>
      </w:r>
      <m:oMath>
        <m:r>
          <w:rPr>
            <w:rFonts w:ascii="Cambria Math" w:hAnsi="Cambria Math"/>
          </w:rPr>
          <m:t>18,7</m:t>
        </m:r>
        <m:r>
          <m:rPr>
            <m:nor/>
          </m:rPr>
          <m:t xml:space="preserve"> °C</m:t>
        </m:r>
      </m:oMath>
      <w:r w:rsidR="00000000">
        <w:rPr>
          <w:lang w:val="vi-VN"/>
        </w:rPr>
        <w:t>.</w:t>
      </w:r>
    </w:p>
    <w:p w14:paraId="0782059A" w14:textId="2DF66532" w:rsidR="00CE22BB" w:rsidRDefault="002D74E6" w:rsidP="002D74E6">
      <w:pPr>
        <w:keepLines/>
        <w:tabs>
          <w:tab w:val="left" w:pos="426"/>
        </w:tabs>
        <w:spacing w:after="40"/>
        <w:ind w:left="624" w:hanging="312"/>
        <w:jc w:val="both"/>
      </w:pPr>
      <w:r w:rsidRPr="002D74E6">
        <w:rPr>
          <w:b/>
          <w:color w:val="CC3300"/>
          <w:lang w:val="vi-VN"/>
        </w:rPr>
        <w:t xml:space="preserve">B. </w:t>
      </w:r>
      <m:oMath>
        <m:r>
          <w:rPr>
            <w:rFonts w:ascii="Cambria Math" w:hAnsi="Cambria Math"/>
          </w:rPr>
          <m:t>28,7</m:t>
        </m:r>
        <m:r>
          <m:rPr>
            <m:nor/>
          </m:rPr>
          <m:t xml:space="preserve"> °C</m:t>
        </m:r>
      </m:oMath>
      <w:r w:rsidR="00000000">
        <w:rPr>
          <w:lang w:val="vi-VN"/>
        </w:rPr>
        <w:t>.</w:t>
      </w:r>
    </w:p>
    <w:p w14:paraId="221D98DF" w14:textId="08410D2C" w:rsidR="00CE22BB" w:rsidRDefault="002D74E6" w:rsidP="002D74E6">
      <w:pPr>
        <w:keepLines/>
        <w:tabs>
          <w:tab w:val="left" w:pos="426"/>
        </w:tabs>
        <w:spacing w:after="40"/>
        <w:ind w:left="624" w:hanging="312"/>
        <w:jc w:val="both"/>
      </w:pPr>
      <w:r w:rsidRPr="002D74E6">
        <w:rPr>
          <w:b/>
          <w:color w:val="CC3300"/>
          <w:lang w:val="vi-VN"/>
        </w:rPr>
        <w:t xml:space="preserve">C. </w:t>
      </w:r>
      <m:oMath>
        <m:r>
          <w:rPr>
            <w:rFonts w:ascii="Cambria Math" w:hAnsi="Cambria Math"/>
          </w:rPr>
          <m:t>7</m:t>
        </m:r>
        <m:r>
          <m:rPr>
            <m:nor/>
          </m:rPr>
          <m:t xml:space="preserve"> °C</m:t>
        </m:r>
      </m:oMath>
      <w:r w:rsidR="00000000">
        <w:rPr>
          <w:lang w:val="vi-VN"/>
        </w:rPr>
        <w:t>.</w:t>
      </w:r>
    </w:p>
    <w:p w14:paraId="647E7821" w14:textId="2A52848C" w:rsidR="00CE22BB" w:rsidRDefault="002D74E6" w:rsidP="002D74E6">
      <w:pPr>
        <w:keepLines/>
        <w:tabs>
          <w:tab w:val="left" w:pos="426"/>
        </w:tabs>
        <w:spacing w:after="40"/>
        <w:ind w:left="624" w:hanging="312"/>
        <w:jc w:val="both"/>
      </w:pPr>
      <w:r w:rsidRPr="002D74E6">
        <w:rPr>
          <w:b/>
          <w:color w:val="CC3300"/>
          <w:lang w:val="vi-VN"/>
        </w:rPr>
        <w:t xml:space="preserve">D. </w:t>
      </w:r>
      <m:oMath>
        <m:r>
          <w:rPr>
            <w:rFonts w:ascii="Cambria Math" w:hAnsi="Cambria Math"/>
          </w:rPr>
          <m:t>8,7</m:t>
        </m:r>
        <m:r>
          <m:rPr>
            <m:nor/>
          </m:rPr>
          <m:t xml:space="preserve"> °C</m:t>
        </m:r>
      </m:oMath>
      <w:r w:rsidR="00000000">
        <w:rPr>
          <w:lang w:val="vi-VN"/>
        </w:rPr>
        <w:t>.</w:t>
      </w:r>
    </w:p>
    <w:p w14:paraId="62D37103" w14:textId="1827FBAC" w:rsidR="00CE22BB" w:rsidRPr="002D74E6" w:rsidRDefault="00000000" w:rsidP="002D74E6">
      <w:pPr>
        <w:keepNext/>
        <w:tabs>
          <w:tab w:val="left" w:pos="426"/>
        </w:tabs>
        <w:spacing w:before="60"/>
        <w:jc w:val="both"/>
        <w:rPr>
          <w:color w:val="CC3300"/>
        </w:rPr>
      </w:pPr>
      <w:r w:rsidRPr="002D74E6">
        <w:rPr>
          <w:b/>
          <w:color w:val="CC3300"/>
        </w:rPr>
        <w:t>Đáp án: A</w:t>
      </w:r>
      <w:r w:rsidR="002D74E6" w:rsidRPr="002D74E6">
        <w:rPr>
          <w:b/>
          <w:color w:val="CC3300"/>
        </w:rPr>
        <w:t>.</w:t>
      </w:r>
    </w:p>
    <w:p w14:paraId="64A376ED" w14:textId="77777777" w:rsidR="00CE22BB" w:rsidRDefault="00000000" w:rsidP="002D74E6">
      <w:pPr>
        <w:keepNext/>
        <w:tabs>
          <w:tab w:val="left" w:pos="426"/>
        </w:tabs>
        <w:spacing w:before="40" w:after="40"/>
        <w:jc w:val="both"/>
      </w:pPr>
      <w:r>
        <w:rPr>
          <w:b/>
          <w:color w:val="1E3A5F"/>
        </w:rPr>
        <w:t>Hướng dẫn chi tiết:</w:t>
      </w:r>
    </w:p>
    <w:p w14:paraId="6E163F15" w14:textId="77777777" w:rsidR="00CE22BB" w:rsidRDefault="00000000" w:rsidP="002D74E6">
      <w:pPr>
        <w:tabs>
          <w:tab w:val="left" w:pos="426"/>
        </w:tabs>
        <w:spacing w:after="40"/>
        <w:ind w:left="255"/>
        <w:jc w:val="both"/>
      </w:pPr>
      <w:r>
        <w:t xml:space="preserve">- Chì ban đầu ở đúng nhiệt độ nóng chảy nên khi nguội đi, chì lần lượt đông đặc rồi giảm nhiệt độ từ </w:t>
      </w:r>
      <m:oMath>
        <m:r>
          <w:rPr>
            <w:rFonts w:ascii="Cambria Math" w:hAnsi="Cambria Math"/>
          </w:rPr>
          <m:t>327 °C</m:t>
        </m:r>
      </m:oMath>
      <w:r>
        <w:t xml:space="preserve"> xuống nhiệt độ cân bằng </w:t>
      </w:r>
      <m:oMath>
        <m:r>
          <w:rPr>
            <w:rFonts w:ascii="Cambria Math" w:hAnsi="Cambria Math"/>
          </w:rPr>
          <m:t>T</m:t>
        </m:r>
      </m:oMath>
      <w:r>
        <w:t>.</w:t>
      </w:r>
    </w:p>
    <w:p w14:paraId="667EF26D" w14:textId="77777777" w:rsidR="00CE22BB" w:rsidRDefault="00000000" w:rsidP="002D74E6">
      <w:pPr>
        <w:tabs>
          <w:tab w:val="left" w:pos="426"/>
        </w:tabs>
        <w:spacing w:after="40"/>
        <w:ind w:left="255"/>
        <w:jc w:val="both"/>
      </w:pPr>
      <w:r>
        <w:t xml:space="preserve">- Nhiệt lượng chì tỏa ra: </w:t>
      </w:r>
      <m:oMath>
        <m:r>
          <w:rPr>
            <w:rFonts w:ascii="Cambria Math" w:hAnsi="Cambria Math"/>
          </w:rPr>
          <m:t>Q_chì=mλ+mc(327-T)</m:t>
        </m:r>
      </m:oMath>
      <w:r>
        <w:t>.</w:t>
      </w:r>
    </w:p>
    <w:p w14:paraId="2F272BB8" w14:textId="77777777" w:rsidR="00CE22BB" w:rsidRDefault="00000000" w:rsidP="002D74E6">
      <w:pPr>
        <w:tabs>
          <w:tab w:val="left" w:pos="426"/>
        </w:tabs>
        <w:spacing w:after="40"/>
        <w:ind w:left="255"/>
        <w:jc w:val="both"/>
      </w:pPr>
      <w:r>
        <w:t xml:space="preserve">- Nhiệt lượng nước thu vào: </w:t>
      </w:r>
      <m:oMath>
        <m:r>
          <w:rPr>
            <w:rFonts w:ascii="Cambria Math" w:hAnsi="Cambria Math"/>
          </w:rPr>
          <m:t>Q_nước=0,80·4180·(T-15)</m:t>
        </m:r>
      </m:oMath>
      <w:r>
        <w:t>.</w:t>
      </w:r>
    </w:p>
    <w:p w14:paraId="0CC50FCF" w14:textId="77777777" w:rsidR="00CE22BB" w:rsidRDefault="00000000" w:rsidP="002D74E6">
      <w:pPr>
        <w:tabs>
          <w:tab w:val="left" w:pos="426"/>
        </w:tabs>
        <w:spacing w:after="40"/>
        <w:ind w:left="255"/>
        <w:jc w:val="both"/>
      </w:pPr>
      <w:r>
        <w:t xml:space="preserve">- Phương trình cân bằng nhiệt: </w:t>
      </w:r>
      <m:oMath>
        <m:r>
          <w:rPr>
            <w:rFonts w:ascii="Cambria Math" w:hAnsi="Cambria Math"/>
          </w:rPr>
          <m:t>0,20·2,5×10⁴+0,20·120·(327-T)=0,80·4180·(T-15)</m:t>
        </m:r>
      </m:oMath>
      <w:r>
        <w:t>.</w:t>
      </w:r>
    </w:p>
    <w:p w14:paraId="7EFC2321" w14:textId="77777777" w:rsidR="00CE22BB" w:rsidRDefault="00000000" w:rsidP="002D74E6">
      <w:pPr>
        <w:tabs>
          <w:tab w:val="left" w:pos="426"/>
        </w:tabs>
        <w:spacing w:after="40"/>
        <w:ind w:left="255"/>
        <w:jc w:val="both"/>
      </w:pPr>
      <w:r>
        <w:t xml:space="preserve">- Suy ra </w:t>
      </w:r>
      <m:oMath>
        <m:r>
          <w:rPr>
            <w:rFonts w:ascii="Cambria Math" w:hAnsi="Cambria Math"/>
          </w:rPr>
          <m:t>T≈18,7 °C</m:t>
        </m:r>
      </m:oMath>
      <w:r>
        <w:t>.</w:t>
      </w:r>
    </w:p>
    <w:p w14:paraId="76D486DC" w14:textId="77777777" w:rsidR="00CE22BB" w:rsidRDefault="00000000" w:rsidP="002D74E6">
      <w:pPr>
        <w:keepLines/>
        <w:tabs>
          <w:tab w:val="left" w:pos="426"/>
        </w:tabs>
        <w:spacing w:after="40"/>
        <w:jc w:val="both"/>
      </w:pPr>
      <w:r>
        <w:rPr>
          <w:b/>
          <w:lang w:val="vi-VN"/>
        </w:rPr>
        <w:t xml:space="preserve">Câu 14: </w:t>
      </w:r>
      <w:r>
        <w:rPr>
          <w:lang w:val="vi-VN"/>
        </w:rPr>
        <w:t>Nhiệt hóa hơi được xác định bằng công thức</w:t>
      </w:r>
    </w:p>
    <w:p w14:paraId="5246A9DF" w14:textId="366F3E23" w:rsidR="00CE22BB" w:rsidRDefault="002D74E6" w:rsidP="002D74E6">
      <w:pPr>
        <w:keepLines/>
        <w:tabs>
          <w:tab w:val="left" w:pos="426"/>
        </w:tabs>
        <w:spacing w:after="40"/>
        <w:ind w:left="624" w:hanging="312"/>
        <w:jc w:val="both"/>
      </w:pPr>
      <w:r w:rsidRPr="002D74E6">
        <w:rPr>
          <w:b/>
          <w:color w:val="CC3300"/>
          <w:lang w:val="vi-VN"/>
        </w:rPr>
        <w:t xml:space="preserve">A. </w:t>
      </w:r>
      <m:oMath>
        <m:r>
          <w:rPr>
            <w:rFonts w:ascii="Cambria Math" w:hAnsi="Cambria Math"/>
          </w:rPr>
          <m:t>Q = mcΔt</m:t>
        </m:r>
      </m:oMath>
      <w:r w:rsidR="00000000">
        <w:rPr>
          <w:lang w:val="vi-VN"/>
        </w:rPr>
        <w:t>.</w:t>
      </w:r>
    </w:p>
    <w:p w14:paraId="7BEFA4E7" w14:textId="4FACC6DD" w:rsidR="00CE22BB" w:rsidRDefault="002D74E6" w:rsidP="002D74E6">
      <w:pPr>
        <w:keepLines/>
        <w:tabs>
          <w:tab w:val="left" w:pos="426"/>
        </w:tabs>
        <w:spacing w:after="40"/>
        <w:ind w:left="624" w:hanging="312"/>
        <w:jc w:val="both"/>
      </w:pPr>
      <w:r w:rsidRPr="002D74E6">
        <w:rPr>
          <w:b/>
          <w:color w:val="CC3300"/>
          <w:lang w:val="vi-VN"/>
        </w:rPr>
        <w:t xml:space="preserve">B. </w:t>
      </w:r>
      <m:oMath>
        <m:r>
          <w:rPr>
            <w:rFonts w:ascii="Cambria Math" w:hAnsi="Cambria Math"/>
          </w:rPr>
          <m:t>Q = λm</m:t>
        </m:r>
      </m:oMath>
      <w:r w:rsidR="00000000">
        <w:rPr>
          <w:lang w:val="vi-VN"/>
        </w:rPr>
        <w:t>.</w:t>
      </w:r>
    </w:p>
    <w:p w14:paraId="33962A67" w14:textId="0544D9A5" w:rsidR="00CE22BB" w:rsidRDefault="002D74E6" w:rsidP="002D74E6">
      <w:pPr>
        <w:keepLines/>
        <w:tabs>
          <w:tab w:val="left" w:pos="426"/>
        </w:tabs>
        <w:spacing w:after="40"/>
        <w:ind w:left="624" w:hanging="312"/>
        <w:jc w:val="both"/>
      </w:pPr>
      <w:r w:rsidRPr="002D74E6">
        <w:rPr>
          <w:b/>
          <w:color w:val="CC3300"/>
          <w:lang w:val="vi-VN"/>
        </w:rPr>
        <w:t xml:space="preserve">C. </w:t>
      </w:r>
      <m:oMath>
        <m:r>
          <w:rPr>
            <w:rFonts w:ascii="Cambria Math" w:hAnsi="Cambria Math"/>
          </w:rPr>
          <m:t>Q = Lm</m:t>
        </m:r>
      </m:oMath>
      <w:r w:rsidR="00000000">
        <w:rPr>
          <w:lang w:val="vi-VN"/>
        </w:rPr>
        <w:t>.</w:t>
      </w:r>
    </w:p>
    <w:p w14:paraId="22E58E42" w14:textId="1DEDCF4A" w:rsidR="00CE22BB" w:rsidRDefault="002D74E6" w:rsidP="002D74E6">
      <w:pPr>
        <w:keepLines/>
        <w:tabs>
          <w:tab w:val="left" w:pos="426"/>
        </w:tabs>
        <w:spacing w:after="40"/>
        <w:ind w:left="624" w:hanging="312"/>
        <w:jc w:val="both"/>
      </w:pPr>
      <w:r w:rsidRPr="002D74E6">
        <w:rPr>
          <w:b/>
          <w:color w:val="CC3300"/>
          <w:lang w:val="vi-VN"/>
        </w:rPr>
        <w:t xml:space="preserve">D. </w:t>
      </w:r>
      <m:oMath>
        <m:r>
          <w:rPr>
            <w:rFonts w:ascii="Cambria Math" w:hAnsi="Cambria Math"/>
          </w:rPr>
          <m:t>Q = ΔU - A</m:t>
        </m:r>
      </m:oMath>
      <w:r w:rsidR="00000000">
        <w:rPr>
          <w:lang w:val="vi-VN"/>
        </w:rPr>
        <w:t>.</w:t>
      </w:r>
    </w:p>
    <w:p w14:paraId="5B8F2F79" w14:textId="50EEC43C" w:rsidR="00CE22BB" w:rsidRPr="002D74E6" w:rsidRDefault="00000000" w:rsidP="002D74E6">
      <w:pPr>
        <w:keepNext/>
        <w:tabs>
          <w:tab w:val="left" w:pos="426"/>
        </w:tabs>
        <w:spacing w:before="60"/>
        <w:jc w:val="both"/>
        <w:rPr>
          <w:color w:val="CC3300"/>
        </w:rPr>
      </w:pPr>
      <w:r w:rsidRPr="002D74E6">
        <w:rPr>
          <w:b/>
          <w:color w:val="CC3300"/>
        </w:rPr>
        <w:lastRenderedPageBreak/>
        <w:t>Đáp án: C</w:t>
      </w:r>
      <w:r w:rsidR="002D74E6" w:rsidRPr="002D74E6">
        <w:rPr>
          <w:b/>
          <w:color w:val="CC3300"/>
        </w:rPr>
        <w:t>.</w:t>
      </w:r>
    </w:p>
    <w:p w14:paraId="1F1D2953" w14:textId="77777777" w:rsidR="00CE22BB" w:rsidRDefault="00000000" w:rsidP="002D74E6">
      <w:pPr>
        <w:keepNext/>
        <w:tabs>
          <w:tab w:val="left" w:pos="426"/>
        </w:tabs>
        <w:spacing w:before="40" w:after="40"/>
        <w:jc w:val="both"/>
      </w:pPr>
      <w:r>
        <w:rPr>
          <w:b/>
          <w:color w:val="1E3A5F"/>
        </w:rPr>
        <w:t>Hướng dẫn chi tiết:</w:t>
      </w:r>
    </w:p>
    <w:p w14:paraId="3CC70C00" w14:textId="77777777" w:rsidR="00CE22BB" w:rsidRDefault="00000000" w:rsidP="002D74E6">
      <w:pPr>
        <w:tabs>
          <w:tab w:val="left" w:pos="426"/>
        </w:tabs>
        <w:spacing w:after="40"/>
        <w:ind w:left="255"/>
        <w:jc w:val="both"/>
      </w:pPr>
      <w:r>
        <w:t xml:space="preserve">- Khi chất lỏng hóa hơi ở nhiệt độ sôi, nhiệt lượng cần cung cấp được xác định bởi </w:t>
      </w:r>
      <m:oMath>
        <m:r>
          <w:rPr>
            <w:rFonts w:ascii="Cambria Math" w:hAnsi="Cambria Math"/>
          </w:rPr>
          <m:t>Q=Lm</m:t>
        </m:r>
      </m:oMath>
      <w:r>
        <w:t xml:space="preserve">, trong đó </w:t>
      </w:r>
      <m:oMath>
        <m:r>
          <w:rPr>
            <w:rFonts w:ascii="Cambria Math" w:hAnsi="Cambria Math"/>
          </w:rPr>
          <m:t>L</m:t>
        </m:r>
      </m:oMath>
      <w:r>
        <w:t xml:space="preserve"> là nhiệt hóa hơi riêng và </w:t>
      </w:r>
      <m:oMath>
        <m:r>
          <w:rPr>
            <w:rFonts w:ascii="Cambria Math" w:hAnsi="Cambria Math"/>
          </w:rPr>
          <m:t>m</m:t>
        </m:r>
      </m:oMath>
      <w:r>
        <w:t xml:space="preserve"> là khối lượng chất lỏng hóa hơi.</w:t>
      </w:r>
    </w:p>
    <w:p w14:paraId="41EB47DF" w14:textId="77777777" w:rsidR="00CE22BB" w:rsidRDefault="00000000" w:rsidP="002D74E6">
      <w:pPr>
        <w:keepLines/>
        <w:tabs>
          <w:tab w:val="left" w:pos="426"/>
        </w:tabs>
        <w:spacing w:after="40"/>
        <w:jc w:val="both"/>
      </w:pPr>
      <w:r>
        <w:rPr>
          <w:b/>
          <w:lang w:val="vi-VN"/>
        </w:rPr>
        <w:t xml:space="preserve">Câu 15: </w:t>
      </w:r>
      <w:r>
        <w:rPr>
          <w:lang w:val="vi-VN"/>
        </w:rPr>
        <w:t>Để xác định nhiệt hóa hơi riêng của một chất lỏng bằng thực nghiệm, ta không cần dùng đến dụng cụ nào sau đây?</w:t>
      </w:r>
    </w:p>
    <w:p w14:paraId="7A30FCD1" w14:textId="4000C3A8" w:rsidR="00CE22BB" w:rsidRDefault="002D74E6" w:rsidP="002D74E6">
      <w:pPr>
        <w:keepLines/>
        <w:tabs>
          <w:tab w:val="left" w:pos="426"/>
        </w:tabs>
        <w:spacing w:after="40"/>
        <w:ind w:left="624" w:hanging="312"/>
        <w:jc w:val="both"/>
      </w:pPr>
      <w:r w:rsidRPr="002D74E6">
        <w:rPr>
          <w:b/>
          <w:color w:val="CC3300"/>
          <w:lang w:val="vi-VN"/>
        </w:rPr>
        <w:t xml:space="preserve">A. </w:t>
      </w:r>
      <w:r w:rsidR="00000000">
        <w:rPr>
          <w:lang w:val="vi-VN"/>
        </w:rPr>
        <w:t>Cân điện tử.</w:t>
      </w:r>
    </w:p>
    <w:p w14:paraId="445FD0B7" w14:textId="254A6136" w:rsidR="00CE22BB" w:rsidRDefault="002D74E6" w:rsidP="002D74E6">
      <w:pPr>
        <w:keepLines/>
        <w:tabs>
          <w:tab w:val="left" w:pos="426"/>
        </w:tabs>
        <w:spacing w:after="40"/>
        <w:ind w:left="624" w:hanging="312"/>
        <w:jc w:val="both"/>
      </w:pPr>
      <w:r w:rsidRPr="002D74E6">
        <w:rPr>
          <w:b/>
          <w:color w:val="CC3300"/>
          <w:lang w:val="vi-VN"/>
        </w:rPr>
        <w:t xml:space="preserve">B. </w:t>
      </w:r>
      <w:r w:rsidR="00000000">
        <w:rPr>
          <w:lang w:val="vi-VN"/>
        </w:rPr>
        <w:t>Nhiệt kế.</w:t>
      </w:r>
    </w:p>
    <w:p w14:paraId="2AD6E0D0" w14:textId="621BAC14" w:rsidR="00CE22BB" w:rsidRDefault="002D74E6" w:rsidP="002D74E6">
      <w:pPr>
        <w:keepLines/>
        <w:tabs>
          <w:tab w:val="left" w:pos="426"/>
        </w:tabs>
        <w:spacing w:after="40"/>
        <w:ind w:left="624" w:hanging="312"/>
        <w:jc w:val="both"/>
      </w:pPr>
      <w:r w:rsidRPr="002D74E6">
        <w:rPr>
          <w:b/>
          <w:color w:val="CC3300"/>
          <w:lang w:val="vi-VN"/>
        </w:rPr>
        <w:t xml:space="preserve">C. </w:t>
      </w:r>
      <w:r w:rsidR="00000000">
        <w:rPr>
          <w:lang w:val="vi-VN"/>
        </w:rPr>
        <w:t>Oát kế.</w:t>
      </w:r>
    </w:p>
    <w:p w14:paraId="107B475C" w14:textId="7E0EBB0A" w:rsidR="00CE22BB" w:rsidRDefault="002D74E6" w:rsidP="002D74E6">
      <w:pPr>
        <w:keepLines/>
        <w:tabs>
          <w:tab w:val="left" w:pos="426"/>
        </w:tabs>
        <w:spacing w:after="40"/>
        <w:ind w:left="624" w:hanging="312"/>
        <w:jc w:val="both"/>
      </w:pPr>
      <w:r w:rsidRPr="002D74E6">
        <w:rPr>
          <w:b/>
          <w:color w:val="CC3300"/>
          <w:lang w:val="vi-VN"/>
        </w:rPr>
        <w:t xml:space="preserve">D. </w:t>
      </w:r>
      <w:r w:rsidR="00000000">
        <w:rPr>
          <w:lang w:val="vi-VN"/>
        </w:rPr>
        <w:t>Vôn kế.</w:t>
      </w:r>
    </w:p>
    <w:p w14:paraId="646D45F3" w14:textId="72EB07F6" w:rsidR="00CE22BB" w:rsidRPr="002D74E6" w:rsidRDefault="00000000" w:rsidP="002D74E6">
      <w:pPr>
        <w:keepNext/>
        <w:tabs>
          <w:tab w:val="left" w:pos="426"/>
        </w:tabs>
        <w:spacing w:before="60"/>
        <w:jc w:val="both"/>
        <w:rPr>
          <w:color w:val="CC3300"/>
        </w:rPr>
      </w:pPr>
      <w:r w:rsidRPr="002D74E6">
        <w:rPr>
          <w:b/>
          <w:color w:val="CC3300"/>
        </w:rPr>
        <w:t>Đáp án: D</w:t>
      </w:r>
      <w:r w:rsidR="002D74E6" w:rsidRPr="002D74E6">
        <w:rPr>
          <w:b/>
          <w:color w:val="CC3300"/>
        </w:rPr>
        <w:t>.</w:t>
      </w:r>
    </w:p>
    <w:p w14:paraId="4F215797" w14:textId="77777777" w:rsidR="00CE22BB" w:rsidRDefault="00000000" w:rsidP="002D74E6">
      <w:pPr>
        <w:keepNext/>
        <w:tabs>
          <w:tab w:val="left" w:pos="426"/>
        </w:tabs>
        <w:spacing w:before="40" w:after="40"/>
        <w:jc w:val="both"/>
      </w:pPr>
      <w:r>
        <w:rPr>
          <w:b/>
          <w:color w:val="1E3A5F"/>
        </w:rPr>
        <w:t>Hướng dẫn chi tiết:</w:t>
      </w:r>
    </w:p>
    <w:p w14:paraId="4D2A0D4D" w14:textId="77777777" w:rsidR="00CE22BB" w:rsidRDefault="00000000" w:rsidP="002D74E6">
      <w:pPr>
        <w:tabs>
          <w:tab w:val="left" w:pos="426"/>
        </w:tabs>
        <w:spacing w:after="40"/>
        <w:ind w:left="255"/>
        <w:jc w:val="both"/>
      </w:pPr>
      <w:r>
        <w:t>- Để xác định nhiệt hóa hơi riêng bằng phương pháp đun điện, cần đo khối lượng chất lỏng bay hơi, thời gian cung cấp điện và công suất truyền cho chất lỏng.</w:t>
      </w:r>
    </w:p>
    <w:p w14:paraId="614D2DD2" w14:textId="77777777" w:rsidR="00CE22BB" w:rsidRDefault="00000000" w:rsidP="002D74E6">
      <w:pPr>
        <w:tabs>
          <w:tab w:val="left" w:pos="426"/>
        </w:tabs>
        <w:spacing w:after="40"/>
        <w:ind w:left="255"/>
        <w:jc w:val="both"/>
      </w:pPr>
      <w:r>
        <w:t>- Cân điện tử dùng đo độ giảm khối lượng; oát kế đo công suất; nhiệt kế giúp xác định chất lỏng đã ở nhiệt độ sôi.</w:t>
      </w:r>
    </w:p>
    <w:p w14:paraId="68E3ABE0" w14:textId="77777777" w:rsidR="00CE22BB" w:rsidRDefault="00000000" w:rsidP="002D74E6">
      <w:pPr>
        <w:tabs>
          <w:tab w:val="left" w:pos="426"/>
        </w:tabs>
        <w:spacing w:after="40"/>
        <w:ind w:left="255"/>
        <w:jc w:val="both"/>
      </w:pPr>
      <w:r>
        <w:t>- Khi đã dùng oát kế để đo trực tiếp công suất, không cần dùng vôn kế. Chọn D.</w:t>
      </w:r>
    </w:p>
    <w:p w14:paraId="797F7D45" w14:textId="77777777" w:rsidR="00CE22BB" w:rsidRDefault="00000000" w:rsidP="002D74E6">
      <w:pPr>
        <w:keepLines/>
        <w:tabs>
          <w:tab w:val="left" w:pos="426"/>
        </w:tabs>
        <w:spacing w:after="40"/>
        <w:jc w:val="both"/>
      </w:pPr>
      <w:r>
        <w:rPr>
          <w:b/>
          <w:lang w:val="vi-VN"/>
        </w:rPr>
        <w:t xml:space="preserve">Câu 16: </w:t>
      </w:r>
      <w:r>
        <w:rPr>
          <w:lang w:val="vi-VN"/>
        </w:rPr>
        <w:t xml:space="preserve">Biết nhiệt hóa hơi riêng của nước là </w:t>
      </w:r>
      <m:oMath>
        <m:r>
          <w:rPr>
            <w:rFonts w:ascii="Cambria Math" w:hAnsi="Cambria Math"/>
          </w:rPr>
          <m:t xml:space="preserve">L = 2,3 × </m:t>
        </m:r>
        <m:sSup>
          <m:sSupPr>
            <m:ctrlPr>
              <w:rPr>
                <w:rFonts w:ascii="Cambria Math" w:hAnsi="Cambria Math"/>
              </w:rPr>
            </m:ctrlPr>
          </m:sSupPr>
          <m:e>
            <m:r>
              <w:rPr>
                <w:rFonts w:ascii="Cambria Math" w:hAnsi="Cambria Math"/>
              </w:rPr>
              <m:t>10</m:t>
            </m:r>
          </m:e>
          <m:sup>
            <m:r>
              <w:rPr>
                <w:rFonts w:ascii="Cambria Math" w:hAnsi="Cambria Math"/>
              </w:rPr>
              <m:t>6</m:t>
            </m:r>
          </m:sup>
        </m:sSup>
        <m:r>
          <m:rPr>
            <m:nor/>
          </m:rPr>
          <m:t xml:space="preserve"> J/kg</m:t>
        </m:r>
      </m:oMath>
      <w:r>
        <w:rPr>
          <w:lang w:val="vi-VN"/>
        </w:rPr>
        <w:t xml:space="preserve">. Nhiệt lượng cần cung cấp để làm bay hơi hoàn toàn </w:t>
      </w:r>
      <m:oMath>
        <m:r>
          <w:rPr>
            <w:rFonts w:ascii="Cambria Math" w:hAnsi="Cambria Math"/>
          </w:rPr>
          <m:t>100</m:t>
        </m:r>
        <m:r>
          <m:rPr>
            <m:nor/>
          </m:rPr>
          <m:t xml:space="preserve"> g</m:t>
        </m:r>
      </m:oMath>
      <w:r>
        <w:rPr>
          <w:lang w:val="vi-VN"/>
        </w:rPr>
        <w:t xml:space="preserve"> nước ở </w:t>
      </w:r>
      <m:oMath>
        <m:r>
          <w:rPr>
            <w:rFonts w:ascii="Cambria Math" w:hAnsi="Cambria Math"/>
          </w:rPr>
          <m:t>100</m:t>
        </m:r>
        <m:r>
          <m:rPr>
            <m:nor/>
          </m:rPr>
          <m:t xml:space="preserve"> °C</m:t>
        </m:r>
      </m:oMath>
      <w:r>
        <w:rPr>
          <w:lang w:val="vi-VN"/>
        </w:rPr>
        <w:t xml:space="preserve"> là</w:t>
      </w:r>
    </w:p>
    <w:p w14:paraId="2AF5C0CB" w14:textId="68619D7A" w:rsidR="00CE22BB" w:rsidRDefault="002D74E6" w:rsidP="002D74E6">
      <w:pPr>
        <w:keepLines/>
        <w:tabs>
          <w:tab w:val="left" w:pos="426"/>
        </w:tabs>
        <w:spacing w:after="40"/>
        <w:ind w:left="624" w:hanging="312"/>
        <w:jc w:val="both"/>
      </w:pPr>
      <w:r w:rsidRPr="002D74E6">
        <w:rPr>
          <w:b/>
          <w:color w:val="CC3300"/>
          <w:lang w:val="vi-VN"/>
        </w:rPr>
        <w:t xml:space="preserve">A. </w:t>
      </w:r>
      <m:oMath>
        <m:r>
          <w:rPr>
            <w:rFonts w:ascii="Cambria Math" w:hAnsi="Cambria Math"/>
          </w:rPr>
          <m:t xml:space="preserve">23 × </m:t>
        </m:r>
        <m:sSup>
          <m:sSupPr>
            <m:ctrlPr>
              <w:rPr>
                <w:rFonts w:ascii="Cambria Math" w:hAnsi="Cambria Math"/>
              </w:rPr>
            </m:ctrlPr>
          </m:sSupPr>
          <m:e>
            <m:r>
              <w:rPr>
                <w:rFonts w:ascii="Cambria Math" w:hAnsi="Cambria Math"/>
              </w:rPr>
              <m:t>10</m:t>
            </m:r>
          </m:e>
          <m:sup>
            <m:r>
              <w:rPr>
                <w:rFonts w:ascii="Cambria Math" w:hAnsi="Cambria Math"/>
              </w:rPr>
              <m:t>6</m:t>
            </m:r>
          </m:sup>
        </m:sSup>
        <m:r>
          <m:rPr>
            <m:nor/>
          </m:rPr>
          <m:t xml:space="preserve"> J</m:t>
        </m:r>
      </m:oMath>
      <w:r w:rsidR="00000000">
        <w:rPr>
          <w:lang w:val="vi-VN"/>
        </w:rPr>
        <w:t>.</w:t>
      </w:r>
    </w:p>
    <w:p w14:paraId="30F207FC" w14:textId="1B442A0B" w:rsidR="00CE22BB" w:rsidRDefault="002D74E6" w:rsidP="002D74E6">
      <w:pPr>
        <w:keepLines/>
        <w:tabs>
          <w:tab w:val="left" w:pos="426"/>
        </w:tabs>
        <w:spacing w:after="40"/>
        <w:ind w:left="624" w:hanging="312"/>
        <w:jc w:val="both"/>
      </w:pPr>
      <w:r w:rsidRPr="002D74E6">
        <w:rPr>
          <w:b/>
          <w:color w:val="CC3300"/>
          <w:lang w:val="vi-VN"/>
        </w:rPr>
        <w:t xml:space="preserve">B. </w:t>
      </w:r>
      <m:oMath>
        <m:r>
          <w:rPr>
            <w:rFonts w:ascii="Cambria Math" w:hAnsi="Cambria Math"/>
          </w:rPr>
          <m:t xml:space="preserve">2,3 × </m:t>
        </m:r>
        <m:sSup>
          <m:sSupPr>
            <m:ctrlPr>
              <w:rPr>
                <w:rFonts w:ascii="Cambria Math" w:hAnsi="Cambria Math"/>
              </w:rPr>
            </m:ctrlPr>
          </m:sSupPr>
          <m:e>
            <m:r>
              <w:rPr>
                <w:rFonts w:ascii="Cambria Math" w:hAnsi="Cambria Math"/>
              </w:rPr>
              <m:t>10</m:t>
            </m:r>
          </m:e>
          <m:sup>
            <m:r>
              <w:rPr>
                <w:rFonts w:ascii="Cambria Math" w:hAnsi="Cambria Math"/>
              </w:rPr>
              <m:t>5</m:t>
            </m:r>
          </m:sup>
        </m:sSup>
        <m:r>
          <m:rPr>
            <m:nor/>
          </m:rPr>
          <m:t xml:space="preserve"> J</m:t>
        </m:r>
      </m:oMath>
      <w:r w:rsidR="00000000">
        <w:rPr>
          <w:lang w:val="vi-VN"/>
        </w:rPr>
        <w:t>.</w:t>
      </w:r>
    </w:p>
    <w:p w14:paraId="50291906" w14:textId="16D81ACA" w:rsidR="00CE22BB" w:rsidRDefault="002D74E6" w:rsidP="002D74E6">
      <w:pPr>
        <w:keepLines/>
        <w:tabs>
          <w:tab w:val="left" w:pos="426"/>
        </w:tabs>
        <w:spacing w:after="40"/>
        <w:ind w:left="624" w:hanging="312"/>
        <w:jc w:val="both"/>
      </w:pPr>
      <w:r w:rsidRPr="002D74E6">
        <w:rPr>
          <w:b/>
          <w:color w:val="CC3300"/>
          <w:lang w:val="vi-VN"/>
        </w:rPr>
        <w:t xml:space="preserve">C. </w:t>
      </w:r>
      <m:oMath>
        <m:r>
          <w:rPr>
            <w:rFonts w:ascii="Cambria Math" w:hAnsi="Cambria Math"/>
          </w:rPr>
          <m:t xml:space="preserve">2,3 × </m:t>
        </m:r>
        <m:sSup>
          <m:sSupPr>
            <m:ctrlPr>
              <w:rPr>
                <w:rFonts w:ascii="Cambria Math" w:hAnsi="Cambria Math"/>
              </w:rPr>
            </m:ctrlPr>
          </m:sSupPr>
          <m:e>
            <m:r>
              <w:rPr>
                <w:rFonts w:ascii="Cambria Math" w:hAnsi="Cambria Math"/>
              </w:rPr>
              <m:t>10</m:t>
            </m:r>
          </m:e>
          <m:sup>
            <m:r>
              <w:rPr>
                <w:rFonts w:ascii="Cambria Math" w:hAnsi="Cambria Math"/>
              </w:rPr>
              <m:t>6</m:t>
            </m:r>
          </m:sup>
        </m:sSup>
        <m:r>
          <m:rPr>
            <m:nor/>
          </m:rPr>
          <m:t xml:space="preserve"> J</m:t>
        </m:r>
      </m:oMath>
      <w:r w:rsidR="00000000">
        <w:rPr>
          <w:lang w:val="vi-VN"/>
        </w:rPr>
        <w:t>.</w:t>
      </w:r>
    </w:p>
    <w:p w14:paraId="53B1EA26" w14:textId="71DCFCAA" w:rsidR="00CE22BB" w:rsidRDefault="002D74E6" w:rsidP="002D74E6">
      <w:pPr>
        <w:keepLines/>
        <w:tabs>
          <w:tab w:val="left" w:pos="426"/>
        </w:tabs>
        <w:spacing w:after="40"/>
        <w:ind w:left="624" w:hanging="312"/>
        <w:jc w:val="both"/>
      </w:pPr>
      <w:r w:rsidRPr="002D74E6">
        <w:rPr>
          <w:b/>
          <w:color w:val="CC3300"/>
          <w:lang w:val="vi-VN"/>
        </w:rPr>
        <w:t xml:space="preserve">D. </w:t>
      </w:r>
      <m:oMath>
        <m:r>
          <w:rPr>
            <w:rFonts w:ascii="Cambria Math" w:hAnsi="Cambria Math"/>
          </w:rPr>
          <m:t xml:space="preserve">0,23 × </m:t>
        </m:r>
        <m:sSup>
          <m:sSupPr>
            <m:ctrlPr>
              <w:rPr>
                <w:rFonts w:ascii="Cambria Math" w:hAnsi="Cambria Math"/>
              </w:rPr>
            </m:ctrlPr>
          </m:sSupPr>
          <m:e>
            <m:r>
              <w:rPr>
                <w:rFonts w:ascii="Cambria Math" w:hAnsi="Cambria Math"/>
              </w:rPr>
              <m:t>10</m:t>
            </m:r>
          </m:e>
          <m:sup>
            <m:r>
              <w:rPr>
                <w:rFonts w:ascii="Cambria Math" w:hAnsi="Cambria Math"/>
              </w:rPr>
              <m:t>4</m:t>
            </m:r>
          </m:sup>
        </m:sSup>
        <m:r>
          <m:rPr>
            <m:nor/>
          </m:rPr>
          <m:t xml:space="preserve"> J</m:t>
        </m:r>
      </m:oMath>
      <w:r w:rsidR="00000000">
        <w:rPr>
          <w:lang w:val="vi-VN"/>
        </w:rPr>
        <w:t>.</w:t>
      </w:r>
    </w:p>
    <w:p w14:paraId="6B708E04" w14:textId="3D9D6439" w:rsidR="00CE22BB" w:rsidRPr="002D74E6" w:rsidRDefault="00000000" w:rsidP="002D74E6">
      <w:pPr>
        <w:keepNext/>
        <w:tabs>
          <w:tab w:val="left" w:pos="426"/>
        </w:tabs>
        <w:spacing w:before="60"/>
        <w:jc w:val="both"/>
        <w:rPr>
          <w:color w:val="CC3300"/>
        </w:rPr>
      </w:pPr>
      <w:r w:rsidRPr="002D74E6">
        <w:rPr>
          <w:b/>
          <w:color w:val="CC3300"/>
        </w:rPr>
        <w:t>Đáp án: B</w:t>
      </w:r>
      <w:r w:rsidR="002D74E6" w:rsidRPr="002D74E6">
        <w:rPr>
          <w:b/>
          <w:color w:val="CC3300"/>
        </w:rPr>
        <w:t>.</w:t>
      </w:r>
    </w:p>
    <w:p w14:paraId="580523F7" w14:textId="77777777" w:rsidR="00CE22BB" w:rsidRDefault="00000000" w:rsidP="002D74E6">
      <w:pPr>
        <w:keepNext/>
        <w:tabs>
          <w:tab w:val="left" w:pos="426"/>
        </w:tabs>
        <w:spacing w:before="40" w:after="40"/>
        <w:jc w:val="both"/>
      </w:pPr>
      <w:r>
        <w:rPr>
          <w:b/>
          <w:color w:val="1E3A5F"/>
        </w:rPr>
        <w:t>Hướng dẫn chi tiết:</w:t>
      </w:r>
    </w:p>
    <w:p w14:paraId="5841A5F4" w14:textId="77777777" w:rsidR="00CE22BB" w:rsidRDefault="00000000" w:rsidP="002D74E6">
      <w:pPr>
        <w:tabs>
          <w:tab w:val="left" w:pos="426"/>
        </w:tabs>
        <w:spacing w:after="40"/>
        <w:ind w:left="255"/>
        <w:jc w:val="both"/>
      </w:pPr>
      <w:r>
        <w:t xml:space="preserve">- Đổi khối lượng: </w:t>
      </w:r>
      <m:oMath>
        <m:r>
          <w:rPr>
            <w:rFonts w:ascii="Cambria Math" w:hAnsi="Cambria Math"/>
          </w:rPr>
          <m:t>m=100 g=0,100 kg</m:t>
        </m:r>
      </m:oMath>
      <w:r>
        <w:t>.</w:t>
      </w:r>
    </w:p>
    <w:p w14:paraId="698858B5" w14:textId="77777777" w:rsidR="00CE22BB" w:rsidRDefault="00000000" w:rsidP="002D74E6">
      <w:pPr>
        <w:tabs>
          <w:tab w:val="left" w:pos="426"/>
        </w:tabs>
        <w:spacing w:after="40"/>
        <w:ind w:left="255"/>
        <w:jc w:val="both"/>
      </w:pPr>
      <w:r>
        <w:t xml:space="preserve">- Nhiệt lượng hóa hơi: </w:t>
      </w:r>
      <m:oMath>
        <m:r>
          <w:rPr>
            <w:rFonts w:ascii="Cambria Math" w:hAnsi="Cambria Math"/>
          </w:rPr>
          <m:t>Q=Lm=2,3×10⁶·0,100=2,3×10⁵ J</m:t>
        </m:r>
      </m:oMath>
      <w:r>
        <w:t>.</w:t>
      </w:r>
    </w:p>
    <w:p w14:paraId="1DA88581" w14:textId="77777777" w:rsidR="00CE22BB" w:rsidRDefault="00000000" w:rsidP="002D74E6">
      <w:pPr>
        <w:keepLines/>
        <w:tabs>
          <w:tab w:val="left" w:pos="426"/>
        </w:tabs>
        <w:spacing w:after="40"/>
        <w:jc w:val="both"/>
      </w:pPr>
      <w:r>
        <w:rPr>
          <w:b/>
          <w:lang w:val="vi-VN"/>
        </w:rPr>
        <w:t xml:space="preserve">Câu 17: </w:t>
      </w:r>
      <w:r>
        <w:rPr>
          <w:lang w:val="vi-VN"/>
        </w:rPr>
        <w:t>Trường hợp nào dưới đây làm biến đổi nội năng không do thực hiện công?</w:t>
      </w:r>
    </w:p>
    <w:p w14:paraId="65165A76" w14:textId="4156E363" w:rsidR="00CE22BB" w:rsidRDefault="002D74E6" w:rsidP="002D74E6">
      <w:pPr>
        <w:keepLines/>
        <w:tabs>
          <w:tab w:val="left" w:pos="426"/>
        </w:tabs>
        <w:spacing w:after="40"/>
        <w:ind w:left="624" w:hanging="312"/>
        <w:jc w:val="both"/>
      </w:pPr>
      <w:r w:rsidRPr="002D74E6">
        <w:rPr>
          <w:b/>
          <w:color w:val="CC3300"/>
          <w:lang w:val="vi-VN"/>
        </w:rPr>
        <w:t xml:space="preserve">A. </w:t>
      </w:r>
      <w:r w:rsidR="00000000">
        <w:rPr>
          <w:lang w:val="vi-VN"/>
        </w:rPr>
        <w:t>Nung nước bằng bếp.</w:t>
      </w:r>
    </w:p>
    <w:p w14:paraId="25994E57" w14:textId="24C9E356" w:rsidR="00CE22BB" w:rsidRDefault="002D74E6" w:rsidP="002D74E6">
      <w:pPr>
        <w:keepLines/>
        <w:tabs>
          <w:tab w:val="left" w:pos="426"/>
        </w:tabs>
        <w:spacing w:after="40"/>
        <w:ind w:left="624" w:hanging="312"/>
        <w:jc w:val="both"/>
      </w:pPr>
      <w:r w:rsidRPr="002D74E6">
        <w:rPr>
          <w:b/>
          <w:color w:val="CC3300"/>
          <w:lang w:val="vi-VN"/>
        </w:rPr>
        <w:t xml:space="preserve">B. </w:t>
      </w:r>
      <w:r w:rsidR="00000000">
        <w:rPr>
          <w:lang w:val="vi-VN"/>
        </w:rPr>
        <w:t>Một viên bi bằng thép rơi xuống đất mềm.</w:t>
      </w:r>
    </w:p>
    <w:p w14:paraId="055F218C" w14:textId="3D6C7517" w:rsidR="00CE22BB" w:rsidRDefault="002D74E6" w:rsidP="002D74E6">
      <w:pPr>
        <w:keepLines/>
        <w:tabs>
          <w:tab w:val="left" w:pos="426"/>
        </w:tabs>
        <w:spacing w:after="40"/>
        <w:ind w:left="624" w:hanging="312"/>
        <w:jc w:val="both"/>
      </w:pPr>
      <w:r w:rsidRPr="002D74E6">
        <w:rPr>
          <w:b/>
          <w:color w:val="CC3300"/>
          <w:lang w:val="vi-VN"/>
        </w:rPr>
        <w:t xml:space="preserve">C. </w:t>
      </w:r>
      <w:r w:rsidR="00000000">
        <w:rPr>
          <w:lang w:val="vi-VN"/>
        </w:rPr>
        <w:t>Cọ xát hai vật vào nhau.</w:t>
      </w:r>
    </w:p>
    <w:p w14:paraId="2D96A558" w14:textId="3B2BC8AB" w:rsidR="00CE22BB" w:rsidRDefault="002D74E6" w:rsidP="002D74E6">
      <w:pPr>
        <w:keepLines/>
        <w:tabs>
          <w:tab w:val="left" w:pos="426"/>
        </w:tabs>
        <w:spacing w:after="40"/>
        <w:ind w:left="624" w:hanging="312"/>
        <w:jc w:val="both"/>
      </w:pPr>
      <w:r w:rsidRPr="002D74E6">
        <w:rPr>
          <w:b/>
          <w:color w:val="CC3300"/>
          <w:lang w:val="vi-VN"/>
        </w:rPr>
        <w:t xml:space="preserve">D. </w:t>
      </w:r>
      <w:r w:rsidR="00000000">
        <w:rPr>
          <w:lang w:val="vi-VN"/>
        </w:rPr>
        <w:t>Nén khí trong xi lanh.</w:t>
      </w:r>
    </w:p>
    <w:p w14:paraId="0751DE44" w14:textId="5A1AC249" w:rsidR="00CE22BB" w:rsidRPr="002D74E6" w:rsidRDefault="00000000" w:rsidP="002D74E6">
      <w:pPr>
        <w:keepNext/>
        <w:tabs>
          <w:tab w:val="left" w:pos="426"/>
        </w:tabs>
        <w:spacing w:before="60"/>
        <w:jc w:val="both"/>
        <w:rPr>
          <w:color w:val="CC3300"/>
        </w:rPr>
      </w:pPr>
      <w:r w:rsidRPr="002D74E6">
        <w:rPr>
          <w:b/>
          <w:color w:val="CC3300"/>
        </w:rPr>
        <w:t>Đáp án: A</w:t>
      </w:r>
      <w:r w:rsidR="002D74E6" w:rsidRPr="002D74E6">
        <w:rPr>
          <w:b/>
          <w:color w:val="CC3300"/>
        </w:rPr>
        <w:t>.</w:t>
      </w:r>
    </w:p>
    <w:p w14:paraId="6AC87A24" w14:textId="77777777" w:rsidR="00CE22BB" w:rsidRDefault="00000000" w:rsidP="002D74E6">
      <w:pPr>
        <w:keepNext/>
        <w:tabs>
          <w:tab w:val="left" w:pos="426"/>
        </w:tabs>
        <w:spacing w:before="40" w:after="40"/>
        <w:jc w:val="both"/>
      </w:pPr>
      <w:r>
        <w:rPr>
          <w:b/>
          <w:color w:val="1E3A5F"/>
        </w:rPr>
        <w:t>Hướng dẫn chi tiết:</w:t>
      </w:r>
    </w:p>
    <w:p w14:paraId="2802B40F" w14:textId="77777777" w:rsidR="00CE22BB" w:rsidRDefault="00000000" w:rsidP="002D74E6">
      <w:pPr>
        <w:tabs>
          <w:tab w:val="left" w:pos="426"/>
        </w:tabs>
        <w:spacing w:after="40"/>
        <w:ind w:left="255"/>
        <w:jc w:val="both"/>
      </w:pPr>
      <w:r>
        <w:t>- Nung nước bằng bếp làm nội năng của nước tăng do truyền nhiệt từ bếp sang nước.</w:t>
      </w:r>
    </w:p>
    <w:p w14:paraId="0AC27C65" w14:textId="77777777" w:rsidR="00CE22BB" w:rsidRDefault="00000000" w:rsidP="002D74E6">
      <w:pPr>
        <w:tabs>
          <w:tab w:val="left" w:pos="426"/>
        </w:tabs>
        <w:spacing w:after="40"/>
        <w:ind w:left="255"/>
        <w:jc w:val="both"/>
      </w:pPr>
      <w:r>
        <w:t>- Các trường hợp còn lại làm biến đổi nội năng chủ yếu do thực hiện công: va chạm khi viên bi rơi, công của lực ma sát khi cọ xát và công nén khí.</w:t>
      </w:r>
    </w:p>
    <w:p w14:paraId="1245BB9E" w14:textId="77777777" w:rsidR="00CE22BB" w:rsidRDefault="00000000" w:rsidP="002D74E6">
      <w:pPr>
        <w:keepLines/>
        <w:tabs>
          <w:tab w:val="left" w:pos="426"/>
        </w:tabs>
        <w:spacing w:after="40"/>
        <w:jc w:val="both"/>
      </w:pPr>
      <w:r>
        <w:rPr>
          <w:b/>
          <w:lang w:val="vi-VN"/>
        </w:rPr>
        <w:t xml:space="preserve">Câu 18: </w:t>
      </w:r>
      <w:r>
        <w:rPr>
          <w:lang w:val="vi-VN"/>
        </w:rPr>
        <w:t>Nhiệt độ của vật nào tăng lên nhiều nhất khi ta thả rơi bốn vật dưới đây có cùng khối lượng từ cùng một độ cao xuống đất? Coi như toàn bộ độ giảm cơ năng chuyển hết thành nội năng của vật.</w:t>
      </w:r>
    </w:p>
    <w:p w14:paraId="183B45B0" w14:textId="61C9AA13" w:rsidR="00CE22BB" w:rsidRDefault="002D74E6" w:rsidP="002D74E6">
      <w:pPr>
        <w:keepLines/>
        <w:tabs>
          <w:tab w:val="left" w:pos="426"/>
        </w:tabs>
        <w:spacing w:after="40"/>
        <w:ind w:left="624" w:hanging="312"/>
        <w:jc w:val="both"/>
      </w:pPr>
      <w:r w:rsidRPr="002D74E6">
        <w:rPr>
          <w:b/>
          <w:color w:val="CC3300"/>
          <w:lang w:val="vi-VN"/>
        </w:rPr>
        <w:t xml:space="preserve">A. </w:t>
      </w:r>
      <w:r w:rsidR="00000000">
        <w:rPr>
          <w:lang w:val="vi-VN"/>
        </w:rPr>
        <w:t xml:space="preserve">Vật bằng nhôm có nhiệt dung riêng </w:t>
      </w:r>
      <m:oMath>
        <m:r>
          <w:rPr>
            <w:rFonts w:ascii="Cambria Math" w:hAnsi="Cambria Math"/>
          </w:rPr>
          <m:t>880</m:t>
        </m:r>
        <m:r>
          <m:rPr>
            <m:nor/>
          </m:rPr>
          <m:t xml:space="preserve"> J·</m:t>
        </m:r>
        <m:sSup>
          <m:sSupPr>
            <m:ctrlPr>
              <w:rPr>
                <w:rFonts w:ascii="Cambria Math" w:hAnsi="Cambria Math"/>
              </w:rPr>
            </m:ctrlPr>
          </m:sSupPr>
          <m:e>
            <m:r>
              <m:rPr>
                <m:nor/>
              </m:rPr>
              <m:t>kg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sidR="00000000">
        <w:rPr>
          <w:lang w:val="vi-VN"/>
        </w:rPr>
        <w:t>.</w:t>
      </w:r>
    </w:p>
    <w:p w14:paraId="34ED27A3" w14:textId="0BC69E09" w:rsidR="00CE22BB" w:rsidRDefault="002D74E6" w:rsidP="002D74E6">
      <w:pPr>
        <w:keepLines/>
        <w:tabs>
          <w:tab w:val="left" w:pos="426"/>
        </w:tabs>
        <w:spacing w:after="40"/>
        <w:ind w:left="624" w:hanging="312"/>
        <w:jc w:val="both"/>
      </w:pPr>
      <w:r w:rsidRPr="002D74E6">
        <w:rPr>
          <w:b/>
          <w:color w:val="CC3300"/>
          <w:lang w:val="vi-VN"/>
        </w:rPr>
        <w:t xml:space="preserve">B. </w:t>
      </w:r>
      <w:r w:rsidR="00000000">
        <w:rPr>
          <w:lang w:val="vi-VN"/>
        </w:rPr>
        <w:t xml:space="preserve">Vật bằng sắt có nhiệt dung riêng </w:t>
      </w:r>
      <m:oMath>
        <m:r>
          <w:rPr>
            <w:rFonts w:ascii="Cambria Math" w:hAnsi="Cambria Math"/>
          </w:rPr>
          <m:t>460</m:t>
        </m:r>
        <m:r>
          <m:rPr>
            <m:nor/>
          </m:rPr>
          <m:t xml:space="preserve"> J·</m:t>
        </m:r>
        <m:sSup>
          <m:sSupPr>
            <m:ctrlPr>
              <w:rPr>
                <w:rFonts w:ascii="Cambria Math" w:hAnsi="Cambria Math"/>
              </w:rPr>
            </m:ctrlPr>
          </m:sSupPr>
          <m:e>
            <m:r>
              <m:rPr>
                <m:nor/>
              </m:rPr>
              <m:t>kg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sidR="00000000">
        <w:rPr>
          <w:lang w:val="vi-VN"/>
        </w:rPr>
        <w:t>.</w:t>
      </w:r>
    </w:p>
    <w:p w14:paraId="0916629F" w14:textId="7485B52D" w:rsidR="00CE22BB" w:rsidRDefault="002D74E6" w:rsidP="002D74E6">
      <w:pPr>
        <w:keepLines/>
        <w:tabs>
          <w:tab w:val="left" w:pos="426"/>
        </w:tabs>
        <w:spacing w:after="40"/>
        <w:ind w:left="624" w:hanging="312"/>
        <w:jc w:val="both"/>
      </w:pPr>
      <w:r w:rsidRPr="002D74E6">
        <w:rPr>
          <w:b/>
          <w:color w:val="CC3300"/>
          <w:lang w:val="vi-VN"/>
        </w:rPr>
        <w:t xml:space="preserve">C. </w:t>
      </w:r>
      <w:r w:rsidR="00000000">
        <w:rPr>
          <w:lang w:val="vi-VN"/>
        </w:rPr>
        <w:t xml:space="preserve">Vật bằng đồng có nhiệt dung riêng </w:t>
      </w:r>
      <m:oMath>
        <m:r>
          <w:rPr>
            <w:rFonts w:ascii="Cambria Math" w:hAnsi="Cambria Math"/>
          </w:rPr>
          <m:t>380</m:t>
        </m:r>
        <m:r>
          <m:rPr>
            <m:nor/>
          </m:rPr>
          <m:t xml:space="preserve"> J·</m:t>
        </m:r>
        <m:sSup>
          <m:sSupPr>
            <m:ctrlPr>
              <w:rPr>
                <w:rFonts w:ascii="Cambria Math" w:hAnsi="Cambria Math"/>
              </w:rPr>
            </m:ctrlPr>
          </m:sSupPr>
          <m:e>
            <m:r>
              <m:rPr>
                <m:nor/>
              </m:rPr>
              <m:t>kg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sidR="00000000">
        <w:rPr>
          <w:lang w:val="vi-VN"/>
        </w:rPr>
        <w:t>.</w:t>
      </w:r>
    </w:p>
    <w:p w14:paraId="3AD22F66" w14:textId="2E044DB9" w:rsidR="00CE22BB" w:rsidRDefault="002D74E6" w:rsidP="002D74E6">
      <w:pPr>
        <w:keepLines/>
        <w:tabs>
          <w:tab w:val="left" w:pos="426"/>
        </w:tabs>
        <w:spacing w:after="40"/>
        <w:ind w:left="624" w:hanging="312"/>
        <w:jc w:val="both"/>
      </w:pPr>
      <w:r w:rsidRPr="002D74E6">
        <w:rPr>
          <w:b/>
          <w:color w:val="CC3300"/>
          <w:lang w:val="vi-VN"/>
        </w:rPr>
        <w:t xml:space="preserve">D. </w:t>
      </w:r>
      <w:r w:rsidR="00000000">
        <w:rPr>
          <w:lang w:val="vi-VN"/>
        </w:rPr>
        <w:t xml:space="preserve">Vật bằng chì có nhiệt dung riêng </w:t>
      </w:r>
      <m:oMath>
        <m:r>
          <w:rPr>
            <w:rFonts w:ascii="Cambria Math" w:hAnsi="Cambria Math"/>
          </w:rPr>
          <m:t>130</m:t>
        </m:r>
        <m:r>
          <m:rPr>
            <m:nor/>
          </m:rPr>
          <m:t xml:space="preserve"> J·</m:t>
        </m:r>
        <m:sSup>
          <m:sSupPr>
            <m:ctrlPr>
              <w:rPr>
                <w:rFonts w:ascii="Cambria Math" w:hAnsi="Cambria Math"/>
              </w:rPr>
            </m:ctrlPr>
          </m:sSupPr>
          <m:e>
            <m:r>
              <m:rPr>
                <m:nor/>
              </m:rPr>
              <m:t>kg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sidR="00000000">
        <w:rPr>
          <w:lang w:val="vi-VN"/>
        </w:rPr>
        <w:t>.</w:t>
      </w:r>
    </w:p>
    <w:p w14:paraId="2C713A64" w14:textId="4F9C53B8" w:rsidR="00CE22BB" w:rsidRPr="002D74E6" w:rsidRDefault="00000000" w:rsidP="002D74E6">
      <w:pPr>
        <w:keepNext/>
        <w:tabs>
          <w:tab w:val="left" w:pos="426"/>
        </w:tabs>
        <w:spacing w:before="60"/>
        <w:jc w:val="both"/>
        <w:rPr>
          <w:color w:val="CC3300"/>
        </w:rPr>
      </w:pPr>
      <w:r w:rsidRPr="002D74E6">
        <w:rPr>
          <w:b/>
          <w:color w:val="CC3300"/>
        </w:rPr>
        <w:lastRenderedPageBreak/>
        <w:t>Đáp án: D</w:t>
      </w:r>
      <w:r w:rsidR="002D74E6" w:rsidRPr="002D74E6">
        <w:rPr>
          <w:b/>
          <w:color w:val="CC3300"/>
        </w:rPr>
        <w:t>.</w:t>
      </w:r>
    </w:p>
    <w:p w14:paraId="0ED9DC1B" w14:textId="77777777" w:rsidR="00CE22BB" w:rsidRDefault="00000000" w:rsidP="002D74E6">
      <w:pPr>
        <w:keepNext/>
        <w:tabs>
          <w:tab w:val="left" w:pos="426"/>
        </w:tabs>
        <w:spacing w:before="40" w:after="40"/>
        <w:jc w:val="both"/>
      </w:pPr>
      <w:r>
        <w:rPr>
          <w:b/>
          <w:color w:val="1E3A5F"/>
        </w:rPr>
        <w:t>Hướng dẫn chi tiết:</w:t>
      </w:r>
    </w:p>
    <w:p w14:paraId="56DDC01D" w14:textId="77777777" w:rsidR="00CE22BB" w:rsidRDefault="00000000" w:rsidP="002D74E6">
      <w:pPr>
        <w:tabs>
          <w:tab w:val="left" w:pos="426"/>
        </w:tabs>
        <w:spacing w:after="40"/>
        <w:ind w:left="255"/>
        <w:jc w:val="both"/>
      </w:pPr>
      <w:r>
        <w:t xml:space="preserve">- Bốn vật có cùng khối lượng và rơi từ cùng độ cao nên độ giảm cơ năng bằng nhau: </w:t>
      </w:r>
      <m:oMath>
        <m:r>
          <w:rPr>
            <w:rFonts w:ascii="Cambria Math" w:hAnsi="Cambria Math"/>
          </w:rPr>
          <m:t>ΔE=mgh</m:t>
        </m:r>
      </m:oMath>
      <w:r>
        <w:t>.</w:t>
      </w:r>
    </w:p>
    <w:p w14:paraId="141FFD3E" w14:textId="77777777" w:rsidR="00CE22BB" w:rsidRDefault="00000000" w:rsidP="002D74E6">
      <w:pPr>
        <w:tabs>
          <w:tab w:val="left" w:pos="426"/>
        </w:tabs>
        <w:spacing w:after="40"/>
        <w:ind w:left="255"/>
        <w:jc w:val="both"/>
      </w:pPr>
      <w:r>
        <w:t xml:space="preserve">- Theo giả thiết, toàn bộ năng lượng này làm tăng nội năng: </w:t>
      </w:r>
      <m:oMath>
        <m:r>
          <w:rPr>
            <w:rFonts w:ascii="Cambria Math" w:hAnsi="Cambria Math"/>
          </w:rPr>
          <m:t>mgh=mcΔT</m:t>
        </m:r>
      </m:oMath>
      <w:r>
        <w:t xml:space="preserve">, do đó </w:t>
      </w:r>
      <m:oMath>
        <m:r>
          <w:rPr>
            <w:rFonts w:ascii="Cambria Math" w:hAnsi="Cambria Math"/>
          </w:rPr>
          <m:t>ΔT=gh/c</m:t>
        </m:r>
      </m:oMath>
      <w:r>
        <w:t>.</w:t>
      </w:r>
    </w:p>
    <w:p w14:paraId="2A42EBCC" w14:textId="77777777" w:rsidR="00CE22BB" w:rsidRDefault="00000000" w:rsidP="002D74E6">
      <w:pPr>
        <w:tabs>
          <w:tab w:val="left" w:pos="426"/>
        </w:tabs>
        <w:spacing w:after="40"/>
        <w:ind w:left="255"/>
        <w:jc w:val="both"/>
      </w:pPr>
      <w:r>
        <w:t xml:space="preserve">- Vật có nhiệt dung riêng càng nhỏ thì độ tăng nhiệt độ càng lớn. Chì có </w:t>
      </w:r>
      <m:oMath>
        <m:r>
          <w:rPr>
            <w:rFonts w:ascii="Cambria Math" w:hAnsi="Cambria Math"/>
          </w:rPr>
          <m:t>c=130 J·kg⁻¹·K⁻¹</m:t>
        </m:r>
      </m:oMath>
      <w:r>
        <w:t xml:space="preserve"> nhỏ nhất nên nóng lên nhiều nhất.</w:t>
      </w:r>
    </w:p>
    <w:p w14:paraId="3D757B61" w14:textId="77777777" w:rsidR="003D3616" w:rsidRDefault="003D3616" w:rsidP="002D74E6">
      <w:pPr>
        <w:keepLines/>
        <w:tabs>
          <w:tab w:val="left" w:pos="426"/>
        </w:tabs>
        <w:spacing w:after="40"/>
        <w:jc w:val="both"/>
        <w:rPr>
          <w:b/>
          <w:color w:val="123D91"/>
          <w:sz w:val="28"/>
        </w:rPr>
      </w:pPr>
    </w:p>
    <w:p w14:paraId="2CB86D43" w14:textId="77777777" w:rsidR="004E3FDB" w:rsidRDefault="004E3FDB" w:rsidP="004E3FDB">
      <w:pPr>
        <w:keepLines/>
        <w:tabs>
          <w:tab w:val="left" w:pos="426"/>
        </w:tabs>
        <w:spacing w:before="60"/>
        <w:jc w:val="both"/>
      </w:pPr>
      <w:r>
        <w:rPr>
          <w:b/>
          <w:lang w:val="vi-VN"/>
        </w:rPr>
        <w:t>PHẦN II. Câu trắc nghiệm đúng sai. Thí sinh trả lời từ câu 1 đến câu 4. Trong mỗi ý a), b), c), d) ở mỗi câu, thí sinh chọn đúng hoặc sai.</w:t>
      </w:r>
    </w:p>
    <w:p w14:paraId="1419BD51" w14:textId="5C81424A" w:rsidR="00CE22BB" w:rsidRDefault="00000000" w:rsidP="002D74E6">
      <w:pPr>
        <w:keepLines/>
        <w:tabs>
          <w:tab w:val="left" w:pos="426"/>
        </w:tabs>
        <w:spacing w:after="40"/>
        <w:jc w:val="both"/>
      </w:pPr>
      <w:r>
        <w:rPr>
          <w:b/>
          <w:lang w:val="vi-VN"/>
        </w:rPr>
        <w:t xml:space="preserve">Câu 1: </w:t>
      </w:r>
      <w:r>
        <w:rPr>
          <w:lang w:val="vi-VN"/>
        </w:rPr>
        <w:t>Cho các phát biểu sau, phát biểu nào đúng, phát biểu nào sai?</w:t>
      </w:r>
    </w:p>
    <w:p w14:paraId="3A808A04" w14:textId="3B449495" w:rsidR="00CE22BB" w:rsidRDefault="002D74E6" w:rsidP="002D74E6">
      <w:pPr>
        <w:keepLines/>
        <w:tabs>
          <w:tab w:val="left" w:pos="426"/>
        </w:tabs>
        <w:spacing w:after="40"/>
        <w:ind w:left="312" w:hanging="312"/>
        <w:jc w:val="both"/>
      </w:pPr>
      <w:r>
        <w:rPr>
          <w:b/>
        </w:rPr>
        <w:tab/>
      </w:r>
      <w:r w:rsidR="00000000">
        <w:rPr>
          <w:b/>
          <w:lang w:val="vi-VN"/>
        </w:rPr>
        <w:t xml:space="preserve">a) </w:t>
      </w:r>
      <w:r w:rsidR="00000000">
        <w:rPr>
          <w:lang w:val="vi-VN"/>
        </w:rPr>
        <w:t>Khoảng cách giữa các phân tử lớn thì lực liên kết giữa chúng càng yếu.</w:t>
      </w:r>
    </w:p>
    <w:p w14:paraId="703BA121" w14:textId="5104F0B2" w:rsidR="00CE22BB" w:rsidRDefault="002D74E6" w:rsidP="002D74E6">
      <w:pPr>
        <w:keepLines/>
        <w:tabs>
          <w:tab w:val="left" w:pos="426"/>
        </w:tabs>
        <w:spacing w:after="40"/>
        <w:ind w:left="312" w:hanging="312"/>
        <w:jc w:val="both"/>
      </w:pPr>
      <w:r>
        <w:rPr>
          <w:b/>
        </w:rPr>
        <w:tab/>
      </w:r>
      <w:r w:rsidR="00000000">
        <w:rPr>
          <w:b/>
          <w:lang w:val="vi-VN"/>
        </w:rPr>
        <w:t xml:space="preserve">b) </w:t>
      </w:r>
      <w:r w:rsidR="00000000">
        <w:rPr>
          <w:lang w:val="vi-VN"/>
        </w:rPr>
        <w:t>Các phân tử sắp xếp càng có trật tự thì lực liên kết giữa chúng càng mạnh.</w:t>
      </w:r>
    </w:p>
    <w:p w14:paraId="3AA15B7C" w14:textId="4592AAF7" w:rsidR="00CE22BB" w:rsidRDefault="002D74E6" w:rsidP="002D74E6">
      <w:pPr>
        <w:keepLines/>
        <w:tabs>
          <w:tab w:val="left" w:pos="426"/>
        </w:tabs>
        <w:spacing w:after="40"/>
        <w:ind w:left="312" w:hanging="312"/>
        <w:jc w:val="both"/>
      </w:pPr>
      <w:r>
        <w:rPr>
          <w:b/>
        </w:rPr>
        <w:tab/>
      </w:r>
      <w:r w:rsidR="00000000">
        <w:rPr>
          <w:b/>
          <w:lang w:val="vi-VN"/>
        </w:rPr>
        <w:t xml:space="preserve">c) </w:t>
      </w:r>
      <w:r w:rsidR="00000000">
        <w:rPr>
          <w:lang w:val="vi-VN"/>
        </w:rPr>
        <w:t>Vật ở thể lỏng có thể tích và hình dạng riêng.</w:t>
      </w:r>
    </w:p>
    <w:p w14:paraId="5B3F7E7C" w14:textId="26B59874" w:rsidR="00CE22BB" w:rsidRDefault="002D74E6" w:rsidP="002D74E6">
      <w:pPr>
        <w:keepLines/>
        <w:tabs>
          <w:tab w:val="left" w:pos="426"/>
        </w:tabs>
        <w:spacing w:after="40"/>
        <w:ind w:left="312" w:hanging="312"/>
        <w:jc w:val="both"/>
      </w:pPr>
      <w:r>
        <w:rPr>
          <w:b/>
        </w:rPr>
        <w:tab/>
      </w:r>
      <w:r w:rsidR="00000000">
        <w:rPr>
          <w:b/>
          <w:lang w:val="vi-VN"/>
        </w:rPr>
        <w:t xml:space="preserve">d) </w:t>
      </w:r>
      <w:r w:rsidR="00000000">
        <w:rPr>
          <w:lang w:val="vi-VN"/>
        </w:rPr>
        <w:t>Vật ở thể rắn có thể tích và hình dạng riêng, rất khó nén.</w:t>
      </w:r>
    </w:p>
    <w:p w14:paraId="2DE43E1A" w14:textId="77777777" w:rsidR="00CE22BB" w:rsidRPr="00A75401" w:rsidRDefault="00000000" w:rsidP="002D74E6">
      <w:pPr>
        <w:keepNext/>
        <w:tabs>
          <w:tab w:val="left" w:pos="426"/>
        </w:tabs>
        <w:spacing w:before="60"/>
        <w:jc w:val="both"/>
        <w:rPr>
          <w:color w:val="CC3300"/>
        </w:rPr>
      </w:pPr>
      <w:r w:rsidRPr="00A75401">
        <w:rPr>
          <w:b/>
          <w:color w:val="CC3300"/>
        </w:rPr>
        <w:t>Trả lời: a) Đúng; b) Đúng; c) Sai; d) Đúng</w:t>
      </w:r>
    </w:p>
    <w:p w14:paraId="282F4A3B" w14:textId="77777777" w:rsidR="00CE22BB" w:rsidRDefault="00000000" w:rsidP="002D74E6">
      <w:pPr>
        <w:keepNext/>
        <w:tabs>
          <w:tab w:val="left" w:pos="426"/>
        </w:tabs>
        <w:spacing w:before="40" w:after="40"/>
        <w:jc w:val="both"/>
      </w:pPr>
      <w:r>
        <w:rPr>
          <w:b/>
          <w:color w:val="1E3A5F"/>
        </w:rPr>
        <w:t>Hướng dẫn chi tiết:</w:t>
      </w:r>
    </w:p>
    <w:p w14:paraId="393F8AA8" w14:textId="77777777" w:rsidR="00CE22BB" w:rsidRDefault="00000000" w:rsidP="002D74E6">
      <w:pPr>
        <w:tabs>
          <w:tab w:val="left" w:pos="426"/>
        </w:tabs>
        <w:spacing w:after="40"/>
        <w:ind w:left="255"/>
        <w:jc w:val="both"/>
      </w:pPr>
      <w:r>
        <w:t>- a) Đúng. Khi khoảng cách giữa các phân tử tăng, lực tương tác giữa chúng giảm rất nhanh; ở khoảng cách đủ lớn lực này gần như không đáng kể.</w:t>
      </w:r>
    </w:p>
    <w:p w14:paraId="55B724F9" w14:textId="77777777" w:rsidR="00CE22BB" w:rsidRDefault="00000000" w:rsidP="002D74E6">
      <w:pPr>
        <w:tabs>
          <w:tab w:val="left" w:pos="426"/>
        </w:tabs>
        <w:spacing w:after="40"/>
        <w:ind w:left="255"/>
        <w:jc w:val="both"/>
      </w:pPr>
      <w:r>
        <w:t>- b) Đúng. Trong cách mô tả các trạng thái vật chất của đề, sự sắp xếp càng trật tự thường gắn với liên kết giữa các phân tử càng mạnh.</w:t>
      </w:r>
    </w:p>
    <w:p w14:paraId="6E124B68" w14:textId="77777777" w:rsidR="00CE22BB" w:rsidRDefault="00000000" w:rsidP="002D74E6">
      <w:pPr>
        <w:tabs>
          <w:tab w:val="left" w:pos="426"/>
        </w:tabs>
        <w:spacing w:after="40"/>
        <w:ind w:left="255"/>
        <w:jc w:val="both"/>
      </w:pPr>
      <w:r>
        <w:t>- c) Sai. Chất lỏng có thể tích xác định nhưng không có hình dạng riêng; nó nhận hình dạng của bình chứa.</w:t>
      </w:r>
    </w:p>
    <w:p w14:paraId="4EE3C4A6" w14:textId="77777777" w:rsidR="00CE22BB" w:rsidRDefault="00000000" w:rsidP="002D74E6">
      <w:pPr>
        <w:tabs>
          <w:tab w:val="left" w:pos="426"/>
        </w:tabs>
        <w:spacing w:after="40"/>
        <w:ind w:left="255"/>
        <w:jc w:val="both"/>
      </w:pPr>
      <w:r>
        <w:t>- d) Đúng. Chất rắn có hình dạng và thể tích riêng, các hạt ở gần nhau nên rất khó nén.</w:t>
      </w:r>
    </w:p>
    <w:p w14:paraId="5A036235" w14:textId="77777777" w:rsidR="00CE22BB" w:rsidRDefault="00000000" w:rsidP="002D74E6">
      <w:pPr>
        <w:keepLines/>
        <w:tabs>
          <w:tab w:val="left" w:pos="426"/>
        </w:tabs>
        <w:spacing w:after="40"/>
        <w:jc w:val="both"/>
      </w:pPr>
      <w:r>
        <w:rPr>
          <w:b/>
          <w:lang w:val="vi-VN"/>
        </w:rPr>
        <w:t xml:space="preserve">Câu 2: </w:t>
      </w:r>
      <w:r>
        <w:rPr>
          <w:lang w:val="vi-VN"/>
        </w:rPr>
        <w:t>Cho các phát biểu sau, phát biểu nào đúng, phát biểu nào sai?</w:t>
      </w:r>
    </w:p>
    <w:p w14:paraId="4EDB7E31" w14:textId="78E36119" w:rsidR="00CE22BB" w:rsidRDefault="00A75401" w:rsidP="002D74E6">
      <w:pPr>
        <w:keepLines/>
        <w:tabs>
          <w:tab w:val="left" w:pos="426"/>
        </w:tabs>
        <w:spacing w:after="40"/>
        <w:ind w:left="312" w:hanging="312"/>
        <w:jc w:val="both"/>
      </w:pPr>
      <w:r>
        <w:rPr>
          <w:b/>
        </w:rPr>
        <w:tab/>
      </w:r>
      <w:r w:rsidR="00000000">
        <w:rPr>
          <w:b/>
          <w:lang w:val="vi-VN"/>
        </w:rPr>
        <w:t xml:space="preserve">a) </w:t>
      </w:r>
      <w:r w:rsidR="00000000">
        <w:rPr>
          <w:lang w:val="vi-VN"/>
        </w:rPr>
        <w:t xml:space="preserve">Nhiệt độ của nước đá đang tan theo nhiệt giai Celsius là </w:t>
      </w:r>
      <m:oMath>
        <m:r>
          <w:rPr>
            <w:rFonts w:ascii="Cambria Math" w:hAnsi="Cambria Math"/>
          </w:rPr>
          <m:t>0</m:t>
        </m:r>
        <m:r>
          <m:rPr>
            <m:nor/>
          </m:rPr>
          <m:t xml:space="preserve"> °C</m:t>
        </m:r>
      </m:oMath>
      <w:r w:rsidR="00000000">
        <w:rPr>
          <w:lang w:val="vi-VN"/>
        </w:rPr>
        <w:t>.</w:t>
      </w:r>
    </w:p>
    <w:p w14:paraId="55851011" w14:textId="4611049A" w:rsidR="00CE22BB" w:rsidRDefault="00A75401" w:rsidP="002D74E6">
      <w:pPr>
        <w:keepLines/>
        <w:tabs>
          <w:tab w:val="left" w:pos="426"/>
        </w:tabs>
        <w:spacing w:after="40"/>
        <w:ind w:left="312" w:hanging="312"/>
        <w:jc w:val="both"/>
      </w:pPr>
      <w:r>
        <w:rPr>
          <w:b/>
        </w:rPr>
        <w:tab/>
      </w:r>
      <w:r w:rsidR="00000000">
        <w:rPr>
          <w:b/>
          <w:lang w:val="vi-VN"/>
        </w:rPr>
        <w:t xml:space="preserve">b) </w:t>
      </w:r>
      <w:r w:rsidR="00000000">
        <w:rPr>
          <w:lang w:val="vi-VN"/>
        </w:rPr>
        <w:t xml:space="preserve">Nhiệt độ của nước đá đang tan theo nhiệt giai Fahrenheit là </w:t>
      </w:r>
      <m:oMath>
        <m:r>
          <w:rPr>
            <w:rFonts w:ascii="Cambria Math" w:hAnsi="Cambria Math"/>
          </w:rPr>
          <m:t>273</m:t>
        </m:r>
        <m:r>
          <m:rPr>
            <m:nor/>
          </m:rPr>
          <m:t xml:space="preserve"> °F</m:t>
        </m:r>
      </m:oMath>
      <w:r w:rsidR="00000000">
        <w:rPr>
          <w:lang w:val="vi-VN"/>
        </w:rPr>
        <w:t>.</w:t>
      </w:r>
    </w:p>
    <w:p w14:paraId="6CC63616" w14:textId="15EA5FFD" w:rsidR="00CE22BB" w:rsidRDefault="00A75401" w:rsidP="002D74E6">
      <w:pPr>
        <w:keepLines/>
        <w:tabs>
          <w:tab w:val="left" w:pos="426"/>
        </w:tabs>
        <w:spacing w:after="40"/>
        <w:ind w:left="312" w:hanging="312"/>
        <w:jc w:val="both"/>
      </w:pPr>
      <w:r>
        <w:rPr>
          <w:b/>
        </w:rPr>
        <w:tab/>
      </w:r>
      <w:r w:rsidR="00000000">
        <w:rPr>
          <w:b/>
          <w:lang w:val="vi-VN"/>
        </w:rPr>
        <w:t xml:space="preserve">c) </w:t>
      </w:r>
      <w:r w:rsidR="00000000">
        <w:rPr>
          <w:lang w:val="vi-VN"/>
        </w:rPr>
        <w:t xml:space="preserve">Nhiệt độ của hơi nước đang sôi theo nhiệt giai Celsius là </w:t>
      </w:r>
      <m:oMath>
        <m:r>
          <w:rPr>
            <w:rFonts w:ascii="Cambria Math" w:hAnsi="Cambria Math"/>
          </w:rPr>
          <m:t>100</m:t>
        </m:r>
        <m:r>
          <m:rPr>
            <m:nor/>
          </m:rPr>
          <m:t xml:space="preserve"> °C</m:t>
        </m:r>
      </m:oMath>
      <w:r w:rsidR="00000000">
        <w:rPr>
          <w:lang w:val="vi-VN"/>
        </w:rPr>
        <w:t>.</w:t>
      </w:r>
    </w:p>
    <w:p w14:paraId="0B15E900" w14:textId="5B7130CB" w:rsidR="00CE22BB" w:rsidRDefault="00A75401" w:rsidP="002D74E6">
      <w:pPr>
        <w:keepLines/>
        <w:tabs>
          <w:tab w:val="left" w:pos="426"/>
        </w:tabs>
        <w:spacing w:after="40"/>
        <w:ind w:left="312" w:hanging="312"/>
        <w:jc w:val="both"/>
      </w:pPr>
      <w:r>
        <w:rPr>
          <w:b/>
        </w:rPr>
        <w:tab/>
      </w:r>
      <w:r w:rsidR="00000000">
        <w:rPr>
          <w:b/>
          <w:lang w:val="vi-VN"/>
        </w:rPr>
        <w:t xml:space="preserve">d) </w:t>
      </w:r>
      <w:r w:rsidR="00000000">
        <w:rPr>
          <w:lang w:val="vi-VN"/>
        </w:rPr>
        <w:t xml:space="preserve">Ở nhiệt độ </w:t>
      </w:r>
      <m:oMath>
        <m:r>
          <w:rPr>
            <w:rFonts w:ascii="Cambria Math" w:hAnsi="Cambria Math"/>
          </w:rPr>
          <m:t>160</m:t>
        </m:r>
        <m:r>
          <m:rPr>
            <m:nor/>
          </m:rPr>
          <m:t xml:space="preserve"> °C</m:t>
        </m:r>
      </m:oMath>
      <w:r w:rsidR="00000000">
        <w:rPr>
          <w:lang w:val="vi-VN"/>
        </w:rPr>
        <w:t>, số đọc trên thang nhiệt độ Fahrenheit gấp đôi số đọc trên thang nhiệt độ Celsius.</w:t>
      </w:r>
    </w:p>
    <w:p w14:paraId="629853FA" w14:textId="77777777" w:rsidR="00CE22BB" w:rsidRPr="00A75401" w:rsidRDefault="00000000" w:rsidP="002D74E6">
      <w:pPr>
        <w:keepNext/>
        <w:tabs>
          <w:tab w:val="left" w:pos="426"/>
        </w:tabs>
        <w:spacing w:before="60"/>
        <w:jc w:val="both"/>
        <w:rPr>
          <w:color w:val="CC3300"/>
        </w:rPr>
      </w:pPr>
      <w:r w:rsidRPr="00A75401">
        <w:rPr>
          <w:b/>
          <w:color w:val="CC3300"/>
        </w:rPr>
        <w:t>Trả lời: a) Đúng; b) Sai; c) Đúng; d) Đúng</w:t>
      </w:r>
    </w:p>
    <w:p w14:paraId="08DA99C1" w14:textId="77777777" w:rsidR="00CE22BB" w:rsidRDefault="00000000" w:rsidP="002D74E6">
      <w:pPr>
        <w:keepNext/>
        <w:tabs>
          <w:tab w:val="left" w:pos="426"/>
        </w:tabs>
        <w:spacing w:before="40" w:after="40"/>
        <w:jc w:val="both"/>
      </w:pPr>
      <w:r>
        <w:rPr>
          <w:b/>
          <w:color w:val="1E3A5F"/>
        </w:rPr>
        <w:t>Hướng dẫn chi tiết:</w:t>
      </w:r>
    </w:p>
    <w:p w14:paraId="45494539" w14:textId="77777777" w:rsidR="00CE22BB" w:rsidRDefault="00000000" w:rsidP="002D74E6">
      <w:pPr>
        <w:tabs>
          <w:tab w:val="left" w:pos="426"/>
        </w:tabs>
        <w:spacing w:after="40"/>
        <w:ind w:left="255"/>
        <w:jc w:val="both"/>
      </w:pPr>
      <w:r>
        <w:t xml:space="preserve">- a) Đúng. Ở áp suất khí quyển tiêu chuẩn, nước đá đang tan có nhiệt độ </w:t>
      </w:r>
      <m:oMath>
        <m:r>
          <w:rPr>
            <w:rFonts w:ascii="Cambria Math" w:hAnsi="Cambria Math"/>
          </w:rPr>
          <m:t>0 °C</m:t>
        </m:r>
      </m:oMath>
      <w:r>
        <w:t>.</w:t>
      </w:r>
    </w:p>
    <w:p w14:paraId="26F179D2" w14:textId="77777777" w:rsidR="00CE22BB" w:rsidRDefault="00000000" w:rsidP="002D74E6">
      <w:pPr>
        <w:tabs>
          <w:tab w:val="left" w:pos="426"/>
        </w:tabs>
        <w:spacing w:after="40"/>
        <w:ind w:left="255"/>
        <w:jc w:val="both"/>
      </w:pPr>
      <w:r>
        <w:t xml:space="preserve">- b) Sai. Công thức đổi nhiệt độ: </w:t>
      </w:r>
      <m:oMath>
        <m:r>
          <w:rPr>
            <w:rFonts w:ascii="Cambria Math" w:hAnsi="Cambria Math"/>
          </w:rPr>
          <m:t>t_F=1,8t_C+32</m:t>
        </m:r>
      </m:oMath>
      <w:r>
        <w:t xml:space="preserve">. Với </w:t>
      </w:r>
      <m:oMath>
        <m:r>
          <w:rPr>
            <w:rFonts w:ascii="Cambria Math" w:hAnsi="Cambria Math"/>
          </w:rPr>
          <m:t>t_C=0 °C</m:t>
        </m:r>
      </m:oMath>
      <w:r>
        <w:t xml:space="preserve"> thì </w:t>
      </w:r>
      <m:oMath>
        <m:r>
          <w:rPr>
            <w:rFonts w:ascii="Cambria Math" w:hAnsi="Cambria Math"/>
          </w:rPr>
          <m:t>t_F=32 °F</m:t>
        </m:r>
      </m:oMath>
      <w:r>
        <w:t xml:space="preserve">, không phải </w:t>
      </w:r>
      <m:oMath>
        <m:r>
          <w:rPr>
            <w:rFonts w:ascii="Cambria Math" w:hAnsi="Cambria Math"/>
          </w:rPr>
          <m:t>273 °F</m:t>
        </m:r>
      </m:oMath>
      <w:r>
        <w:t>.</w:t>
      </w:r>
    </w:p>
    <w:p w14:paraId="18DB262A" w14:textId="77777777" w:rsidR="00CE22BB" w:rsidRDefault="00000000" w:rsidP="002D74E6">
      <w:pPr>
        <w:tabs>
          <w:tab w:val="left" w:pos="426"/>
        </w:tabs>
        <w:spacing w:after="40"/>
        <w:ind w:left="255"/>
        <w:jc w:val="both"/>
      </w:pPr>
      <w:r>
        <w:t xml:space="preserve">- c) Đúng. Ở áp suất khí quyển tiêu chuẩn, nước sôi ở </w:t>
      </w:r>
      <m:oMath>
        <m:r>
          <w:rPr>
            <w:rFonts w:ascii="Cambria Math" w:hAnsi="Cambria Math"/>
          </w:rPr>
          <m:t>100 °C</m:t>
        </m:r>
      </m:oMath>
      <w:r>
        <w:t>.</w:t>
      </w:r>
    </w:p>
    <w:p w14:paraId="2A53C791" w14:textId="77777777" w:rsidR="00CE22BB" w:rsidRDefault="00000000" w:rsidP="002D74E6">
      <w:pPr>
        <w:tabs>
          <w:tab w:val="left" w:pos="426"/>
        </w:tabs>
        <w:spacing w:after="40"/>
        <w:ind w:left="255"/>
        <w:jc w:val="both"/>
      </w:pPr>
      <w:r>
        <w:t xml:space="preserve">- d) Đúng. Với </w:t>
      </w:r>
      <m:oMath>
        <m:r>
          <w:rPr>
            <w:rFonts w:ascii="Cambria Math" w:hAnsi="Cambria Math"/>
          </w:rPr>
          <m:t>t_C=160 °C</m:t>
        </m:r>
      </m:oMath>
      <w:r>
        <w:t xml:space="preserve">: </w:t>
      </w:r>
      <m:oMath>
        <m:r>
          <w:rPr>
            <w:rFonts w:ascii="Cambria Math" w:hAnsi="Cambria Math"/>
          </w:rPr>
          <m:t>t_F=1,8·160+32=320 °F=2·160</m:t>
        </m:r>
      </m:oMath>
      <w:r>
        <w:t>.</w:t>
      </w:r>
    </w:p>
    <w:p w14:paraId="4D257D48" w14:textId="5894CA25" w:rsidR="00CE22BB" w:rsidRDefault="00000000" w:rsidP="002D74E6">
      <w:pPr>
        <w:keepLines/>
        <w:tabs>
          <w:tab w:val="left" w:pos="426"/>
        </w:tabs>
        <w:spacing w:after="40"/>
        <w:jc w:val="both"/>
      </w:pPr>
      <w:r>
        <w:rPr>
          <w:b/>
          <w:lang w:val="vi-VN"/>
        </w:rPr>
        <w:t xml:space="preserve">Câu 3: </w:t>
      </w:r>
      <w:r w:rsidRPr="00A75401">
        <w:rPr>
          <w:lang w:val="vi-VN"/>
        </w:rPr>
        <w:t xml:space="preserve">Một nhiệt lượng kế bằng đồng khối lượng </w:t>
      </w:r>
      <m:oMath>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 xml:space="preserve"> = 100</m:t>
        </m:r>
        <m:r>
          <m:rPr>
            <m:nor/>
          </m:rPr>
          <m:t xml:space="preserve"> g</m:t>
        </m:r>
      </m:oMath>
      <w:r w:rsidRPr="00A75401">
        <w:rPr>
          <w:lang w:val="vi-VN"/>
        </w:rPr>
        <w:t xml:space="preserve"> có chứa </w:t>
      </w:r>
      <m:oMath>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 xml:space="preserve"> = 375</m:t>
        </m:r>
        <m:r>
          <m:rPr>
            <m:nor/>
          </m:rPr>
          <m:t xml:space="preserve"> g</m:t>
        </m:r>
      </m:oMath>
      <w:r w:rsidRPr="00A75401">
        <w:rPr>
          <w:lang w:val="vi-VN"/>
        </w:rPr>
        <w:t xml:space="preserve"> nước ở nhiệt độ </w:t>
      </w:r>
      <m:oMath>
        <m:r>
          <w:rPr>
            <w:rFonts w:ascii="Cambria Math" w:hAnsi="Cambria Math"/>
          </w:rPr>
          <m:t>25</m:t>
        </m:r>
        <m:r>
          <m:rPr>
            <m:nor/>
          </m:rPr>
          <m:t xml:space="preserve"> °</m:t>
        </m:r>
        <m:r>
          <m:rPr>
            <m:nor/>
          </m:rPr>
          <m:t xml:space="preserve">C. </m:t>
        </m:r>
      </m:oMath>
      <w:r w:rsidRPr="00A75401">
        <w:rPr>
          <w:lang w:val="vi-VN"/>
        </w:rPr>
        <w:t xml:space="preserve">Cho vào nhiệt lượng kế một vật bằng kim loại khối lượng </w:t>
      </w:r>
      <m:oMath>
        <m:sSub>
          <m:sSubPr>
            <m:ctrlPr>
              <w:rPr>
                <w:rFonts w:ascii="Cambria Math" w:hAnsi="Cambria Math"/>
              </w:rPr>
            </m:ctrlPr>
          </m:sSubPr>
          <m:e>
            <m:r>
              <w:rPr>
                <w:rFonts w:ascii="Cambria Math" w:hAnsi="Cambria Math"/>
              </w:rPr>
              <m:t>m</m:t>
            </m:r>
          </m:e>
          <m:sub>
            <m:r>
              <w:rPr>
                <w:rFonts w:ascii="Cambria Math" w:hAnsi="Cambria Math"/>
              </w:rPr>
              <m:t>3</m:t>
            </m:r>
          </m:sub>
        </m:sSub>
        <m:r>
          <w:rPr>
            <w:rFonts w:ascii="Cambria Math" w:hAnsi="Cambria Math"/>
          </w:rPr>
          <m:t xml:space="preserve"> = 400</m:t>
        </m:r>
        <m:r>
          <m:rPr>
            <m:nor/>
          </m:rPr>
          <m:t xml:space="preserve"> g</m:t>
        </m:r>
      </m:oMath>
      <w:r w:rsidRPr="00A75401">
        <w:rPr>
          <w:lang w:val="vi-VN"/>
        </w:rPr>
        <w:t xml:space="preserve"> ở </w:t>
      </w:r>
      <m:oMath>
        <m:r>
          <w:rPr>
            <w:rFonts w:ascii="Cambria Math" w:hAnsi="Cambria Math"/>
          </w:rPr>
          <m:t>90</m:t>
        </m:r>
        <m:r>
          <m:rPr>
            <m:nor/>
          </m:rPr>
          <m:t xml:space="preserve"> °</m:t>
        </m:r>
        <m:r>
          <m:rPr>
            <m:nor/>
          </m:rPr>
          <m:t xml:space="preserve">C. </m:t>
        </m:r>
      </m:oMath>
      <w:r w:rsidRPr="00A75401">
        <w:rPr>
          <w:lang w:val="vi-VN"/>
        </w:rPr>
        <w:t xml:space="preserve">Biết nhiệt độ khi có sự cân bằng nhiệt là </w:t>
      </w:r>
      <m:oMath>
        <m:r>
          <w:rPr>
            <w:rFonts w:ascii="Cambria Math" w:hAnsi="Cambria Math"/>
          </w:rPr>
          <m:t>30</m:t>
        </m:r>
        <m:r>
          <m:rPr>
            <m:nor/>
          </m:rPr>
          <m:t xml:space="preserve"> °</m:t>
        </m:r>
        <m:r>
          <m:rPr>
            <m:nor/>
          </m:rPr>
          <m:t xml:space="preserve">C. </m:t>
        </m:r>
      </m:oMath>
      <w:r w:rsidRPr="00A75401">
        <w:rPr>
          <w:lang w:val="vi-VN"/>
        </w:rPr>
        <w:t xml:space="preserve">Cho biết nhiệt dung riêng của đồng là </w:t>
      </w:r>
      <m:oMath>
        <m:sSub>
          <m:sSubPr>
            <m:ctrlPr>
              <w:rPr>
                <w:rFonts w:ascii="Cambria Math" w:hAnsi="Cambria Math"/>
              </w:rPr>
            </m:ctrlPr>
          </m:sSubPr>
          <m:e>
            <m:r>
              <w:rPr>
                <w:rFonts w:ascii="Cambria Math" w:hAnsi="Cambria Math"/>
              </w:rPr>
              <m:t>c</m:t>
            </m:r>
          </m:e>
          <m:sub>
            <m:r>
              <m:rPr>
                <m:nor/>
              </m:rPr>
              <m:t>đồng</m:t>
            </m:r>
          </m:sub>
        </m:sSub>
        <m:r>
          <w:rPr>
            <w:rFonts w:ascii="Cambria Math" w:hAnsi="Cambria Math"/>
          </w:rPr>
          <m:t xml:space="preserve"> = 380</m:t>
        </m:r>
        <m:r>
          <m:rPr>
            <m:nor/>
          </m:rPr>
          <m:t xml:space="preserve"> J·</m:t>
        </m:r>
        <m:sSup>
          <m:sSupPr>
            <m:ctrlPr>
              <w:rPr>
                <w:rFonts w:ascii="Cambria Math" w:hAnsi="Cambria Math"/>
              </w:rPr>
            </m:ctrlPr>
          </m:sSupPr>
          <m:e>
            <m:r>
              <m:rPr>
                <m:nor/>
              </m:rPr>
              <m:t>kg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sidRPr="00A75401">
        <w:rPr>
          <w:lang w:val="vi-VN"/>
        </w:rPr>
        <w:t xml:space="preserve">, </w:t>
      </w:r>
      <w:r>
        <w:rPr>
          <w:lang w:val="vi-VN"/>
        </w:rPr>
        <w:t xml:space="preserve">của nước là </w:t>
      </w:r>
      <m:oMath>
        <m:sSub>
          <m:sSubPr>
            <m:ctrlPr>
              <w:rPr>
                <w:rFonts w:ascii="Cambria Math" w:hAnsi="Cambria Math"/>
              </w:rPr>
            </m:ctrlPr>
          </m:sSubPr>
          <m:e>
            <m:r>
              <w:rPr>
                <w:rFonts w:ascii="Cambria Math" w:hAnsi="Cambria Math"/>
              </w:rPr>
              <m:t>c</m:t>
            </m:r>
          </m:e>
          <m:sub>
            <m:r>
              <m:rPr>
                <m:nor/>
              </m:rPr>
              <m:t>nước</m:t>
            </m:r>
          </m:sub>
        </m:sSub>
        <m:r>
          <w:rPr>
            <w:rFonts w:ascii="Cambria Math" w:hAnsi="Cambria Math"/>
          </w:rPr>
          <m:t xml:space="preserve"> = 4200</m:t>
        </m:r>
        <m:r>
          <m:rPr>
            <m:nor/>
          </m:rPr>
          <m:t xml:space="preserve"> J·</m:t>
        </m:r>
        <m:sSup>
          <m:sSupPr>
            <m:ctrlPr>
              <w:rPr>
                <w:rFonts w:ascii="Cambria Math" w:hAnsi="Cambria Math"/>
              </w:rPr>
            </m:ctrlPr>
          </m:sSupPr>
          <m:e>
            <m:r>
              <m:rPr>
                <m:nor/>
              </m:rPr>
              <m:t>kg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Pr>
          <w:lang w:val="vi-VN"/>
        </w:rPr>
        <w:t>. Bỏ qua sự truyền nhiệt ra môi trường bên ngoài.</w:t>
      </w:r>
    </w:p>
    <w:p w14:paraId="32440BB9" w14:textId="5F1BCA93" w:rsidR="00CE22BB" w:rsidRDefault="00A75401" w:rsidP="002D74E6">
      <w:pPr>
        <w:keepLines/>
        <w:tabs>
          <w:tab w:val="left" w:pos="426"/>
        </w:tabs>
        <w:spacing w:after="40"/>
        <w:ind w:left="312" w:hanging="312"/>
        <w:jc w:val="both"/>
      </w:pPr>
      <w:r>
        <w:rPr>
          <w:b/>
        </w:rPr>
        <w:tab/>
      </w:r>
      <w:r w:rsidR="00000000">
        <w:rPr>
          <w:b/>
          <w:lang w:val="vi-VN"/>
        </w:rPr>
        <w:t xml:space="preserve">a) </w:t>
      </w:r>
      <w:r w:rsidR="00000000">
        <w:rPr>
          <w:lang w:val="vi-VN"/>
        </w:rPr>
        <w:t xml:space="preserve">Nhiệt lượng kế và nước thu nhiệt để tăng nhiệt độ từ </w:t>
      </w:r>
      <m:oMath>
        <m:r>
          <w:rPr>
            <w:rFonts w:ascii="Cambria Math" w:hAnsi="Cambria Math"/>
          </w:rPr>
          <m:t>25</m:t>
        </m:r>
        <m:r>
          <m:rPr>
            <m:nor/>
          </m:rPr>
          <m:t xml:space="preserve"> °C</m:t>
        </m:r>
      </m:oMath>
      <w:r w:rsidR="00000000">
        <w:rPr>
          <w:lang w:val="vi-VN"/>
        </w:rPr>
        <w:t xml:space="preserve"> lên </w:t>
      </w:r>
      <m:oMath>
        <m:r>
          <w:rPr>
            <w:rFonts w:ascii="Cambria Math" w:hAnsi="Cambria Math"/>
          </w:rPr>
          <m:t>30</m:t>
        </m:r>
        <m:r>
          <m:rPr>
            <m:nor/>
          </m:rPr>
          <m:t xml:space="preserve"> °C</m:t>
        </m:r>
      </m:oMath>
      <w:r w:rsidR="00000000">
        <w:rPr>
          <w:lang w:val="vi-VN"/>
        </w:rPr>
        <w:t>.</w:t>
      </w:r>
    </w:p>
    <w:p w14:paraId="77828681" w14:textId="48376123" w:rsidR="00CE22BB" w:rsidRDefault="00A75401" w:rsidP="002D74E6">
      <w:pPr>
        <w:keepLines/>
        <w:tabs>
          <w:tab w:val="left" w:pos="426"/>
        </w:tabs>
        <w:spacing w:after="40"/>
        <w:ind w:left="312" w:hanging="312"/>
        <w:jc w:val="both"/>
      </w:pPr>
      <w:r>
        <w:rPr>
          <w:b/>
        </w:rPr>
        <w:tab/>
      </w:r>
      <w:r w:rsidR="00000000">
        <w:rPr>
          <w:b/>
          <w:lang w:val="vi-VN"/>
        </w:rPr>
        <w:t xml:space="preserve">b) </w:t>
      </w:r>
      <w:r w:rsidR="00000000">
        <w:rPr>
          <w:lang w:val="vi-VN"/>
        </w:rPr>
        <w:t>Khi cho miếng kim loại vào nhiệt lượng kế thì miếng kim loại không tỏa nhiệt.</w:t>
      </w:r>
    </w:p>
    <w:p w14:paraId="656EFBF2" w14:textId="0F965F99" w:rsidR="00CE22BB" w:rsidRDefault="00A75401" w:rsidP="002D74E6">
      <w:pPr>
        <w:keepLines/>
        <w:tabs>
          <w:tab w:val="left" w:pos="426"/>
        </w:tabs>
        <w:spacing w:after="40"/>
        <w:ind w:left="312" w:hanging="312"/>
        <w:jc w:val="both"/>
      </w:pPr>
      <w:r>
        <w:rPr>
          <w:b/>
        </w:rPr>
        <w:tab/>
      </w:r>
      <w:r w:rsidR="00000000">
        <w:rPr>
          <w:b/>
          <w:lang w:val="vi-VN"/>
        </w:rPr>
        <w:t xml:space="preserve">c) </w:t>
      </w:r>
      <w:r w:rsidR="00000000">
        <w:rPr>
          <w:lang w:val="vi-VN"/>
        </w:rPr>
        <w:t xml:space="preserve">Miếng kim loại tỏa ra nhiệt lượng </w:t>
      </w:r>
      <m:oMath>
        <m:r>
          <w:rPr>
            <w:rFonts w:ascii="Cambria Math" w:hAnsi="Cambria Math"/>
          </w:rPr>
          <m:t>9120</m:t>
        </m:r>
        <m:r>
          <m:rPr>
            <m:nor/>
          </m:rPr>
          <m:t xml:space="preserve"> J</m:t>
        </m:r>
      </m:oMath>
      <w:r w:rsidR="00000000">
        <w:rPr>
          <w:lang w:val="vi-VN"/>
        </w:rPr>
        <w:t>.</w:t>
      </w:r>
    </w:p>
    <w:p w14:paraId="6DC46122" w14:textId="16DE28EE" w:rsidR="00CE22BB" w:rsidRDefault="00A75401" w:rsidP="002D74E6">
      <w:pPr>
        <w:keepLines/>
        <w:tabs>
          <w:tab w:val="left" w:pos="426"/>
        </w:tabs>
        <w:spacing w:after="40"/>
        <w:ind w:left="312" w:hanging="312"/>
        <w:jc w:val="both"/>
      </w:pPr>
      <w:r>
        <w:rPr>
          <w:b/>
        </w:rPr>
        <w:lastRenderedPageBreak/>
        <w:tab/>
      </w:r>
      <w:r w:rsidR="00000000">
        <w:rPr>
          <w:b/>
          <w:lang w:val="vi-VN"/>
        </w:rPr>
        <w:t xml:space="preserve">d) </w:t>
      </w:r>
      <w:r w:rsidR="00000000">
        <w:rPr>
          <w:lang w:val="vi-VN"/>
        </w:rPr>
        <w:t xml:space="preserve">Nhiệt dung riêng của miếng kim loại có giá trị gần bằng </w:t>
      </w:r>
      <m:oMath>
        <m:r>
          <w:rPr>
            <w:rFonts w:ascii="Cambria Math" w:hAnsi="Cambria Math"/>
          </w:rPr>
          <m:t>336</m:t>
        </m:r>
        <m:r>
          <m:rPr>
            <m:nor/>
          </m:rPr>
          <m:t xml:space="preserve"> J·</m:t>
        </m:r>
        <m:sSup>
          <m:sSupPr>
            <m:ctrlPr>
              <w:rPr>
                <w:rFonts w:ascii="Cambria Math" w:hAnsi="Cambria Math"/>
              </w:rPr>
            </m:ctrlPr>
          </m:sSupPr>
          <m:e>
            <m:r>
              <m:rPr>
                <m:nor/>
              </m:rPr>
              <m:t>kg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sidR="00000000">
        <w:rPr>
          <w:lang w:val="vi-VN"/>
        </w:rPr>
        <w:t>.</w:t>
      </w:r>
    </w:p>
    <w:p w14:paraId="21CF369C" w14:textId="77777777" w:rsidR="00CE22BB" w:rsidRPr="00A75401" w:rsidRDefault="00000000" w:rsidP="002D74E6">
      <w:pPr>
        <w:keepNext/>
        <w:tabs>
          <w:tab w:val="left" w:pos="426"/>
        </w:tabs>
        <w:spacing w:before="60"/>
        <w:jc w:val="both"/>
        <w:rPr>
          <w:color w:val="CC3300"/>
        </w:rPr>
      </w:pPr>
      <w:r w:rsidRPr="00A75401">
        <w:rPr>
          <w:b/>
          <w:color w:val="CC3300"/>
        </w:rPr>
        <w:t>Trả lời: a) Đúng; b) Sai; c) Sai; d) Đúng</w:t>
      </w:r>
    </w:p>
    <w:p w14:paraId="256ECFD2" w14:textId="77777777" w:rsidR="00CE22BB" w:rsidRDefault="00000000" w:rsidP="002D74E6">
      <w:pPr>
        <w:keepNext/>
        <w:tabs>
          <w:tab w:val="left" w:pos="426"/>
        </w:tabs>
        <w:spacing w:before="40" w:after="40"/>
        <w:jc w:val="both"/>
      </w:pPr>
      <w:r>
        <w:rPr>
          <w:b/>
          <w:color w:val="1E3A5F"/>
        </w:rPr>
        <w:t>Hướng dẫn chi tiết:</w:t>
      </w:r>
    </w:p>
    <w:p w14:paraId="27277A44" w14:textId="77777777" w:rsidR="00CE22BB" w:rsidRDefault="00000000" w:rsidP="002D74E6">
      <w:pPr>
        <w:tabs>
          <w:tab w:val="left" w:pos="426"/>
        </w:tabs>
        <w:spacing w:after="40"/>
        <w:ind w:left="255"/>
        <w:jc w:val="both"/>
      </w:pPr>
      <w:r>
        <w:t xml:space="preserve">- a) Đúng. Nhiệt lượng kế bằng đồng và nước cùng tăng nhiệt độ từ </w:t>
      </w:r>
      <m:oMath>
        <m:r>
          <w:rPr>
            <w:rFonts w:ascii="Cambria Math" w:hAnsi="Cambria Math"/>
          </w:rPr>
          <m:t>25 °C</m:t>
        </m:r>
      </m:oMath>
      <w:r>
        <w:t xml:space="preserve"> lên </w:t>
      </w:r>
      <m:oMath>
        <m:r>
          <w:rPr>
            <w:rFonts w:ascii="Cambria Math" w:hAnsi="Cambria Math"/>
          </w:rPr>
          <m:t>30 °C</m:t>
        </m:r>
      </m:oMath>
      <w:r>
        <w:t xml:space="preserve"> nên đều thu nhiệt.</w:t>
      </w:r>
    </w:p>
    <w:p w14:paraId="308A476A" w14:textId="77777777" w:rsidR="00CE22BB" w:rsidRDefault="00000000" w:rsidP="002D74E6">
      <w:pPr>
        <w:tabs>
          <w:tab w:val="left" w:pos="426"/>
        </w:tabs>
        <w:spacing w:after="40"/>
        <w:ind w:left="255"/>
        <w:jc w:val="both"/>
      </w:pPr>
      <w:r>
        <w:t xml:space="preserve">- b) Sai. Miếng kim loại giảm nhiệt độ từ </w:t>
      </w:r>
      <m:oMath>
        <m:r>
          <w:rPr>
            <w:rFonts w:ascii="Cambria Math" w:hAnsi="Cambria Math"/>
          </w:rPr>
          <m:t>90 °C</m:t>
        </m:r>
      </m:oMath>
      <w:r>
        <w:t xml:space="preserve"> xuống </w:t>
      </w:r>
      <m:oMath>
        <m:r>
          <w:rPr>
            <w:rFonts w:ascii="Cambria Math" w:hAnsi="Cambria Math"/>
          </w:rPr>
          <m:t>30 °C</m:t>
        </m:r>
      </m:oMath>
      <w:r>
        <w:t xml:space="preserve"> nên tỏa nhiệt.</w:t>
      </w:r>
    </w:p>
    <w:p w14:paraId="43E276A3" w14:textId="77777777" w:rsidR="00CE22BB" w:rsidRDefault="00000000" w:rsidP="002D74E6">
      <w:pPr>
        <w:tabs>
          <w:tab w:val="left" w:pos="426"/>
        </w:tabs>
        <w:spacing w:after="40"/>
        <w:ind w:left="255"/>
        <w:jc w:val="both"/>
      </w:pPr>
      <w:r>
        <w:t xml:space="preserve">- c) Sai. Nhiệt lượng nước và nhiệt lượng kế thu vào: </w:t>
      </w:r>
      <m:oMath>
        <m:r>
          <w:rPr>
            <w:rFonts w:ascii="Cambria Math" w:hAnsi="Cambria Math"/>
          </w:rPr>
          <m:t>Q=(0,100·380+0,375·4200)·(30-25)=8065 J</m:t>
        </m:r>
      </m:oMath>
      <w:r>
        <w:t xml:space="preserve">. Do bỏ qua hao phí, miếng kim loại tỏa ra </w:t>
      </w:r>
      <m:oMath>
        <m:r>
          <w:rPr>
            <w:rFonts w:ascii="Cambria Math" w:hAnsi="Cambria Math"/>
          </w:rPr>
          <m:t>8065 J</m:t>
        </m:r>
      </m:oMath>
      <w:r>
        <w:t xml:space="preserve">, không phải </w:t>
      </w:r>
      <m:oMath>
        <m:r>
          <w:rPr>
            <w:rFonts w:ascii="Cambria Math" w:hAnsi="Cambria Math"/>
          </w:rPr>
          <m:t>9120 J</m:t>
        </m:r>
      </m:oMath>
      <w:r>
        <w:t>.</w:t>
      </w:r>
    </w:p>
    <w:p w14:paraId="61EE2FD7" w14:textId="77777777" w:rsidR="00CE22BB" w:rsidRDefault="00000000" w:rsidP="002D74E6">
      <w:pPr>
        <w:tabs>
          <w:tab w:val="left" w:pos="426"/>
        </w:tabs>
        <w:spacing w:after="40"/>
        <w:ind w:left="255"/>
        <w:jc w:val="both"/>
      </w:pPr>
      <w:r>
        <w:t xml:space="preserve">- d) Đúng. </w:t>
      </w:r>
      <m:oMath>
        <m:r>
          <w:rPr>
            <w:rFonts w:ascii="Cambria Math" w:hAnsi="Cambria Math"/>
          </w:rPr>
          <m:t>c_kim loại=Q/[m(90-30)]=8065/(0,400·60)≈336 J·kg⁻¹·K⁻¹</m:t>
        </m:r>
      </m:oMath>
      <w:r>
        <w:t>.</w:t>
      </w:r>
    </w:p>
    <w:p w14:paraId="5A3E0212" w14:textId="02185E83" w:rsidR="00CE22BB" w:rsidRDefault="00000000" w:rsidP="002D74E6">
      <w:pPr>
        <w:keepLines/>
        <w:tabs>
          <w:tab w:val="left" w:pos="426"/>
        </w:tabs>
        <w:spacing w:after="40"/>
        <w:jc w:val="both"/>
      </w:pPr>
      <w:r>
        <w:rPr>
          <w:b/>
          <w:lang w:val="vi-VN"/>
        </w:rPr>
        <w:t xml:space="preserve">Câu 4: </w:t>
      </w:r>
      <w:r>
        <w:rPr>
          <w:lang w:val="vi-VN"/>
        </w:rPr>
        <w:t xml:space="preserve">Thả một cục nước đá có khối lượng </w:t>
      </w:r>
      <m:oMath>
        <m:r>
          <w:rPr>
            <w:rFonts w:ascii="Cambria Math" w:hAnsi="Cambria Math"/>
          </w:rPr>
          <m:t>30</m:t>
        </m:r>
        <m:r>
          <m:rPr>
            <m:nor/>
          </m:rPr>
          <m:t xml:space="preserve"> g</m:t>
        </m:r>
      </m:oMath>
      <w:r>
        <w:rPr>
          <w:lang w:val="vi-VN"/>
        </w:rPr>
        <w:t xml:space="preserve"> ở </w:t>
      </w:r>
      <m:oMath>
        <m:r>
          <w:rPr>
            <w:rFonts w:ascii="Cambria Math" w:hAnsi="Cambria Math"/>
          </w:rPr>
          <m:t>0</m:t>
        </m:r>
        <m:r>
          <m:rPr>
            <m:nor/>
          </m:rPr>
          <m:t xml:space="preserve"> °C</m:t>
        </m:r>
      </m:oMath>
      <w:r>
        <w:rPr>
          <w:lang w:val="vi-VN"/>
        </w:rPr>
        <w:t xml:space="preserve"> vào cốc nước chứa </w:t>
      </w:r>
      <m:oMath>
        <m:r>
          <w:rPr>
            <w:rFonts w:ascii="Cambria Math" w:hAnsi="Cambria Math"/>
          </w:rPr>
          <m:t>0,2</m:t>
        </m:r>
        <m:r>
          <m:rPr>
            <m:nor/>
          </m:rPr>
          <m:t xml:space="preserve"> lít</m:t>
        </m:r>
      </m:oMath>
      <w:r>
        <w:rPr>
          <w:lang w:val="vi-VN"/>
        </w:rPr>
        <w:t xml:space="preserve"> nước ở </w:t>
      </w:r>
      <m:oMath>
        <m:r>
          <w:rPr>
            <w:rFonts w:ascii="Cambria Math" w:hAnsi="Cambria Math"/>
          </w:rPr>
          <m:t>20</m:t>
        </m:r>
        <m:r>
          <m:rPr>
            <m:nor/>
          </m:rPr>
          <m:t xml:space="preserve"> °</m:t>
        </m:r>
        <m:r>
          <m:rPr>
            <m:nor/>
          </m:rPr>
          <w:rPr>
            <w:b/>
            <w:color w:val="CC3300"/>
          </w:rPr>
          <m:t xml:space="preserve">C. </m:t>
        </m:r>
      </m:oMath>
      <w:r>
        <w:rPr>
          <w:lang w:val="vi-VN"/>
        </w:rPr>
        <w:t xml:space="preserve">Bỏ qua nhiệt dung của cốc và sự tỏa nhiệt ra môi trường. Biết nhiệt dung riêng của nước là </w:t>
      </w:r>
      <m:oMath>
        <m:r>
          <w:rPr>
            <w:rFonts w:ascii="Cambria Math" w:hAnsi="Cambria Math"/>
          </w:rPr>
          <m:t>c = 4,2</m:t>
        </m:r>
        <m:r>
          <m:rPr>
            <m:nor/>
          </m:rPr>
          <m:t xml:space="preserve"> J·</m:t>
        </m:r>
        <m:sSup>
          <m:sSupPr>
            <m:ctrlPr>
              <w:rPr>
                <w:rFonts w:ascii="Cambria Math" w:hAnsi="Cambria Math"/>
              </w:rPr>
            </m:ctrlPr>
          </m:sSupPr>
          <m:e>
            <m:r>
              <m:rPr>
                <m:nor/>
              </m:rPr>
              <m:t>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Pr>
          <w:lang w:val="vi-VN"/>
        </w:rPr>
        <w:t xml:space="preserve">; khối lượng riêng của nước là </w:t>
      </w:r>
      <m:oMath>
        <m:r>
          <w:rPr>
            <w:rFonts w:ascii="Cambria Math" w:hAnsi="Cambria Math"/>
          </w:rPr>
          <m:t>ρ = 1</m:t>
        </m:r>
        <m:r>
          <m:rPr>
            <m:nor/>
          </m:rPr>
          <m:t xml:space="preserve"> g/</m:t>
        </m:r>
        <m:sSup>
          <m:sSupPr>
            <m:ctrlPr>
              <w:rPr>
                <w:rFonts w:ascii="Cambria Math" w:hAnsi="Cambria Math"/>
              </w:rPr>
            </m:ctrlPr>
          </m:sSupPr>
          <m:e>
            <m:r>
              <m:rPr>
                <m:nor/>
              </m:rPr>
              <m:t>cm</m:t>
            </m:r>
          </m:e>
          <m:sup>
            <m:r>
              <w:rPr>
                <w:rFonts w:ascii="Cambria Math" w:hAnsi="Cambria Math"/>
              </w:rPr>
              <m:t>3</m:t>
            </m:r>
          </m:sup>
        </m:sSup>
      </m:oMath>
      <w:r>
        <w:rPr>
          <w:lang w:val="vi-VN"/>
        </w:rPr>
        <w:t xml:space="preserve">; nhiệt nóng chảy riêng của nước đá là </w:t>
      </w:r>
      <m:oMath>
        <m:r>
          <w:rPr>
            <w:rFonts w:ascii="Cambria Math" w:hAnsi="Cambria Math"/>
          </w:rPr>
          <m:t>λ = 334</m:t>
        </m:r>
        <m:r>
          <m:rPr>
            <m:nor/>
          </m:rPr>
          <m:t xml:space="preserve"> kJ/kg</m:t>
        </m:r>
      </m:oMath>
      <w:r>
        <w:rPr>
          <w:lang w:val="vi-VN"/>
        </w:rPr>
        <w:t>.</w:t>
      </w:r>
    </w:p>
    <w:p w14:paraId="17E25644" w14:textId="77777777" w:rsidR="00CE22BB" w:rsidRDefault="00000000" w:rsidP="00A75401">
      <w:pPr>
        <w:keepLines/>
        <w:tabs>
          <w:tab w:val="left" w:pos="426"/>
        </w:tabs>
        <w:spacing w:after="40"/>
        <w:ind w:left="624" w:hanging="312"/>
        <w:jc w:val="both"/>
      </w:pPr>
      <w:r>
        <w:rPr>
          <w:b/>
          <w:lang w:val="vi-VN"/>
        </w:rPr>
        <w:t xml:space="preserve">a) </w:t>
      </w:r>
      <w:r>
        <w:rPr>
          <w:lang w:val="vi-VN"/>
        </w:rPr>
        <w:t>Nước tỏa nhiệt, nước đá thu nhiệt.</w:t>
      </w:r>
    </w:p>
    <w:p w14:paraId="61142D7E" w14:textId="77777777" w:rsidR="00CE22BB" w:rsidRDefault="00000000" w:rsidP="00A75401">
      <w:pPr>
        <w:keepLines/>
        <w:tabs>
          <w:tab w:val="left" w:pos="426"/>
        </w:tabs>
        <w:spacing w:after="40"/>
        <w:ind w:left="624" w:hanging="312"/>
        <w:jc w:val="both"/>
      </w:pPr>
      <w:r>
        <w:rPr>
          <w:b/>
          <w:lang w:val="vi-VN"/>
        </w:rPr>
        <w:t xml:space="preserve">b) </w:t>
      </w:r>
      <w:r>
        <w:rPr>
          <w:lang w:val="vi-VN"/>
        </w:rPr>
        <w:t>Nhiệt lượng nước tỏa ra bằng nhiệt lượng mà nước đá thu vào.</w:t>
      </w:r>
    </w:p>
    <w:p w14:paraId="5E221CDA" w14:textId="77777777" w:rsidR="00CE22BB" w:rsidRDefault="00000000" w:rsidP="00A75401">
      <w:pPr>
        <w:keepLines/>
        <w:tabs>
          <w:tab w:val="left" w:pos="426"/>
        </w:tabs>
        <w:spacing w:after="40"/>
        <w:ind w:left="624" w:hanging="312"/>
        <w:jc w:val="both"/>
      </w:pPr>
      <w:r>
        <w:rPr>
          <w:b/>
          <w:lang w:val="vi-VN"/>
        </w:rPr>
        <w:t xml:space="preserve">c) </w:t>
      </w:r>
      <w:r>
        <w:rPr>
          <w:lang w:val="vi-VN"/>
        </w:rPr>
        <w:t>Cục nước đá không tan hết.</w:t>
      </w:r>
    </w:p>
    <w:p w14:paraId="5DB9CE7B" w14:textId="77777777" w:rsidR="00CE22BB" w:rsidRDefault="00000000" w:rsidP="00A75401">
      <w:pPr>
        <w:keepLines/>
        <w:tabs>
          <w:tab w:val="left" w:pos="426"/>
        </w:tabs>
        <w:spacing w:after="40"/>
        <w:ind w:left="624" w:hanging="312"/>
        <w:jc w:val="both"/>
      </w:pPr>
      <w:r>
        <w:rPr>
          <w:b/>
          <w:lang w:val="vi-VN"/>
        </w:rPr>
        <w:t xml:space="preserve">d) </w:t>
      </w:r>
      <w:r>
        <w:rPr>
          <w:lang w:val="vi-VN"/>
        </w:rPr>
        <w:t xml:space="preserve">Nhiệt độ cuối của cốc nước bằng </w:t>
      </w:r>
      <m:oMath>
        <m:r>
          <w:rPr>
            <w:rFonts w:ascii="Cambria Math" w:hAnsi="Cambria Math"/>
          </w:rPr>
          <m:t>7</m:t>
        </m:r>
        <m:r>
          <m:rPr>
            <m:nor/>
          </m:rPr>
          <m:t xml:space="preserve"> °C</m:t>
        </m:r>
      </m:oMath>
      <w:r>
        <w:rPr>
          <w:lang w:val="vi-VN"/>
        </w:rPr>
        <w:t>.</w:t>
      </w:r>
    </w:p>
    <w:p w14:paraId="3C33251E" w14:textId="77777777" w:rsidR="00CE22BB" w:rsidRPr="00A75401" w:rsidRDefault="00000000" w:rsidP="002D74E6">
      <w:pPr>
        <w:keepNext/>
        <w:tabs>
          <w:tab w:val="left" w:pos="426"/>
        </w:tabs>
        <w:spacing w:before="60"/>
        <w:jc w:val="both"/>
        <w:rPr>
          <w:color w:val="CC3300"/>
        </w:rPr>
      </w:pPr>
      <w:r w:rsidRPr="00A75401">
        <w:rPr>
          <w:b/>
          <w:color w:val="CC3300"/>
        </w:rPr>
        <w:t>Trả lời: a) Đúng; b) Đúng; c) Sai; d) Đúng</w:t>
      </w:r>
    </w:p>
    <w:p w14:paraId="1123C0F9" w14:textId="77777777" w:rsidR="00CE22BB" w:rsidRDefault="00000000" w:rsidP="002D74E6">
      <w:pPr>
        <w:keepNext/>
        <w:tabs>
          <w:tab w:val="left" w:pos="426"/>
        </w:tabs>
        <w:spacing w:before="40" w:after="40"/>
        <w:jc w:val="both"/>
      </w:pPr>
      <w:r>
        <w:rPr>
          <w:b/>
          <w:color w:val="1E3A5F"/>
        </w:rPr>
        <w:t>Hướng dẫn chi tiết:</w:t>
      </w:r>
    </w:p>
    <w:p w14:paraId="23AED877" w14:textId="77777777" w:rsidR="00CE22BB" w:rsidRDefault="00000000" w:rsidP="002D74E6">
      <w:pPr>
        <w:tabs>
          <w:tab w:val="left" w:pos="426"/>
        </w:tabs>
        <w:spacing w:after="40"/>
        <w:ind w:left="255"/>
        <w:jc w:val="both"/>
      </w:pPr>
      <w:r>
        <w:t xml:space="preserve">- a) Đúng. Nước ban đầu ở </w:t>
      </w:r>
      <m:oMath>
        <m:r>
          <w:rPr>
            <w:rFonts w:ascii="Cambria Math" w:hAnsi="Cambria Math"/>
          </w:rPr>
          <m:t>20 °C</m:t>
        </m:r>
      </m:oMath>
      <w:r>
        <w:t xml:space="preserve"> nên tỏa nhiệt; nước đá ở </w:t>
      </w:r>
      <m:oMath>
        <m:r>
          <w:rPr>
            <w:rFonts w:ascii="Cambria Math" w:hAnsi="Cambria Math"/>
          </w:rPr>
          <m:t>0 °C</m:t>
        </m:r>
      </m:oMath>
      <w:r>
        <w:t xml:space="preserve"> thu nhiệt để nóng chảy và phần nước vừa tan tiếp tục nóng lên.</w:t>
      </w:r>
    </w:p>
    <w:p w14:paraId="05B31611" w14:textId="77777777" w:rsidR="00CE22BB" w:rsidRDefault="00000000" w:rsidP="002D74E6">
      <w:pPr>
        <w:tabs>
          <w:tab w:val="left" w:pos="426"/>
        </w:tabs>
        <w:spacing w:after="40"/>
        <w:ind w:left="255"/>
        <w:jc w:val="both"/>
      </w:pPr>
      <w:r>
        <w:t>- b) Đúng. Hệ cách nhiệt nên theo định luật bảo toàn năng lượng, nhiệt lượng nước tỏa ra bằng tổng nhiệt lượng nước đá thu vào.</w:t>
      </w:r>
    </w:p>
    <w:p w14:paraId="42622C91" w14:textId="77777777" w:rsidR="00CE22BB" w:rsidRDefault="00000000" w:rsidP="002D74E6">
      <w:pPr>
        <w:tabs>
          <w:tab w:val="left" w:pos="426"/>
        </w:tabs>
        <w:spacing w:after="40"/>
        <w:ind w:left="255"/>
        <w:jc w:val="both"/>
      </w:pPr>
      <w:r>
        <w:t xml:space="preserve">- c) Sai. Nhiệt lượng nước có thể tỏa ra khi hạ từ </w:t>
      </w:r>
      <m:oMath>
        <m:r>
          <w:rPr>
            <w:rFonts w:ascii="Cambria Math" w:hAnsi="Cambria Math"/>
          </w:rPr>
          <m:t>20 °C</m:t>
        </m:r>
      </m:oMath>
      <w:r>
        <w:t xml:space="preserve"> xuống </w:t>
      </w:r>
      <m:oMath>
        <m:r>
          <w:rPr>
            <w:rFonts w:ascii="Cambria Math" w:hAnsi="Cambria Math"/>
          </w:rPr>
          <m:t>0 °C</m:t>
        </m:r>
      </m:oMath>
      <w:r>
        <w:t xml:space="preserve">: </w:t>
      </w:r>
      <m:oMath>
        <m:r>
          <w:rPr>
            <w:rFonts w:ascii="Cambria Math" w:hAnsi="Cambria Math"/>
          </w:rPr>
          <m:t>Q_nước=200·4,2·20=16800 J</m:t>
        </m:r>
      </m:oMath>
      <w:r>
        <w:t xml:space="preserve">. Nhiệt lượng làm tan hết nước đá: </w:t>
      </w:r>
      <m:oMath>
        <m:r>
          <w:rPr>
            <w:rFonts w:ascii="Cambria Math" w:hAnsi="Cambria Math"/>
          </w:rPr>
          <m:t>Q_nc=30·334=10020 J</m:t>
        </m:r>
      </m:oMath>
      <w:r>
        <w:t xml:space="preserve">. Vì </w:t>
      </w:r>
      <m:oMath>
        <m:r>
          <w:rPr>
            <w:rFonts w:ascii="Cambria Math" w:hAnsi="Cambria Math"/>
          </w:rPr>
          <m:t>16800&gt;10020</m:t>
        </m:r>
      </m:oMath>
      <w:r>
        <w:t>, nước đá tan hết.</w:t>
      </w:r>
    </w:p>
    <w:p w14:paraId="4B549ED3" w14:textId="77777777" w:rsidR="00CE22BB" w:rsidRDefault="00000000" w:rsidP="002D74E6">
      <w:pPr>
        <w:tabs>
          <w:tab w:val="left" w:pos="426"/>
        </w:tabs>
        <w:spacing w:after="40"/>
        <w:ind w:left="255"/>
        <w:jc w:val="both"/>
      </w:pPr>
      <w:r>
        <w:t xml:space="preserve">- d) Đúng. Nhiệt lượng còn lại sau khi làm tan nước đá: </w:t>
      </w:r>
      <m:oMath>
        <m:r>
          <w:rPr>
            <w:rFonts w:ascii="Cambria Math" w:hAnsi="Cambria Math"/>
          </w:rPr>
          <m:t>Q_còn=16800-10020=6780 J</m:t>
        </m:r>
      </m:oMath>
      <w:r>
        <w:t xml:space="preserve">. Khối lượng nước sau khi đá tan là </w:t>
      </w:r>
      <m:oMath>
        <m:r>
          <w:rPr>
            <w:rFonts w:ascii="Cambria Math" w:hAnsi="Cambria Math"/>
          </w:rPr>
          <m:t>230 g</m:t>
        </m:r>
      </m:oMath>
      <w:r>
        <w:t xml:space="preserve">, nên </w:t>
      </w:r>
      <m:oMath>
        <m:r>
          <w:rPr>
            <w:rFonts w:ascii="Cambria Math" w:hAnsi="Cambria Math"/>
          </w:rPr>
          <m:t>T=6780/(230·4,2)≈7,02 °C≈7 °C</m:t>
        </m:r>
      </m:oMath>
      <w:r>
        <w:t>.</w:t>
      </w:r>
    </w:p>
    <w:p w14:paraId="43D38FDD" w14:textId="77777777" w:rsidR="003D3616" w:rsidRDefault="003D3616" w:rsidP="002D74E6">
      <w:pPr>
        <w:keepLines/>
        <w:tabs>
          <w:tab w:val="left" w:pos="426"/>
        </w:tabs>
        <w:spacing w:after="40"/>
        <w:jc w:val="both"/>
        <w:rPr>
          <w:b/>
          <w:color w:val="123D91"/>
          <w:sz w:val="28"/>
        </w:rPr>
      </w:pPr>
    </w:p>
    <w:p w14:paraId="0C2A57C3" w14:textId="77777777" w:rsidR="004E3FDB" w:rsidRDefault="004E3FDB" w:rsidP="004E3FDB">
      <w:pPr>
        <w:keepLines/>
        <w:tabs>
          <w:tab w:val="left" w:pos="426"/>
        </w:tabs>
        <w:spacing w:before="60"/>
        <w:jc w:val="both"/>
      </w:pPr>
      <w:r>
        <w:rPr>
          <w:b/>
          <w:lang w:val="vi-VN"/>
        </w:rPr>
        <w:t>PHẦN III. Câu trắc nghiệm trả lời ngắn. Thí sinh trả lời từ câu 1 đến câu 6.</w:t>
      </w:r>
    </w:p>
    <w:p w14:paraId="4B0415F1" w14:textId="78FABAC7" w:rsidR="00CE22BB" w:rsidRDefault="00000000" w:rsidP="002D74E6">
      <w:pPr>
        <w:keepLines/>
        <w:tabs>
          <w:tab w:val="left" w:pos="426"/>
        </w:tabs>
        <w:spacing w:after="40"/>
        <w:jc w:val="both"/>
      </w:pPr>
      <w:r>
        <w:rPr>
          <w:b/>
          <w:lang w:val="vi-VN"/>
        </w:rPr>
        <w:t xml:space="preserve">Câu 1: </w:t>
      </w:r>
      <w:r>
        <w:rPr>
          <w:lang w:val="vi-VN"/>
        </w:rPr>
        <w:t xml:space="preserve">Một bình kín chứa </w:t>
      </w:r>
      <m:oMath>
        <m:r>
          <w:rPr>
            <w:rFonts w:ascii="Cambria Math" w:hAnsi="Cambria Math"/>
          </w:rPr>
          <m:t xml:space="preserve">3,01 × </m:t>
        </m:r>
        <m:sSup>
          <m:sSupPr>
            <m:ctrlPr>
              <w:rPr>
                <w:rFonts w:ascii="Cambria Math" w:hAnsi="Cambria Math"/>
              </w:rPr>
            </m:ctrlPr>
          </m:sSupPr>
          <m:e>
            <m:r>
              <w:rPr>
                <w:rFonts w:ascii="Cambria Math" w:hAnsi="Cambria Math"/>
              </w:rPr>
              <m:t>10</m:t>
            </m:r>
          </m:e>
          <m:sup>
            <m:r>
              <w:rPr>
                <w:rFonts w:ascii="Cambria Math" w:hAnsi="Cambria Math"/>
              </w:rPr>
              <m:t>23</m:t>
            </m:r>
          </m:sup>
        </m:sSup>
      </m:oMath>
      <w:r>
        <w:rPr>
          <w:lang w:val="vi-VN"/>
        </w:rPr>
        <w:t xml:space="preserve"> phân tử khí hiđrô. Khối lượng khí hiđrô trong bình là bao nhiêu gam?</w:t>
      </w:r>
    </w:p>
    <w:p w14:paraId="76CA9A56" w14:textId="77777777" w:rsidR="00CE22BB" w:rsidRPr="00A75401" w:rsidRDefault="00000000" w:rsidP="002D74E6">
      <w:pPr>
        <w:keepNext/>
        <w:tabs>
          <w:tab w:val="left" w:pos="426"/>
        </w:tabs>
        <w:spacing w:before="60"/>
        <w:jc w:val="both"/>
        <w:rPr>
          <w:color w:val="CC3300"/>
        </w:rPr>
      </w:pPr>
      <w:r w:rsidRPr="00A75401">
        <w:rPr>
          <w:b/>
          <w:color w:val="CC3300"/>
        </w:rPr>
        <w:t>Đáp số: 1 g</w:t>
      </w:r>
    </w:p>
    <w:p w14:paraId="558FC2A3" w14:textId="77777777" w:rsidR="00CE22BB" w:rsidRDefault="00000000" w:rsidP="002D74E6">
      <w:pPr>
        <w:keepNext/>
        <w:tabs>
          <w:tab w:val="left" w:pos="426"/>
        </w:tabs>
        <w:spacing w:before="40" w:after="40"/>
        <w:jc w:val="both"/>
      </w:pPr>
      <w:r>
        <w:rPr>
          <w:b/>
          <w:color w:val="1E3A5F"/>
        </w:rPr>
        <w:t>Hướng dẫn chi tiết:</w:t>
      </w:r>
    </w:p>
    <w:p w14:paraId="072AC88D" w14:textId="77777777" w:rsidR="00CE22BB" w:rsidRDefault="00000000" w:rsidP="002D74E6">
      <w:pPr>
        <w:tabs>
          <w:tab w:val="left" w:pos="426"/>
        </w:tabs>
        <w:spacing w:after="40"/>
        <w:ind w:left="255"/>
        <w:jc w:val="both"/>
      </w:pPr>
      <w:r>
        <w:t xml:space="preserve">- Số mol khí hiđrô: </w:t>
      </w:r>
      <m:oMath>
        <m:r>
          <w:rPr>
            <w:rFonts w:ascii="Cambria Math" w:hAnsi="Cambria Math"/>
          </w:rPr>
          <m:t>n=N/N_A=(3,01×10²³)/(6,02×10²³)=0,50 mol</m:t>
        </m:r>
      </m:oMath>
      <w:r>
        <w:t>.</w:t>
      </w:r>
    </w:p>
    <w:p w14:paraId="0F5C7AD4" w14:textId="77777777" w:rsidR="00CE22BB" w:rsidRDefault="00000000" w:rsidP="002D74E6">
      <w:pPr>
        <w:tabs>
          <w:tab w:val="left" w:pos="426"/>
        </w:tabs>
        <w:spacing w:after="40"/>
        <w:ind w:left="255"/>
        <w:jc w:val="both"/>
      </w:pPr>
      <w:r>
        <w:t xml:space="preserve">- Khí hiđrô là </w:t>
      </w:r>
      <m:oMath>
        <m:r>
          <w:rPr>
            <w:rFonts w:ascii="Cambria Math" w:hAnsi="Cambria Math"/>
          </w:rPr>
          <m:t>H₂</m:t>
        </m:r>
      </m:oMath>
      <w:r>
        <w:t xml:space="preserve"> nên </w:t>
      </w:r>
      <m:oMath>
        <m:r>
          <w:rPr>
            <w:rFonts w:ascii="Cambria Math" w:hAnsi="Cambria Math"/>
          </w:rPr>
          <m:t>M=2 g/mol</m:t>
        </m:r>
      </m:oMath>
      <w:r>
        <w:t>.</w:t>
      </w:r>
    </w:p>
    <w:p w14:paraId="69E0D3EE" w14:textId="77777777" w:rsidR="00CE22BB" w:rsidRDefault="00000000" w:rsidP="002D74E6">
      <w:pPr>
        <w:tabs>
          <w:tab w:val="left" w:pos="426"/>
        </w:tabs>
        <w:spacing w:after="40"/>
        <w:ind w:left="255"/>
        <w:jc w:val="both"/>
      </w:pPr>
      <w:r>
        <w:t xml:space="preserve">- Khối lượng khí: </w:t>
      </w:r>
      <m:oMath>
        <m:r>
          <w:rPr>
            <w:rFonts w:ascii="Cambria Math" w:hAnsi="Cambria Math"/>
          </w:rPr>
          <m:t>m=nM=0,50·2=1 g</m:t>
        </m:r>
      </m:oMath>
      <w:r>
        <w:t>.</w:t>
      </w:r>
    </w:p>
    <w:p w14:paraId="732D19AF" w14:textId="77777777" w:rsidR="00CE22BB" w:rsidRDefault="00000000" w:rsidP="002D74E6">
      <w:pPr>
        <w:keepLines/>
        <w:tabs>
          <w:tab w:val="left" w:pos="426"/>
        </w:tabs>
        <w:spacing w:after="40"/>
        <w:jc w:val="both"/>
      </w:pPr>
      <w:r>
        <w:rPr>
          <w:b/>
          <w:lang w:val="vi-VN"/>
        </w:rPr>
        <w:t xml:space="preserve">Câu 2: </w:t>
      </w:r>
      <w:r>
        <w:rPr>
          <w:lang w:val="vi-VN"/>
        </w:rPr>
        <w:t xml:space="preserve">Người ta truyền cho khí trong xi lanh nhiệt lượng </w:t>
      </w:r>
      <m:oMath>
        <m:r>
          <w:rPr>
            <w:rFonts w:ascii="Cambria Math" w:hAnsi="Cambria Math"/>
          </w:rPr>
          <m:t>100</m:t>
        </m:r>
        <m:r>
          <m:rPr>
            <m:nor/>
          </m:rPr>
          <m:t xml:space="preserve"> J</m:t>
        </m:r>
      </m:oMath>
      <w:r>
        <w:rPr>
          <w:lang w:val="vi-VN"/>
        </w:rPr>
        <w:t xml:space="preserve">. Khí nở ra thực hiện công </w:t>
      </w:r>
      <m:oMath>
        <m:r>
          <w:rPr>
            <w:rFonts w:ascii="Cambria Math" w:hAnsi="Cambria Math"/>
          </w:rPr>
          <m:t>70</m:t>
        </m:r>
        <m:r>
          <m:rPr>
            <m:nor/>
          </m:rPr>
          <m:t xml:space="preserve"> J</m:t>
        </m:r>
      </m:oMath>
      <w:r>
        <w:rPr>
          <w:lang w:val="vi-VN"/>
        </w:rPr>
        <w:t xml:space="preserve"> đẩy pit-tông lên. Độ biến thiên nội năng của khí là bao nhiêu jun?</w:t>
      </w:r>
    </w:p>
    <w:p w14:paraId="243F31EE" w14:textId="77777777" w:rsidR="00CE22BB" w:rsidRPr="00A75401" w:rsidRDefault="00000000" w:rsidP="002D74E6">
      <w:pPr>
        <w:keepNext/>
        <w:tabs>
          <w:tab w:val="left" w:pos="426"/>
        </w:tabs>
        <w:spacing w:before="60"/>
        <w:jc w:val="both"/>
        <w:rPr>
          <w:color w:val="CC3300"/>
        </w:rPr>
      </w:pPr>
      <w:r w:rsidRPr="00A75401">
        <w:rPr>
          <w:b/>
          <w:color w:val="CC3300"/>
        </w:rPr>
        <w:t>Đáp số: 30 J</w:t>
      </w:r>
    </w:p>
    <w:p w14:paraId="276B4BE8" w14:textId="77777777" w:rsidR="00CE22BB" w:rsidRDefault="00000000" w:rsidP="002D74E6">
      <w:pPr>
        <w:keepNext/>
        <w:tabs>
          <w:tab w:val="left" w:pos="426"/>
        </w:tabs>
        <w:spacing w:before="40" w:after="40"/>
        <w:jc w:val="both"/>
      </w:pPr>
      <w:r>
        <w:rPr>
          <w:b/>
          <w:color w:val="1E3A5F"/>
        </w:rPr>
        <w:t>Hướng dẫn chi tiết:</w:t>
      </w:r>
    </w:p>
    <w:p w14:paraId="5A4BD1F4" w14:textId="77777777" w:rsidR="00CE22BB" w:rsidRDefault="00000000" w:rsidP="002D74E6">
      <w:pPr>
        <w:tabs>
          <w:tab w:val="left" w:pos="426"/>
        </w:tabs>
        <w:spacing w:after="40"/>
        <w:ind w:left="255"/>
        <w:jc w:val="both"/>
      </w:pPr>
      <w:r>
        <w:t xml:space="preserve">- Theo nguyên lí I nhiệt động lực học: </w:t>
      </w:r>
      <m:oMath>
        <m:r>
          <w:rPr>
            <w:rFonts w:ascii="Cambria Math" w:hAnsi="Cambria Math"/>
          </w:rPr>
          <m:t>ΔU=A+Q</m:t>
        </m:r>
      </m:oMath>
      <w:r>
        <w:t>.</w:t>
      </w:r>
    </w:p>
    <w:p w14:paraId="29C27334" w14:textId="77777777" w:rsidR="00CE22BB" w:rsidRDefault="00000000" w:rsidP="002D74E6">
      <w:pPr>
        <w:tabs>
          <w:tab w:val="left" w:pos="426"/>
        </w:tabs>
        <w:spacing w:after="40"/>
        <w:ind w:left="255"/>
        <w:jc w:val="both"/>
      </w:pPr>
      <w:r>
        <w:lastRenderedPageBreak/>
        <w:t xml:space="preserve">- Khí nhận nhiệt lượng nên </w:t>
      </w:r>
      <m:oMath>
        <m:r>
          <w:rPr>
            <w:rFonts w:ascii="Cambria Math" w:hAnsi="Cambria Math"/>
          </w:rPr>
          <m:t>Q=+100 J</m:t>
        </m:r>
      </m:oMath>
      <w:r>
        <w:t xml:space="preserve">. Khí nở ra thực hiện công </w:t>
      </w:r>
      <m:oMath>
        <m:r>
          <w:rPr>
            <w:rFonts w:ascii="Cambria Math" w:hAnsi="Cambria Math"/>
          </w:rPr>
          <m:t>70 J</m:t>
        </m:r>
      </m:oMath>
      <w:r>
        <w:t xml:space="preserve"> nên công mà khí nhận là </w:t>
      </w:r>
      <m:oMath>
        <m:r>
          <w:rPr>
            <w:rFonts w:ascii="Cambria Math" w:hAnsi="Cambria Math"/>
          </w:rPr>
          <m:t>A=-70 J</m:t>
        </m:r>
      </m:oMath>
      <w:r>
        <w:t>.</w:t>
      </w:r>
    </w:p>
    <w:p w14:paraId="23CA6B82" w14:textId="77777777" w:rsidR="00CE22BB" w:rsidRDefault="00000000" w:rsidP="002D74E6">
      <w:pPr>
        <w:tabs>
          <w:tab w:val="left" w:pos="426"/>
        </w:tabs>
        <w:spacing w:after="40"/>
        <w:ind w:left="255"/>
        <w:jc w:val="both"/>
      </w:pPr>
      <w:r>
        <w:t xml:space="preserve">- Do đó </w:t>
      </w:r>
      <m:oMath>
        <m:r>
          <w:rPr>
            <w:rFonts w:ascii="Cambria Math" w:hAnsi="Cambria Math"/>
          </w:rPr>
          <m:t>ΔU=-70+100=30 J</m:t>
        </m:r>
      </m:oMath>
      <w:r>
        <w:t>.</w:t>
      </w:r>
    </w:p>
    <w:p w14:paraId="32877DA5" w14:textId="77777777" w:rsidR="00CE22BB" w:rsidRDefault="00000000" w:rsidP="002D74E6">
      <w:pPr>
        <w:keepLines/>
        <w:tabs>
          <w:tab w:val="left" w:pos="426"/>
        </w:tabs>
        <w:spacing w:after="40"/>
        <w:jc w:val="both"/>
      </w:pPr>
      <w:r>
        <w:rPr>
          <w:b/>
          <w:lang w:val="vi-VN"/>
        </w:rPr>
        <w:t xml:space="preserve">Câu 3: </w:t>
      </w:r>
      <w:r>
        <w:rPr>
          <w:lang w:val="vi-VN"/>
        </w:rPr>
        <w:t xml:space="preserve">Giá trị nhiệt độ đo được theo thang nhiệt độ Kelvin là </w:t>
      </w:r>
      <m:oMath>
        <m:r>
          <w:rPr>
            <w:rFonts w:ascii="Cambria Math" w:hAnsi="Cambria Math"/>
          </w:rPr>
          <m:t>293</m:t>
        </m:r>
        <m:r>
          <m:rPr>
            <m:nor/>
          </m:rPr>
          <m:t xml:space="preserve"> K</m:t>
        </m:r>
      </m:oMath>
      <w:r>
        <w:rPr>
          <w:lang w:val="vi-VN"/>
        </w:rPr>
        <w:t>. Hỏi theo thang nhiệt độ Fahrenheit, nhiệt độ đó có giá trị là bao nhiêu?</w:t>
      </w:r>
    </w:p>
    <w:p w14:paraId="12EBF943" w14:textId="77777777" w:rsidR="00CE22BB" w:rsidRPr="00A75401" w:rsidRDefault="00000000" w:rsidP="002D74E6">
      <w:pPr>
        <w:keepNext/>
        <w:tabs>
          <w:tab w:val="left" w:pos="426"/>
        </w:tabs>
        <w:spacing w:before="60"/>
        <w:jc w:val="both"/>
        <w:rPr>
          <w:color w:val="CC3300"/>
        </w:rPr>
      </w:pPr>
      <w:r w:rsidRPr="00A75401">
        <w:rPr>
          <w:b/>
          <w:color w:val="CC3300"/>
        </w:rPr>
        <w:t>Đáp số: 68 °F</w:t>
      </w:r>
    </w:p>
    <w:p w14:paraId="01C63C69" w14:textId="77777777" w:rsidR="00CE22BB" w:rsidRDefault="00000000" w:rsidP="002D74E6">
      <w:pPr>
        <w:keepNext/>
        <w:tabs>
          <w:tab w:val="left" w:pos="426"/>
        </w:tabs>
        <w:spacing w:before="40" w:after="40"/>
        <w:jc w:val="both"/>
      </w:pPr>
      <w:r>
        <w:rPr>
          <w:b/>
          <w:color w:val="1E3A5F"/>
        </w:rPr>
        <w:t>Hướng dẫn chi tiết:</w:t>
      </w:r>
    </w:p>
    <w:p w14:paraId="2D083D0C" w14:textId="77777777" w:rsidR="00CE22BB" w:rsidRDefault="00000000" w:rsidP="002D74E6">
      <w:pPr>
        <w:tabs>
          <w:tab w:val="left" w:pos="426"/>
        </w:tabs>
        <w:spacing w:after="40"/>
        <w:ind w:left="255"/>
        <w:jc w:val="both"/>
      </w:pPr>
      <w:r>
        <w:t xml:space="preserve">- Đổi từ Kelvin sang Celsius: </w:t>
      </w:r>
      <m:oMath>
        <m:r>
          <w:rPr>
            <w:rFonts w:ascii="Cambria Math" w:hAnsi="Cambria Math"/>
          </w:rPr>
          <m:t>t_C=T-273=293-273=20 °C</m:t>
        </m:r>
      </m:oMath>
      <w:r>
        <w:t>.</w:t>
      </w:r>
    </w:p>
    <w:p w14:paraId="301AB1FB" w14:textId="77777777" w:rsidR="00CE22BB" w:rsidRDefault="00000000" w:rsidP="002D74E6">
      <w:pPr>
        <w:tabs>
          <w:tab w:val="left" w:pos="426"/>
        </w:tabs>
        <w:spacing w:after="40"/>
        <w:ind w:left="255"/>
        <w:jc w:val="both"/>
      </w:pPr>
      <w:r>
        <w:t xml:space="preserve">- Đổi sang Fahrenheit: </w:t>
      </w:r>
      <m:oMath>
        <m:r>
          <w:rPr>
            <w:rFonts w:ascii="Cambria Math" w:hAnsi="Cambria Math"/>
          </w:rPr>
          <m:t>t_F=1,8t_C+32=1,8·20+32=68 °F</m:t>
        </m:r>
      </m:oMath>
      <w:r>
        <w:t>.</w:t>
      </w:r>
    </w:p>
    <w:p w14:paraId="1BCAECF4" w14:textId="0CF7EFFE" w:rsidR="00CE22BB" w:rsidRPr="00A75401" w:rsidRDefault="00000000" w:rsidP="002D74E6">
      <w:pPr>
        <w:keepLines/>
        <w:tabs>
          <w:tab w:val="left" w:pos="426"/>
        </w:tabs>
        <w:spacing w:after="40"/>
        <w:jc w:val="both"/>
      </w:pPr>
      <w:r>
        <w:rPr>
          <w:b/>
          <w:lang w:val="vi-VN"/>
        </w:rPr>
        <w:t xml:space="preserve">Câu 4: </w:t>
      </w:r>
      <w:r w:rsidRPr="00A75401">
        <w:rPr>
          <w:lang w:val="vi-VN"/>
        </w:rPr>
        <w:t xml:space="preserve">Một quả cầu bằng sắt có khối lượng </w:t>
      </w:r>
      <m:oMath>
        <m:r>
          <w:rPr>
            <w:rFonts w:ascii="Cambria Math" w:hAnsi="Cambria Math"/>
          </w:rPr>
          <m:t>m</m:t>
        </m:r>
      </m:oMath>
      <w:r w:rsidRPr="00A75401">
        <w:rPr>
          <w:lang w:val="vi-VN"/>
        </w:rPr>
        <w:t xml:space="preserve"> được nung nóng đến nhiệt độ </w:t>
      </w:r>
      <m:oMath>
        <m:sSub>
          <m:sSubPr>
            <m:ctrlPr>
              <w:rPr>
                <w:rFonts w:ascii="Cambria Math" w:hAnsi="Cambria Math"/>
              </w:rPr>
            </m:ctrlPr>
          </m:sSubPr>
          <m:e>
            <m:r>
              <w:rPr>
                <w:rFonts w:ascii="Cambria Math" w:hAnsi="Cambria Math"/>
              </w:rPr>
              <m:t>t</m:t>
            </m:r>
          </m:e>
          <m:sub>
            <m:r>
              <w:rPr>
                <w:rFonts w:ascii="Cambria Math" w:hAnsi="Cambria Math"/>
              </w:rPr>
              <m:t>0</m:t>
            </m:r>
          </m:sub>
        </m:sSub>
        <m:r>
          <m:rPr>
            <m:nor/>
          </m:rPr>
          <m:t xml:space="preserve"> °</m:t>
        </m:r>
        <m:r>
          <m:rPr>
            <m:nor/>
          </m:rPr>
          <m:t xml:space="preserve">C. </m:t>
        </m:r>
      </m:oMath>
      <w:r w:rsidRPr="00A75401">
        <w:rPr>
          <w:lang w:val="vi-VN"/>
        </w:rPr>
        <w:t xml:space="preserve">Nếu thả quả cầu đó vào một bình cách nhiệt thứ nhất chứa </w:t>
      </w:r>
      <m:oMath>
        <m:r>
          <w:rPr>
            <w:rFonts w:ascii="Cambria Math" w:hAnsi="Cambria Math"/>
          </w:rPr>
          <m:t>5</m:t>
        </m:r>
        <m:r>
          <m:rPr>
            <m:nor/>
          </m:rPr>
          <m:t xml:space="preserve"> kg</m:t>
        </m:r>
      </m:oMath>
      <w:r w:rsidRPr="00A75401">
        <w:rPr>
          <w:lang w:val="vi-VN"/>
        </w:rPr>
        <w:t xml:space="preserve"> nước ở nhiệt độ </w:t>
      </w:r>
      <m:oMath>
        <m:r>
          <w:rPr>
            <w:rFonts w:ascii="Cambria Math" w:hAnsi="Cambria Math"/>
          </w:rPr>
          <m:t>0</m:t>
        </m:r>
        <m:r>
          <m:rPr>
            <m:nor/>
          </m:rPr>
          <m:t xml:space="preserve"> °C</m:t>
        </m:r>
      </m:oMath>
      <w:r w:rsidRPr="00A75401">
        <w:rPr>
          <w:lang w:val="vi-VN"/>
        </w:rPr>
        <w:t xml:space="preserve"> thì nhiệt độ cân bằng của hệ là </w:t>
      </w:r>
      <m:oMath>
        <m:r>
          <w:rPr>
            <w:rFonts w:ascii="Cambria Math" w:hAnsi="Cambria Math"/>
          </w:rPr>
          <m:t>4,2</m:t>
        </m:r>
        <m:r>
          <m:rPr>
            <m:nor/>
          </m:rPr>
          <m:t xml:space="preserve"> °</m:t>
        </m:r>
        <m:r>
          <m:rPr>
            <m:nor/>
          </m:rPr>
          <m:t xml:space="preserve">C. </m:t>
        </m:r>
      </m:oMath>
      <w:r w:rsidRPr="00A75401">
        <w:rPr>
          <w:lang w:val="vi-VN"/>
        </w:rPr>
        <w:t xml:space="preserve">Nếu thả quả cầu đó vào bình cách nhiệt thứ hai chứa </w:t>
      </w:r>
      <m:oMath>
        <m:r>
          <w:rPr>
            <w:rFonts w:ascii="Cambria Math" w:hAnsi="Cambria Math"/>
          </w:rPr>
          <m:t>4</m:t>
        </m:r>
        <m:r>
          <m:rPr>
            <m:nor/>
          </m:rPr>
          <m:t xml:space="preserve"> kg</m:t>
        </m:r>
      </m:oMath>
      <w:r w:rsidRPr="00A75401">
        <w:rPr>
          <w:lang w:val="vi-VN"/>
        </w:rPr>
        <w:t xml:space="preserve"> nước ở nhiệt độ </w:t>
      </w:r>
      <m:oMath>
        <m:r>
          <w:rPr>
            <w:rFonts w:ascii="Cambria Math" w:hAnsi="Cambria Math"/>
          </w:rPr>
          <m:t>25</m:t>
        </m:r>
        <m:r>
          <m:rPr>
            <m:nor/>
          </m:rPr>
          <m:t xml:space="preserve"> °C</m:t>
        </m:r>
      </m:oMath>
      <w:r w:rsidRPr="00A75401">
        <w:rPr>
          <w:lang w:val="vi-VN"/>
        </w:rPr>
        <w:t xml:space="preserve"> thì nhiệt độ cân bằng của hệ là </w:t>
      </w:r>
      <m:oMath>
        <m:r>
          <w:rPr>
            <w:rFonts w:ascii="Cambria Math" w:hAnsi="Cambria Math"/>
          </w:rPr>
          <m:t>28,9</m:t>
        </m:r>
        <m:r>
          <m:rPr>
            <m:nor/>
          </m:rPr>
          <m:t xml:space="preserve"> °</m:t>
        </m:r>
        <m:r>
          <m:rPr>
            <m:nor/>
          </m:rPr>
          <m:t xml:space="preserve">C. </m:t>
        </m:r>
      </m:oMath>
      <w:r w:rsidRPr="00A75401">
        <w:rPr>
          <w:lang w:val="vi-VN"/>
        </w:rPr>
        <w:t xml:space="preserve">Bỏ qua sự trao đổi nhiệt với bình và môi trường. Khối lượng </w:t>
      </w:r>
      <m:oMath>
        <m:r>
          <w:rPr>
            <w:rFonts w:ascii="Cambria Math" w:hAnsi="Cambria Math"/>
          </w:rPr>
          <m:t>m</m:t>
        </m:r>
      </m:oMath>
      <w:r w:rsidRPr="00A75401">
        <w:rPr>
          <w:lang w:val="vi-VN"/>
        </w:rPr>
        <w:t xml:space="preserve"> của quả cầu là bao nhiêu kilôgam (kết quả làm tròn đến phần nguyên)? Biết nhiệt dung riêng của sắt và nước lần lượt là </w:t>
      </w:r>
      <m:oMath>
        <m:r>
          <w:rPr>
            <w:rFonts w:ascii="Cambria Math" w:hAnsi="Cambria Math"/>
          </w:rPr>
          <m:t>460</m:t>
        </m:r>
        <m:r>
          <m:rPr>
            <m:nor/>
          </m:rPr>
          <m:t xml:space="preserve"> J·</m:t>
        </m:r>
        <m:sSup>
          <m:sSupPr>
            <m:ctrlPr>
              <w:rPr>
                <w:rFonts w:ascii="Cambria Math" w:hAnsi="Cambria Math"/>
              </w:rPr>
            </m:ctrlPr>
          </m:sSupPr>
          <m:e>
            <m:r>
              <m:rPr>
                <m:nor/>
              </m:rPr>
              <m:t>kg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sidRPr="00A75401">
        <w:rPr>
          <w:lang w:val="vi-VN"/>
        </w:rPr>
        <w:t xml:space="preserve"> và </w:t>
      </w:r>
      <m:oMath>
        <m:r>
          <w:rPr>
            <w:rFonts w:ascii="Cambria Math" w:hAnsi="Cambria Math"/>
          </w:rPr>
          <m:t>4200</m:t>
        </m:r>
        <m:r>
          <m:rPr>
            <m:nor/>
          </m:rPr>
          <m:t xml:space="preserve"> J·</m:t>
        </m:r>
        <m:sSup>
          <m:sSupPr>
            <m:ctrlPr>
              <w:rPr>
                <w:rFonts w:ascii="Cambria Math" w:hAnsi="Cambria Math"/>
              </w:rPr>
            </m:ctrlPr>
          </m:sSupPr>
          <m:e>
            <m:r>
              <m:rPr>
                <m:nor/>
              </m:rPr>
              <m:t>kg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sidRPr="00A75401">
        <w:rPr>
          <w:lang w:val="vi-VN"/>
        </w:rPr>
        <w:t>.</w:t>
      </w:r>
    </w:p>
    <w:p w14:paraId="52F110AD" w14:textId="77777777" w:rsidR="00CE22BB" w:rsidRPr="00A75401" w:rsidRDefault="00000000" w:rsidP="002D74E6">
      <w:pPr>
        <w:keepNext/>
        <w:tabs>
          <w:tab w:val="left" w:pos="426"/>
        </w:tabs>
        <w:spacing w:before="60"/>
        <w:jc w:val="both"/>
        <w:rPr>
          <w:color w:val="CC3300"/>
        </w:rPr>
      </w:pPr>
      <w:r w:rsidRPr="00A75401">
        <w:rPr>
          <w:b/>
          <w:color w:val="CC3300"/>
        </w:rPr>
        <w:t>Đáp số: 2 kg</w:t>
      </w:r>
    </w:p>
    <w:p w14:paraId="0519A1A1" w14:textId="77777777" w:rsidR="00CE22BB" w:rsidRDefault="00000000" w:rsidP="002D74E6">
      <w:pPr>
        <w:keepNext/>
        <w:tabs>
          <w:tab w:val="left" w:pos="426"/>
        </w:tabs>
        <w:spacing w:before="40" w:after="40"/>
        <w:jc w:val="both"/>
      </w:pPr>
      <w:r>
        <w:rPr>
          <w:b/>
          <w:color w:val="1E3A5F"/>
        </w:rPr>
        <w:t>Hướng dẫn chi tiết:</w:t>
      </w:r>
    </w:p>
    <w:p w14:paraId="435A5CBA" w14:textId="77777777" w:rsidR="00CE22BB" w:rsidRDefault="00000000" w:rsidP="002D74E6">
      <w:pPr>
        <w:tabs>
          <w:tab w:val="left" w:pos="426"/>
        </w:tabs>
        <w:spacing w:after="40"/>
        <w:ind w:left="255"/>
        <w:jc w:val="both"/>
      </w:pPr>
      <w:r>
        <w:t xml:space="preserve">- Lần thả thứ nhất, nhiệt lượng quả cầu sắt tỏa ra bằng nhiệt lượng </w:t>
      </w:r>
      <m:oMath>
        <m:r>
          <w:rPr>
            <w:rFonts w:ascii="Cambria Math" w:hAnsi="Cambria Math"/>
          </w:rPr>
          <m:t>5 kg</m:t>
        </m:r>
      </m:oMath>
      <w:r>
        <w:t xml:space="preserve"> nước thu vào:</w:t>
      </w:r>
    </w:p>
    <w:p w14:paraId="7CA43118" w14:textId="77777777" w:rsidR="00CE22BB" w:rsidRDefault="00000000" w:rsidP="002D74E6">
      <w:pPr>
        <w:tabs>
          <w:tab w:val="left" w:pos="426"/>
        </w:tabs>
        <w:spacing w:after="40"/>
        <w:ind w:left="255"/>
        <w:jc w:val="both"/>
      </w:pPr>
      <w:r>
        <w:t xml:space="preserve">- </w:t>
      </w:r>
      <m:oMath>
        <m:r>
          <w:rPr>
            <w:rFonts w:ascii="Cambria Math" w:hAnsi="Cambria Math"/>
          </w:rPr>
          <m:t>m·460·(t₀-4,2)=5·4200·4,2=88200</m:t>
        </m:r>
      </m:oMath>
      <w:r>
        <w:t>.</w:t>
      </w:r>
    </w:p>
    <w:p w14:paraId="41FC6AA4" w14:textId="77777777" w:rsidR="00CE22BB" w:rsidRDefault="00000000" w:rsidP="002D74E6">
      <w:pPr>
        <w:tabs>
          <w:tab w:val="left" w:pos="426"/>
        </w:tabs>
        <w:spacing w:after="40"/>
        <w:ind w:left="255"/>
        <w:jc w:val="both"/>
      </w:pPr>
      <w:r>
        <w:t>- Lần thả thứ hai:</w:t>
      </w:r>
    </w:p>
    <w:p w14:paraId="0B93F869" w14:textId="77777777" w:rsidR="00CE22BB" w:rsidRDefault="00000000" w:rsidP="002D74E6">
      <w:pPr>
        <w:tabs>
          <w:tab w:val="left" w:pos="426"/>
        </w:tabs>
        <w:spacing w:after="40"/>
        <w:ind w:left="255"/>
        <w:jc w:val="both"/>
      </w:pPr>
      <w:r>
        <w:t xml:space="preserve">- </w:t>
      </w:r>
      <m:oMath>
        <m:r>
          <w:rPr>
            <w:rFonts w:ascii="Cambria Math" w:hAnsi="Cambria Math"/>
          </w:rPr>
          <m:t>m·460·(t₀-28,9)=4·4200·(28,9-25)=65520</m:t>
        </m:r>
      </m:oMath>
      <w:r>
        <w:t>.</w:t>
      </w:r>
    </w:p>
    <w:p w14:paraId="46AD9E06" w14:textId="77777777" w:rsidR="00CE22BB" w:rsidRDefault="00000000" w:rsidP="002D74E6">
      <w:pPr>
        <w:tabs>
          <w:tab w:val="left" w:pos="426"/>
        </w:tabs>
        <w:spacing w:after="40"/>
        <w:ind w:left="255"/>
        <w:jc w:val="both"/>
      </w:pPr>
      <w:r>
        <w:t>- Lấy phương trình thứ nhất trừ phương trình thứ hai:</w:t>
      </w:r>
    </w:p>
    <w:p w14:paraId="0D9429C5" w14:textId="77777777" w:rsidR="00CE22BB" w:rsidRDefault="00000000" w:rsidP="002D74E6">
      <w:pPr>
        <w:tabs>
          <w:tab w:val="left" w:pos="426"/>
        </w:tabs>
        <w:spacing w:after="40"/>
        <w:ind w:left="255"/>
        <w:jc w:val="both"/>
      </w:pPr>
      <w:r>
        <w:t xml:space="preserve">- </w:t>
      </w:r>
      <m:oMath>
        <m:r>
          <w:rPr>
            <w:rFonts w:ascii="Cambria Math" w:hAnsi="Cambria Math"/>
          </w:rPr>
          <m:t>m·460·(28,9-4,2)=88200-65520</m:t>
        </m:r>
      </m:oMath>
      <w:r>
        <w:t>.</w:t>
      </w:r>
    </w:p>
    <w:p w14:paraId="08131907" w14:textId="77777777" w:rsidR="00CE22BB" w:rsidRDefault="00000000" w:rsidP="002D74E6">
      <w:pPr>
        <w:tabs>
          <w:tab w:val="left" w:pos="426"/>
        </w:tabs>
        <w:spacing w:after="40"/>
        <w:ind w:left="255"/>
        <w:jc w:val="both"/>
      </w:pPr>
      <w:r>
        <w:t xml:space="preserve">- Suy ra </w:t>
      </w:r>
      <m:oMath>
        <m:r>
          <w:rPr>
            <w:rFonts w:ascii="Cambria Math" w:hAnsi="Cambria Math"/>
          </w:rPr>
          <m:t>m=22680/(460·24,7)≈1,996 kg</m:t>
        </m:r>
      </m:oMath>
      <w:r>
        <w:t xml:space="preserve">. Làm tròn đến phần nguyên: </w:t>
      </w:r>
      <m:oMath>
        <m:r>
          <w:rPr>
            <w:rFonts w:ascii="Cambria Math" w:hAnsi="Cambria Math"/>
          </w:rPr>
          <m:t>m≈2 kg</m:t>
        </m:r>
      </m:oMath>
      <w:r>
        <w:t>.</w:t>
      </w:r>
    </w:p>
    <w:p w14:paraId="581D6C3A" w14:textId="77777777" w:rsidR="00CE22BB" w:rsidRDefault="00000000" w:rsidP="002D74E6">
      <w:pPr>
        <w:keepLines/>
        <w:tabs>
          <w:tab w:val="left" w:pos="426"/>
        </w:tabs>
        <w:spacing w:after="40"/>
        <w:jc w:val="both"/>
      </w:pPr>
      <w:r>
        <w:rPr>
          <w:b/>
          <w:lang w:val="vi-VN"/>
        </w:rPr>
        <w:t xml:space="preserve">Câu 5: </w:t>
      </w:r>
      <w:r>
        <w:rPr>
          <w:lang w:val="vi-VN"/>
        </w:rPr>
        <w:t xml:space="preserve">Biết nhiệt nóng chảy riêng của nước đá là </w:t>
      </w:r>
      <m:oMath>
        <m:r>
          <w:rPr>
            <w:rFonts w:ascii="Cambria Math" w:hAnsi="Cambria Math"/>
          </w:rPr>
          <m:t xml:space="preserve">λ = 3,4 × </m:t>
        </m:r>
        <m:sSup>
          <m:sSupPr>
            <m:ctrlPr>
              <w:rPr>
                <w:rFonts w:ascii="Cambria Math" w:hAnsi="Cambria Math"/>
              </w:rPr>
            </m:ctrlPr>
          </m:sSupPr>
          <m:e>
            <m:r>
              <w:rPr>
                <w:rFonts w:ascii="Cambria Math" w:hAnsi="Cambria Math"/>
              </w:rPr>
              <m:t>10</m:t>
            </m:r>
          </m:e>
          <m:sup>
            <m:r>
              <w:rPr>
                <w:rFonts w:ascii="Cambria Math" w:hAnsi="Cambria Math"/>
              </w:rPr>
              <m:t>5</m:t>
            </m:r>
          </m:sup>
        </m:sSup>
        <m:r>
          <m:rPr>
            <m:nor/>
          </m:rPr>
          <m:t xml:space="preserve"> J/kg</m:t>
        </m:r>
      </m:oMath>
      <w:r>
        <w:rPr>
          <w:lang w:val="vi-VN"/>
        </w:rPr>
        <w:t xml:space="preserve">. Nhiệt lượng </w:t>
      </w:r>
      <m:oMath>
        <m:r>
          <w:rPr>
            <w:rFonts w:ascii="Cambria Math" w:hAnsi="Cambria Math"/>
          </w:rPr>
          <m:t>Q</m:t>
        </m:r>
      </m:oMath>
      <w:r>
        <w:rPr>
          <w:lang w:val="vi-VN"/>
        </w:rPr>
        <w:t xml:space="preserve"> cần cung cấp để làm nóng chảy </w:t>
      </w:r>
      <m:oMath>
        <m:r>
          <w:rPr>
            <w:rFonts w:ascii="Cambria Math" w:hAnsi="Cambria Math"/>
          </w:rPr>
          <m:t>100</m:t>
        </m:r>
        <m:r>
          <m:rPr>
            <m:nor/>
          </m:rPr>
          <m:t xml:space="preserve"> g</m:t>
        </m:r>
      </m:oMath>
      <w:r>
        <w:rPr>
          <w:lang w:val="vi-VN"/>
        </w:rPr>
        <w:t xml:space="preserve"> nước đá ở </w:t>
      </w:r>
      <m:oMath>
        <m:r>
          <w:rPr>
            <w:rFonts w:ascii="Cambria Math" w:hAnsi="Cambria Math"/>
          </w:rPr>
          <m:t>0</m:t>
        </m:r>
        <m:r>
          <m:rPr>
            <m:nor/>
          </m:rPr>
          <m:t xml:space="preserve"> °C</m:t>
        </m:r>
      </m:oMath>
      <w:r>
        <w:rPr>
          <w:lang w:val="vi-VN"/>
        </w:rPr>
        <w:t xml:space="preserve"> bằng bao nhiêu kilôjun?</w:t>
      </w:r>
    </w:p>
    <w:p w14:paraId="7BCDE4F4" w14:textId="77777777" w:rsidR="00CE22BB" w:rsidRPr="00A75401" w:rsidRDefault="00000000" w:rsidP="002D74E6">
      <w:pPr>
        <w:keepNext/>
        <w:tabs>
          <w:tab w:val="left" w:pos="426"/>
        </w:tabs>
        <w:spacing w:before="60"/>
        <w:jc w:val="both"/>
        <w:rPr>
          <w:color w:val="CC3300"/>
        </w:rPr>
      </w:pPr>
      <w:r w:rsidRPr="00A75401">
        <w:rPr>
          <w:b/>
          <w:color w:val="CC3300"/>
        </w:rPr>
        <w:t>Đáp số: 34 kJ</w:t>
      </w:r>
    </w:p>
    <w:p w14:paraId="24D55675" w14:textId="77777777" w:rsidR="00CE22BB" w:rsidRDefault="00000000" w:rsidP="002D74E6">
      <w:pPr>
        <w:keepNext/>
        <w:tabs>
          <w:tab w:val="left" w:pos="426"/>
        </w:tabs>
        <w:spacing w:before="40" w:after="40"/>
        <w:jc w:val="both"/>
      </w:pPr>
      <w:r>
        <w:rPr>
          <w:b/>
          <w:color w:val="1E3A5F"/>
        </w:rPr>
        <w:t>Hướng dẫn chi tiết:</w:t>
      </w:r>
    </w:p>
    <w:p w14:paraId="27629D0C" w14:textId="77777777" w:rsidR="00CE22BB" w:rsidRDefault="00000000" w:rsidP="002D74E6">
      <w:pPr>
        <w:tabs>
          <w:tab w:val="left" w:pos="426"/>
        </w:tabs>
        <w:spacing w:after="40"/>
        <w:ind w:left="255"/>
        <w:jc w:val="both"/>
      </w:pPr>
      <w:r>
        <w:t xml:space="preserve">- Đổi khối lượng: </w:t>
      </w:r>
      <m:oMath>
        <m:r>
          <w:rPr>
            <w:rFonts w:ascii="Cambria Math" w:hAnsi="Cambria Math"/>
          </w:rPr>
          <m:t>m=100 g=0,100 kg</m:t>
        </m:r>
      </m:oMath>
      <w:r>
        <w:t>.</w:t>
      </w:r>
    </w:p>
    <w:p w14:paraId="0D2FA756" w14:textId="77777777" w:rsidR="00CE22BB" w:rsidRDefault="00000000" w:rsidP="002D74E6">
      <w:pPr>
        <w:tabs>
          <w:tab w:val="left" w:pos="426"/>
        </w:tabs>
        <w:spacing w:after="40"/>
        <w:ind w:left="255"/>
        <w:jc w:val="both"/>
      </w:pPr>
      <w:r>
        <w:t xml:space="preserve">- Nước đá đã ở nhiệt độ nóng chảy nên chỉ cần nhiệt lượng nóng chảy: </w:t>
      </w:r>
      <m:oMath>
        <m:r>
          <w:rPr>
            <w:rFonts w:ascii="Cambria Math" w:hAnsi="Cambria Math"/>
          </w:rPr>
          <m:t>Q=λm=3,4×10⁵·0,100=3,4×10⁴ J=34 kJ</m:t>
        </m:r>
      </m:oMath>
      <w:r>
        <w:t>.</w:t>
      </w:r>
    </w:p>
    <w:p w14:paraId="49B79A4E" w14:textId="77777777" w:rsidR="00CE22BB" w:rsidRDefault="00000000" w:rsidP="002D74E6">
      <w:pPr>
        <w:keepLines/>
        <w:tabs>
          <w:tab w:val="left" w:pos="426"/>
        </w:tabs>
        <w:spacing w:after="40"/>
        <w:jc w:val="both"/>
      </w:pPr>
      <w:r>
        <w:rPr>
          <w:b/>
          <w:lang w:val="vi-VN"/>
        </w:rPr>
        <w:t xml:space="preserve">Câu 6: </w:t>
      </w:r>
      <w:r>
        <w:rPr>
          <w:lang w:val="vi-VN"/>
        </w:rPr>
        <w:t xml:space="preserve">Cho biết nước đá có nhiệt nóng chảy riêng là </w:t>
      </w:r>
      <m:oMath>
        <m:r>
          <w:rPr>
            <w:rFonts w:ascii="Cambria Math" w:hAnsi="Cambria Math"/>
          </w:rPr>
          <m:t xml:space="preserve">λ = 3,4 × </m:t>
        </m:r>
        <m:sSup>
          <m:sSupPr>
            <m:ctrlPr>
              <w:rPr>
                <w:rFonts w:ascii="Cambria Math" w:hAnsi="Cambria Math"/>
              </w:rPr>
            </m:ctrlPr>
          </m:sSupPr>
          <m:e>
            <m:r>
              <w:rPr>
                <w:rFonts w:ascii="Cambria Math" w:hAnsi="Cambria Math"/>
              </w:rPr>
              <m:t>10</m:t>
            </m:r>
          </m:e>
          <m:sup>
            <m:r>
              <w:rPr>
                <w:rFonts w:ascii="Cambria Math" w:hAnsi="Cambria Math"/>
              </w:rPr>
              <m:t>5</m:t>
            </m:r>
          </m:sup>
        </m:sSup>
        <m:r>
          <m:rPr>
            <m:nor/>
          </m:rPr>
          <m:t xml:space="preserve"> J/kg</m:t>
        </m:r>
      </m:oMath>
      <w:r>
        <w:rPr>
          <w:lang w:val="vi-VN"/>
        </w:rPr>
        <w:t xml:space="preserve"> và nhiệt dung riêng là </w:t>
      </w:r>
      <m:oMath>
        <m:r>
          <w:rPr>
            <w:rFonts w:ascii="Cambria Math" w:hAnsi="Cambria Math"/>
          </w:rPr>
          <m:t xml:space="preserve">c = 2,09 × </m:t>
        </m:r>
        <m:sSup>
          <m:sSupPr>
            <m:ctrlPr>
              <w:rPr>
                <w:rFonts w:ascii="Cambria Math" w:hAnsi="Cambria Math"/>
              </w:rPr>
            </m:ctrlPr>
          </m:sSupPr>
          <m:e>
            <m:r>
              <w:rPr>
                <w:rFonts w:ascii="Cambria Math" w:hAnsi="Cambria Math"/>
              </w:rPr>
              <m:t>10</m:t>
            </m:r>
          </m:e>
          <m:sup>
            <m:r>
              <w:rPr>
                <w:rFonts w:ascii="Cambria Math" w:hAnsi="Cambria Math"/>
              </w:rPr>
              <m:t>3</m:t>
            </m:r>
          </m:sup>
        </m:sSup>
        <m:r>
          <m:rPr>
            <m:nor/>
          </m:rPr>
          <m:t xml:space="preserve"> J·</m:t>
        </m:r>
        <m:sSup>
          <m:sSupPr>
            <m:ctrlPr>
              <w:rPr>
                <w:rFonts w:ascii="Cambria Math" w:hAnsi="Cambria Math"/>
              </w:rPr>
            </m:ctrlPr>
          </m:sSupPr>
          <m:e>
            <m:r>
              <m:rPr>
                <m:nor/>
              </m:rPr>
              <m:t>kg</m:t>
            </m:r>
          </m:e>
          <m:sup>
            <m:r>
              <w:rPr>
                <w:rFonts w:ascii="Cambria Math" w:hAnsi="Cambria Math"/>
              </w:rPr>
              <m:t>-1</m:t>
            </m:r>
          </m:sup>
        </m:sSup>
        <m:r>
          <m:rPr>
            <m:nor/>
          </m:rPr>
          <m:t>·</m:t>
        </m:r>
        <m:sSup>
          <m:sSupPr>
            <m:ctrlPr>
              <w:rPr>
                <w:rFonts w:ascii="Cambria Math" w:hAnsi="Cambria Math"/>
              </w:rPr>
            </m:ctrlPr>
          </m:sSupPr>
          <m:e>
            <m:r>
              <m:rPr>
                <m:nor/>
              </m:rPr>
              <m:t>K</m:t>
            </m:r>
          </m:e>
          <m:sup>
            <m:r>
              <w:rPr>
                <w:rFonts w:ascii="Cambria Math" w:hAnsi="Cambria Math"/>
              </w:rPr>
              <m:t>-1</m:t>
            </m:r>
          </m:sup>
        </m:sSup>
      </m:oMath>
      <w:r>
        <w:rPr>
          <w:lang w:val="vi-VN"/>
        </w:rPr>
        <w:t xml:space="preserve">. Nhiệt lượng cần cung cấp để làm nóng chảy cục nước đá khối lượng </w:t>
      </w:r>
      <m:oMath>
        <m:r>
          <w:rPr>
            <w:rFonts w:ascii="Cambria Math" w:hAnsi="Cambria Math"/>
          </w:rPr>
          <m:t>50</m:t>
        </m:r>
        <m:r>
          <m:rPr>
            <m:nor/>
          </m:rPr>
          <m:t xml:space="preserve"> g</m:t>
        </m:r>
      </m:oMath>
      <w:r>
        <w:rPr>
          <w:lang w:val="vi-VN"/>
        </w:rPr>
        <w:t xml:space="preserve"> đang có nhiệt độ </w:t>
      </w:r>
      <m:oMath>
        <m:r>
          <w:rPr>
            <w:rFonts w:ascii="Cambria Math" w:hAnsi="Cambria Math"/>
          </w:rPr>
          <m:t>-20</m:t>
        </m:r>
        <m:r>
          <m:rPr>
            <m:nor/>
          </m:rPr>
          <m:t xml:space="preserve"> °C</m:t>
        </m:r>
      </m:oMath>
      <w:r>
        <w:rPr>
          <w:lang w:val="vi-VN"/>
        </w:rPr>
        <w:t xml:space="preserve"> bằng bao nhiêu kilôjun?</w:t>
      </w:r>
    </w:p>
    <w:p w14:paraId="23A78698" w14:textId="77777777" w:rsidR="00CE22BB" w:rsidRPr="00A75401" w:rsidRDefault="00000000" w:rsidP="002D74E6">
      <w:pPr>
        <w:keepNext/>
        <w:tabs>
          <w:tab w:val="left" w:pos="426"/>
        </w:tabs>
        <w:spacing w:before="60"/>
        <w:jc w:val="both"/>
        <w:rPr>
          <w:color w:val="CC3300"/>
        </w:rPr>
      </w:pPr>
      <w:r w:rsidRPr="00A75401">
        <w:rPr>
          <w:b/>
          <w:color w:val="CC3300"/>
        </w:rPr>
        <w:t>Đáp số: 19 kJ</w:t>
      </w:r>
    </w:p>
    <w:p w14:paraId="6CE32A0A" w14:textId="77777777" w:rsidR="00CE22BB" w:rsidRDefault="00000000" w:rsidP="002D74E6">
      <w:pPr>
        <w:keepNext/>
        <w:tabs>
          <w:tab w:val="left" w:pos="426"/>
        </w:tabs>
        <w:spacing w:before="40" w:after="40"/>
        <w:jc w:val="both"/>
      </w:pPr>
      <w:r>
        <w:rPr>
          <w:b/>
          <w:color w:val="1E3A5F"/>
        </w:rPr>
        <w:t>Hướng dẫn chi tiết:</w:t>
      </w:r>
    </w:p>
    <w:p w14:paraId="61D0C402" w14:textId="77777777" w:rsidR="00CE22BB" w:rsidRDefault="00000000" w:rsidP="002D74E6">
      <w:pPr>
        <w:tabs>
          <w:tab w:val="left" w:pos="426"/>
        </w:tabs>
        <w:spacing w:after="40"/>
        <w:ind w:left="255"/>
        <w:jc w:val="both"/>
      </w:pPr>
      <w:r>
        <w:t xml:space="preserve">- Quá trình gồm hai giai đoạn: làm nước đá tăng nhiệt độ từ </w:t>
      </w:r>
      <m:oMath>
        <m:r>
          <w:rPr>
            <w:rFonts w:ascii="Cambria Math" w:hAnsi="Cambria Math"/>
          </w:rPr>
          <m:t>-20 °C</m:t>
        </m:r>
      </m:oMath>
      <w:r>
        <w:t xml:space="preserve"> lên </w:t>
      </w:r>
      <m:oMath>
        <m:r>
          <w:rPr>
            <w:rFonts w:ascii="Cambria Math" w:hAnsi="Cambria Math"/>
          </w:rPr>
          <m:t>0 °C</m:t>
        </m:r>
      </m:oMath>
      <w:r>
        <w:t xml:space="preserve"> rồi làm nóng chảy hoàn toàn ở </w:t>
      </w:r>
      <m:oMath>
        <m:r>
          <w:rPr>
            <w:rFonts w:ascii="Cambria Math" w:hAnsi="Cambria Math"/>
          </w:rPr>
          <m:t>0 °C</m:t>
        </m:r>
      </m:oMath>
      <w:r>
        <w:t>.</w:t>
      </w:r>
    </w:p>
    <w:p w14:paraId="20FC5CAA" w14:textId="77777777" w:rsidR="00CE22BB" w:rsidRDefault="00000000" w:rsidP="002D74E6">
      <w:pPr>
        <w:tabs>
          <w:tab w:val="left" w:pos="426"/>
        </w:tabs>
        <w:spacing w:after="40"/>
        <w:ind w:left="255"/>
        <w:jc w:val="both"/>
      </w:pPr>
      <w:r>
        <w:t xml:space="preserve">- Đổi khối lượng: </w:t>
      </w:r>
      <m:oMath>
        <m:r>
          <w:rPr>
            <w:rFonts w:ascii="Cambria Math" w:hAnsi="Cambria Math"/>
          </w:rPr>
          <m:t>m=50 g=0,050 kg</m:t>
        </m:r>
      </m:oMath>
      <w:r>
        <w:t>.</w:t>
      </w:r>
    </w:p>
    <w:p w14:paraId="0C7BBABB" w14:textId="77777777" w:rsidR="00CE22BB" w:rsidRDefault="00000000" w:rsidP="002D74E6">
      <w:pPr>
        <w:tabs>
          <w:tab w:val="left" w:pos="426"/>
        </w:tabs>
        <w:spacing w:after="40"/>
        <w:ind w:left="255"/>
        <w:jc w:val="both"/>
      </w:pPr>
      <w:r>
        <w:t xml:space="preserve">- Nhiệt lượng làm nóng nước đá: </w:t>
      </w:r>
      <m:oMath>
        <m:r>
          <w:rPr>
            <w:rFonts w:ascii="Cambria Math" w:hAnsi="Cambria Math"/>
          </w:rPr>
          <m:t>Q₁=mcΔT=0,050·2,09×10³·20=2090 J</m:t>
        </m:r>
      </m:oMath>
      <w:r>
        <w:t>.</w:t>
      </w:r>
    </w:p>
    <w:p w14:paraId="01B74AAA" w14:textId="77777777" w:rsidR="00CE22BB" w:rsidRDefault="00000000" w:rsidP="002D74E6">
      <w:pPr>
        <w:tabs>
          <w:tab w:val="left" w:pos="426"/>
        </w:tabs>
        <w:spacing w:after="40"/>
        <w:ind w:left="255"/>
        <w:jc w:val="both"/>
      </w:pPr>
      <w:r>
        <w:t xml:space="preserve">- Nhiệt lượng làm nóng chảy: </w:t>
      </w:r>
      <m:oMath>
        <m:r>
          <w:rPr>
            <w:rFonts w:ascii="Cambria Math" w:hAnsi="Cambria Math"/>
          </w:rPr>
          <m:t>Q₂=mλ=0,050·3,4×10⁵=17000 J</m:t>
        </m:r>
      </m:oMath>
      <w:r>
        <w:t>.</w:t>
      </w:r>
    </w:p>
    <w:p w14:paraId="6FB80E1B" w14:textId="77777777" w:rsidR="00CE22BB" w:rsidRDefault="00000000" w:rsidP="002D74E6">
      <w:pPr>
        <w:tabs>
          <w:tab w:val="left" w:pos="426"/>
        </w:tabs>
        <w:spacing w:after="40"/>
        <w:ind w:left="255"/>
        <w:jc w:val="both"/>
      </w:pPr>
      <w:r>
        <w:t xml:space="preserve">- Tổng nhiệt lượng: </w:t>
      </w:r>
      <m:oMath>
        <m:r>
          <w:rPr>
            <w:rFonts w:ascii="Cambria Math" w:hAnsi="Cambria Math"/>
          </w:rPr>
          <m:t>Q=Q₁+Q₂=19090 J=19,09 kJ≈19 kJ</m:t>
        </m:r>
      </m:oMath>
      <w:r>
        <w:t>.</w:t>
      </w:r>
    </w:p>
    <w:p w14:paraId="0FF7DD71" w14:textId="77777777" w:rsidR="00A75401" w:rsidRDefault="00A75401" w:rsidP="002D74E6">
      <w:pPr>
        <w:tabs>
          <w:tab w:val="left" w:pos="426"/>
        </w:tabs>
        <w:spacing w:after="40"/>
        <w:ind w:left="255"/>
        <w:jc w:val="both"/>
      </w:pPr>
    </w:p>
    <w:p w14:paraId="043BB1A1" w14:textId="2AD37495" w:rsidR="00CE22BB" w:rsidRDefault="00000000" w:rsidP="002D74E6">
      <w:pPr>
        <w:tabs>
          <w:tab w:val="left" w:pos="426"/>
        </w:tabs>
        <w:spacing w:before="160"/>
        <w:jc w:val="center"/>
      </w:pPr>
      <w:r>
        <w:rPr>
          <w:b/>
        </w:rPr>
        <w:lastRenderedPageBreak/>
        <w:t>------------------ HẾT ------------------</w:t>
      </w:r>
    </w:p>
    <w:sectPr w:rsidR="00CE22BB" w:rsidSect="00034616">
      <w:footerReference w:type="default" r:id="rId9"/>
      <w:pgSz w:w="11906" w:h="16838"/>
      <w:pgMar w:top="879" w:right="992" w:bottom="879" w:left="992"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FA379" w14:textId="77777777" w:rsidR="004D1CFB" w:rsidRDefault="004D1CFB">
      <w:pPr>
        <w:spacing w:after="0" w:line="240" w:lineRule="auto"/>
      </w:pPr>
      <w:r>
        <w:separator/>
      </w:r>
    </w:p>
  </w:endnote>
  <w:endnote w:type="continuationSeparator" w:id="0">
    <w:p w14:paraId="37358ED1" w14:textId="77777777" w:rsidR="004D1CFB" w:rsidRDefault="004D1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83D64" w14:textId="77777777" w:rsidR="00CE22BB" w:rsidRDefault="00000000">
    <w:pPr>
      <w:pStyle w:val="Footer"/>
      <w:jc w:val="center"/>
    </w:pPr>
    <w:r>
      <w:rPr>
        <w:color w:val="646464"/>
        <w:sz w:val="18"/>
      </w:rPr>
      <w:t>Physics Team | physicsteam.vn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903D0" w14:textId="77777777" w:rsidR="004D1CFB" w:rsidRDefault="004D1CFB">
      <w:pPr>
        <w:spacing w:after="0" w:line="240" w:lineRule="auto"/>
      </w:pPr>
      <w:r>
        <w:separator/>
      </w:r>
    </w:p>
  </w:footnote>
  <w:footnote w:type="continuationSeparator" w:id="0">
    <w:p w14:paraId="461367BF" w14:textId="77777777" w:rsidR="004D1CFB" w:rsidRDefault="004D1C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71322901">
    <w:abstractNumId w:val="8"/>
  </w:num>
  <w:num w:numId="2" w16cid:durableId="394857867">
    <w:abstractNumId w:val="6"/>
  </w:num>
  <w:num w:numId="3" w16cid:durableId="799882780">
    <w:abstractNumId w:val="5"/>
  </w:num>
  <w:num w:numId="4" w16cid:durableId="1342901136">
    <w:abstractNumId w:val="4"/>
  </w:num>
  <w:num w:numId="5" w16cid:durableId="87431816">
    <w:abstractNumId w:val="7"/>
  </w:num>
  <w:num w:numId="6" w16cid:durableId="1512526906">
    <w:abstractNumId w:val="3"/>
  </w:num>
  <w:num w:numId="7" w16cid:durableId="1176925462">
    <w:abstractNumId w:val="2"/>
  </w:num>
  <w:num w:numId="8" w16cid:durableId="27994368">
    <w:abstractNumId w:val="1"/>
  </w:num>
  <w:num w:numId="9" w16cid:durableId="269434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7169"/>
    <w:rsid w:val="0029639D"/>
    <w:rsid w:val="002D4E3D"/>
    <w:rsid w:val="002D74E6"/>
    <w:rsid w:val="00326F90"/>
    <w:rsid w:val="003D3616"/>
    <w:rsid w:val="004D1CFB"/>
    <w:rsid w:val="004E3FDB"/>
    <w:rsid w:val="00A75401"/>
    <w:rsid w:val="00AA1D8D"/>
    <w:rsid w:val="00B47730"/>
    <w:rsid w:val="00CB0664"/>
    <w:rsid w:val="00CE22B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B8867B"/>
  <w14:defaultImageDpi w14:val="300"/>
  <w15:docId w15:val="{4D11EBD0-A3A5-4692-8F45-15618A2D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69"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2556</Words>
  <Characters>14571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Hướng dẫn giải chi tiết đề giữa kỳ 1 Vật lí 12 - Physics Team</vt:lpstr>
    </vt:vector>
  </TitlesOfParts>
  <Manager/>
  <Company/>
  <LinksUpToDate>false</LinksUpToDate>
  <CharactersWithSpaces>17093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Hướng dẫn giải chi tiết đề giữa kỳ 1 Vật lí 12 - Physics Team</dc:title>
  <dc:subject>Hướng dẫn giải chi tiết từng câu theo form Physics Team</dc:subject>
  <dc:creator>Physics Team</dc:creator>
  <cp:keywords>Vật lí 12, đề thi thử, Physics Team, Word equation</cp:keywords>
  <dc:description>generated by python-docx</dc:description>
  <cp:lastModifiedBy>Viet Tran Van</cp:lastModifiedBy>
  <cp:revision>5</cp:revision>
  <dcterms:created xsi:type="dcterms:W3CDTF">2013-12-23T23:15:00Z</dcterms:created>
  <dcterms:modified xsi:type="dcterms:W3CDTF">2026-07-20T23:34:00Z</dcterms:modified>
  <cp:category/>
</cp:coreProperties>
</file>