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34B9A" w14:textId="77777777" w:rsidR="00A50E6E" w:rsidRPr="00681064" w:rsidRDefault="00A50E6E" w:rsidP="00681064">
      <w:pPr>
        <w:tabs>
          <w:tab w:val="left" w:pos="426"/>
        </w:tabs>
        <w:spacing w:before="80" w:after="40" w:line="240" w:lineRule="auto"/>
        <w:jc w:val="center"/>
        <w:rPr>
          <w:szCs w:val="24"/>
        </w:rPr>
      </w:pPr>
      <w:bookmarkStart w:id="0" w:name="X088f0ff21e493319105d9c52bd095c0d3dad498"/>
      <w:r w:rsidRPr="00681064">
        <w:rPr>
          <w:b/>
          <w:color w:val="1F4E79"/>
          <w:szCs w:val="24"/>
        </w:rPr>
        <w:t>HƯỚNG DẪN GIẢI CHI TIẾT</w:t>
      </w:r>
    </w:p>
    <w:p w14:paraId="6517F21D" w14:textId="77777777" w:rsidR="00A50E6E" w:rsidRPr="00681064" w:rsidRDefault="00A50E6E" w:rsidP="00681064">
      <w:pPr>
        <w:tabs>
          <w:tab w:val="left" w:pos="426"/>
        </w:tabs>
        <w:spacing w:after="20" w:line="240" w:lineRule="auto"/>
        <w:jc w:val="center"/>
        <w:rPr>
          <w:szCs w:val="24"/>
        </w:rPr>
      </w:pPr>
      <w:r w:rsidRPr="00681064">
        <w:rPr>
          <w:b/>
          <w:szCs w:val="24"/>
        </w:rPr>
        <w:t>ĐỀ KIỂM TRA GIỮA HỌC KÌ I – MÔN VẬT LÍ 12</w:t>
      </w:r>
    </w:p>
    <w:p w14:paraId="62B031F4" w14:textId="4850218F" w:rsidR="00A50E6E" w:rsidRPr="00681064" w:rsidRDefault="00A50E6E" w:rsidP="00681064">
      <w:pPr>
        <w:tabs>
          <w:tab w:val="left" w:pos="426"/>
        </w:tabs>
        <w:spacing w:after="120" w:line="240" w:lineRule="auto"/>
        <w:jc w:val="center"/>
        <w:rPr>
          <w:szCs w:val="24"/>
        </w:rPr>
      </w:pPr>
      <w:r w:rsidRPr="00681064">
        <w:rPr>
          <w:b/>
          <w:bCs/>
          <w:i/>
          <w:color w:val="CC3300"/>
          <w:szCs w:val="24"/>
        </w:rPr>
        <w:t>Mã đề 20</w:t>
      </w:r>
      <w:r w:rsidRPr="00681064">
        <w:rPr>
          <w:b/>
          <w:bCs/>
          <w:i/>
          <w:color w:val="CC3300"/>
          <w:szCs w:val="24"/>
        </w:rPr>
        <w:t>3</w:t>
      </w:r>
      <w:r w:rsidRPr="00681064">
        <w:rPr>
          <w:i/>
          <w:color w:val="CC3300"/>
          <w:szCs w:val="24"/>
        </w:rPr>
        <w:t xml:space="preserve"> </w:t>
      </w:r>
      <w:r w:rsidRPr="00681064">
        <w:rPr>
          <w:i/>
          <w:szCs w:val="24"/>
        </w:rPr>
        <w:t xml:space="preserve">– Thời gian làm bài </w:t>
      </w:r>
      <w:r w:rsidRPr="00681064">
        <w:rPr>
          <w:i/>
          <w:szCs w:val="24"/>
        </w:rPr>
        <w:t>45</w:t>
      </w:r>
      <w:r w:rsidRPr="00681064">
        <w:rPr>
          <w:i/>
          <w:szCs w:val="24"/>
        </w:rPr>
        <w:t xml:space="preserve"> phút</w:t>
      </w:r>
    </w:p>
    <w:p w14:paraId="1C7949B1" w14:textId="77777777" w:rsidR="00A50E6E" w:rsidRPr="00681064" w:rsidRDefault="00A50E6E" w:rsidP="00681064">
      <w:pPr>
        <w:keepNext/>
        <w:tabs>
          <w:tab w:val="left" w:pos="426"/>
        </w:tabs>
        <w:spacing w:before="160" w:after="100" w:line="240" w:lineRule="auto"/>
        <w:rPr>
          <w:szCs w:val="24"/>
        </w:rPr>
      </w:pPr>
      <w:r w:rsidRPr="00681064">
        <w:rPr>
          <w:b/>
          <w:color w:val="1F4E79"/>
          <w:szCs w:val="24"/>
        </w:rPr>
        <w:t>PHẦN I. CÂU TRẮC NGHIỆM NHIỀU PHƯƠNG ÁN LỰA CHỌN</w:t>
      </w:r>
    </w:p>
    <w:p w14:paraId="4E633D3C" w14:textId="77777777" w:rsidR="00EA3B5B" w:rsidRPr="00681064" w:rsidRDefault="00000000" w:rsidP="00681064">
      <w:pPr>
        <w:pStyle w:val="Heading1"/>
        <w:tabs>
          <w:tab w:val="left" w:pos="426"/>
        </w:tabs>
        <w:rPr>
          <w:rFonts w:ascii="Times New Roman" w:hAnsi="Times New Roman" w:cs="Times New Roman"/>
          <w:sz w:val="24"/>
          <w:szCs w:val="24"/>
        </w:rPr>
      </w:pPr>
      <w:r w:rsidRPr="00681064">
        <w:rPr>
          <w:rFonts w:ascii="Times New Roman" w:hAnsi="Times New Roman" w:cs="Times New Roman"/>
          <w:sz w:val="24"/>
          <w:szCs w:val="24"/>
        </w:rPr>
        <w:t>PHẦN I. TRẮC NGHIỆM NHIỀU PHƯƠNG ÁN LỰA CHỌN</w:t>
      </w:r>
    </w:p>
    <w:p w14:paraId="42DC91B9" w14:textId="77777777" w:rsidR="00C11391" w:rsidRPr="00681064" w:rsidRDefault="00C11391" w:rsidP="00681064">
      <w:pPr>
        <w:pStyle w:val="BodyText"/>
        <w:tabs>
          <w:tab w:val="left" w:pos="426"/>
        </w:tabs>
        <w:rPr>
          <w:szCs w:val="24"/>
        </w:rPr>
      </w:pPr>
      <w:bookmarkStart w:id="1" w:name="câu-1"/>
      <w:r w:rsidRPr="00681064">
        <w:rPr>
          <w:b/>
          <w:bCs/>
          <w:szCs w:val="24"/>
        </w:rPr>
        <w:t>Câu 1.</w:t>
      </w:r>
      <w:r w:rsidRPr="00681064">
        <w:rPr>
          <w:szCs w:val="24"/>
        </w:rPr>
        <w:t xml:space="preserve"> Gọi </w:t>
      </w:r>
      <m:oMath>
        <m:r>
          <w:rPr>
            <w:rFonts w:ascii="Cambria Math" w:hAnsi="Cambria Math"/>
            <w:szCs w:val="24"/>
          </w:rPr>
          <m:t>k</m:t>
        </m:r>
      </m:oMath>
      <w:r w:rsidRPr="00681064">
        <w:rPr>
          <w:szCs w:val="24"/>
        </w:rPr>
        <w:t xml:space="preserve"> là hằng số Boltzmann, </w:t>
      </w:r>
      <m:oMath>
        <m:r>
          <w:rPr>
            <w:rFonts w:ascii="Cambria Math" w:hAnsi="Cambria Math"/>
            <w:szCs w:val="24"/>
          </w:rPr>
          <m:t>T</m:t>
        </m:r>
      </m:oMath>
      <w:r w:rsidRPr="00681064">
        <w:rPr>
          <w:szCs w:val="24"/>
        </w:rPr>
        <w:t xml:space="preserve"> là nhiệt độ tuyệt đối. Động năng tịnh tiến trung bình của một phân tử khí lí tưởng được xác định bởi công thức</w:t>
      </w:r>
    </w:p>
    <w:p w14:paraId="22CF4DAF" w14:textId="77777777" w:rsidR="00C11391" w:rsidRPr="00681064" w:rsidRDefault="00C11391" w:rsidP="00681064">
      <w:pPr>
        <w:pStyle w:val="BodyText"/>
        <w:tabs>
          <w:tab w:val="left" w:pos="426"/>
        </w:tabs>
        <w:rPr>
          <w:szCs w:val="24"/>
        </w:rPr>
      </w:pPr>
      <w:r w:rsidRPr="00681064">
        <w:rPr>
          <w:b/>
          <w:bCs/>
          <w:color w:val="CC3300"/>
          <w:szCs w:val="24"/>
        </w:rPr>
        <w:tab/>
        <w:t>A.</w:t>
      </w:r>
      <w:r w:rsidRPr="00681064">
        <w:rPr>
          <w:szCs w:val="24"/>
        </w:rPr>
        <w:t xml:space="preserve"> </w:t>
      </w:r>
      <m:oMath>
        <m:bar>
          <m:barPr>
            <m:pos m:val="top"/>
            <m:ctrlPr>
              <w:rPr>
                <w:rFonts w:ascii="Cambria Math" w:hAnsi="Cambria Math"/>
                <w:szCs w:val="24"/>
              </w:rPr>
            </m:ctrlPr>
          </m:barPr>
          <m:e>
            <m:sSub>
              <m:sSubPr>
                <m:ctrlPr>
                  <w:rPr>
                    <w:rFonts w:ascii="Cambria Math" w:hAnsi="Cambria Math"/>
                    <w:szCs w:val="24"/>
                  </w:rPr>
                </m:ctrlPr>
              </m:sSubPr>
              <m:e>
                <m:r>
                  <w:rPr>
                    <w:rFonts w:ascii="Cambria Math" w:hAnsi="Cambria Math"/>
                    <w:szCs w:val="24"/>
                  </w:rPr>
                  <m:t>E</m:t>
                </m:r>
              </m:e>
              <m:sub>
                <m:r>
                  <m:rPr>
                    <m:sty m:val="p"/>
                  </m:rPr>
                  <w:rPr>
                    <w:rFonts w:ascii="Cambria Math" w:hAnsi="Cambria Math"/>
                    <w:szCs w:val="24"/>
                  </w:rPr>
                  <m:t>đ</m:t>
                </m:r>
              </m:sub>
            </m:sSub>
          </m:e>
        </m:bar>
        <m:r>
          <m:rPr>
            <m:sty m:val="p"/>
          </m:rPr>
          <w:rPr>
            <w:rFonts w:ascii="Cambria Math" w:hAnsi="Cambria Math"/>
            <w:szCs w:val="24"/>
          </w:rPr>
          <m:t>=</m:t>
        </m:r>
        <m:f>
          <m:fPr>
            <m:ctrlPr>
              <w:rPr>
                <w:rFonts w:ascii="Cambria Math" w:hAnsi="Cambria Math"/>
                <w:szCs w:val="24"/>
              </w:rPr>
            </m:ctrlPr>
          </m:fPr>
          <m:num>
            <m:r>
              <w:rPr>
                <w:rFonts w:ascii="Cambria Math" w:hAnsi="Cambria Math"/>
                <w:szCs w:val="24"/>
              </w:rPr>
              <m:t>2</m:t>
            </m:r>
          </m:num>
          <m:den>
            <m:r>
              <w:rPr>
                <w:rFonts w:ascii="Cambria Math" w:hAnsi="Cambria Math"/>
                <w:szCs w:val="24"/>
              </w:rPr>
              <m:t>3</m:t>
            </m:r>
          </m:den>
        </m:f>
        <m:r>
          <w:rPr>
            <w:rFonts w:ascii="Cambria Math" w:hAnsi="Cambria Math"/>
            <w:szCs w:val="24"/>
          </w:rPr>
          <m:t>k</m:t>
        </m:r>
        <m:sSup>
          <m:sSupPr>
            <m:ctrlPr>
              <w:rPr>
                <w:rFonts w:ascii="Cambria Math" w:hAnsi="Cambria Math"/>
                <w:szCs w:val="24"/>
              </w:rPr>
            </m:ctrlPr>
          </m:sSupPr>
          <m:e>
            <m:r>
              <w:rPr>
                <w:rFonts w:ascii="Cambria Math" w:hAnsi="Cambria Math"/>
                <w:szCs w:val="24"/>
              </w:rPr>
              <m:t>T</m:t>
            </m:r>
          </m:e>
          <m:sup>
            <m:r>
              <w:rPr>
                <w:rFonts w:ascii="Cambria Math" w:hAnsi="Cambria Math"/>
                <w:szCs w:val="24"/>
              </w:rPr>
              <m:t>2</m:t>
            </m:r>
          </m:sup>
        </m:sSup>
      </m:oMath>
      <w:r w:rsidRPr="00681064">
        <w:rPr>
          <w:szCs w:val="24"/>
        </w:rPr>
        <w:t>.</w:t>
      </w:r>
    </w:p>
    <w:p w14:paraId="05E4067F" w14:textId="77777777" w:rsidR="00C11391" w:rsidRPr="00681064" w:rsidRDefault="00C11391" w:rsidP="00681064">
      <w:pPr>
        <w:pStyle w:val="BodyText"/>
        <w:tabs>
          <w:tab w:val="left" w:pos="426"/>
        </w:tabs>
        <w:rPr>
          <w:szCs w:val="24"/>
        </w:rPr>
      </w:pPr>
      <w:r w:rsidRPr="00681064">
        <w:rPr>
          <w:b/>
          <w:bCs/>
          <w:color w:val="CC3300"/>
          <w:szCs w:val="24"/>
        </w:rPr>
        <w:tab/>
        <w:t>B.</w:t>
      </w:r>
      <w:r w:rsidRPr="00681064">
        <w:rPr>
          <w:szCs w:val="24"/>
        </w:rPr>
        <w:t xml:space="preserve"> </w:t>
      </w:r>
      <m:oMath>
        <m:bar>
          <m:barPr>
            <m:pos m:val="top"/>
            <m:ctrlPr>
              <w:rPr>
                <w:rFonts w:ascii="Cambria Math" w:hAnsi="Cambria Math"/>
                <w:szCs w:val="24"/>
              </w:rPr>
            </m:ctrlPr>
          </m:barPr>
          <m:e>
            <m:sSub>
              <m:sSubPr>
                <m:ctrlPr>
                  <w:rPr>
                    <w:rFonts w:ascii="Cambria Math" w:hAnsi="Cambria Math"/>
                    <w:szCs w:val="24"/>
                  </w:rPr>
                </m:ctrlPr>
              </m:sSubPr>
              <m:e>
                <m:r>
                  <w:rPr>
                    <w:rFonts w:ascii="Cambria Math" w:hAnsi="Cambria Math"/>
                    <w:szCs w:val="24"/>
                  </w:rPr>
                  <m:t>E</m:t>
                </m:r>
              </m:e>
              <m:sub>
                <m:r>
                  <m:rPr>
                    <m:sty m:val="p"/>
                  </m:rPr>
                  <w:rPr>
                    <w:rFonts w:ascii="Cambria Math" w:hAnsi="Cambria Math"/>
                    <w:szCs w:val="24"/>
                  </w:rPr>
                  <m:t>đ</m:t>
                </m:r>
              </m:sub>
            </m:sSub>
          </m:e>
        </m:bar>
        <m:r>
          <m:rPr>
            <m:sty m:val="p"/>
          </m:rPr>
          <w:rPr>
            <w:rFonts w:ascii="Cambria Math" w:hAnsi="Cambria Math"/>
            <w:szCs w:val="24"/>
          </w:rPr>
          <m:t>=</m:t>
        </m:r>
        <m:f>
          <m:fPr>
            <m:ctrlPr>
              <w:rPr>
                <w:rFonts w:ascii="Cambria Math" w:hAnsi="Cambria Math"/>
                <w:szCs w:val="24"/>
              </w:rPr>
            </m:ctrlPr>
          </m:fPr>
          <m:num>
            <m:r>
              <w:rPr>
                <w:rFonts w:ascii="Cambria Math" w:hAnsi="Cambria Math"/>
                <w:szCs w:val="24"/>
              </w:rPr>
              <m:t>3</m:t>
            </m:r>
          </m:num>
          <m:den>
            <m:r>
              <w:rPr>
                <w:rFonts w:ascii="Cambria Math" w:hAnsi="Cambria Math"/>
                <w:szCs w:val="24"/>
              </w:rPr>
              <m:t>2</m:t>
            </m:r>
          </m:den>
        </m:f>
        <m:r>
          <w:rPr>
            <w:rFonts w:ascii="Cambria Math" w:hAnsi="Cambria Math"/>
            <w:szCs w:val="24"/>
          </w:rPr>
          <m:t>kT</m:t>
        </m:r>
      </m:oMath>
      <w:r w:rsidRPr="00681064">
        <w:rPr>
          <w:szCs w:val="24"/>
        </w:rPr>
        <w:t>.</w:t>
      </w:r>
    </w:p>
    <w:p w14:paraId="17D9FA66" w14:textId="77777777" w:rsidR="00C11391" w:rsidRPr="00681064" w:rsidRDefault="00C11391" w:rsidP="00681064">
      <w:pPr>
        <w:pStyle w:val="BodyText"/>
        <w:tabs>
          <w:tab w:val="left" w:pos="426"/>
        </w:tabs>
        <w:rPr>
          <w:szCs w:val="24"/>
        </w:rPr>
      </w:pPr>
      <w:r w:rsidRPr="00681064">
        <w:rPr>
          <w:b/>
          <w:bCs/>
          <w:color w:val="CC3300"/>
          <w:szCs w:val="24"/>
        </w:rPr>
        <w:tab/>
        <w:t>C.</w:t>
      </w:r>
      <w:r w:rsidRPr="00681064">
        <w:rPr>
          <w:szCs w:val="24"/>
        </w:rPr>
        <w:t xml:space="preserve"> </w:t>
      </w:r>
      <m:oMath>
        <m:bar>
          <m:barPr>
            <m:pos m:val="top"/>
            <m:ctrlPr>
              <w:rPr>
                <w:rFonts w:ascii="Cambria Math" w:hAnsi="Cambria Math"/>
                <w:szCs w:val="24"/>
              </w:rPr>
            </m:ctrlPr>
          </m:barPr>
          <m:e>
            <m:sSub>
              <m:sSubPr>
                <m:ctrlPr>
                  <w:rPr>
                    <w:rFonts w:ascii="Cambria Math" w:hAnsi="Cambria Math"/>
                    <w:szCs w:val="24"/>
                  </w:rPr>
                </m:ctrlPr>
              </m:sSubPr>
              <m:e>
                <m:r>
                  <w:rPr>
                    <w:rFonts w:ascii="Cambria Math" w:hAnsi="Cambria Math"/>
                    <w:szCs w:val="24"/>
                  </w:rPr>
                  <m:t>E</m:t>
                </m:r>
              </m:e>
              <m:sub>
                <m:r>
                  <m:rPr>
                    <m:sty m:val="p"/>
                  </m:rPr>
                  <w:rPr>
                    <w:rFonts w:ascii="Cambria Math" w:hAnsi="Cambria Math"/>
                    <w:szCs w:val="24"/>
                  </w:rPr>
                  <m:t>đ</m:t>
                </m:r>
              </m:sub>
            </m:sSub>
          </m:e>
        </m:bar>
        <m:r>
          <m:rPr>
            <m:sty m:val="p"/>
          </m:rPr>
          <w:rPr>
            <w:rFonts w:ascii="Cambria Math" w:hAnsi="Cambria Math"/>
            <w:szCs w:val="24"/>
          </w:rPr>
          <m:t>=</m:t>
        </m:r>
        <m:f>
          <m:fPr>
            <m:ctrlPr>
              <w:rPr>
                <w:rFonts w:ascii="Cambria Math" w:hAnsi="Cambria Math"/>
                <w:szCs w:val="24"/>
              </w:rPr>
            </m:ctrlPr>
          </m:fPr>
          <m:num>
            <m:r>
              <w:rPr>
                <w:rFonts w:ascii="Cambria Math" w:hAnsi="Cambria Math"/>
                <w:szCs w:val="24"/>
              </w:rPr>
              <m:t>2</m:t>
            </m:r>
          </m:num>
          <m:den>
            <m:r>
              <w:rPr>
                <w:rFonts w:ascii="Cambria Math" w:hAnsi="Cambria Math"/>
                <w:szCs w:val="24"/>
              </w:rPr>
              <m:t>3</m:t>
            </m:r>
          </m:den>
        </m:f>
        <m:r>
          <w:rPr>
            <w:rFonts w:ascii="Cambria Math" w:hAnsi="Cambria Math"/>
            <w:szCs w:val="24"/>
          </w:rPr>
          <m:t>kT</m:t>
        </m:r>
      </m:oMath>
      <w:r w:rsidRPr="00681064">
        <w:rPr>
          <w:szCs w:val="24"/>
        </w:rPr>
        <w:t>.</w:t>
      </w:r>
    </w:p>
    <w:p w14:paraId="2067E0BE" w14:textId="77777777" w:rsidR="00C11391" w:rsidRPr="00681064" w:rsidRDefault="00C11391" w:rsidP="00681064">
      <w:pPr>
        <w:pStyle w:val="BodyText"/>
        <w:tabs>
          <w:tab w:val="left" w:pos="426"/>
        </w:tabs>
        <w:rPr>
          <w:szCs w:val="24"/>
        </w:rPr>
      </w:pPr>
      <w:r w:rsidRPr="00681064">
        <w:rPr>
          <w:b/>
          <w:bCs/>
          <w:color w:val="CC3300"/>
          <w:szCs w:val="24"/>
        </w:rPr>
        <w:tab/>
        <w:t>D.</w:t>
      </w:r>
      <w:r w:rsidRPr="00681064">
        <w:rPr>
          <w:szCs w:val="24"/>
        </w:rPr>
        <w:t xml:space="preserve"> </w:t>
      </w:r>
      <m:oMath>
        <m:bar>
          <m:barPr>
            <m:pos m:val="top"/>
            <m:ctrlPr>
              <w:rPr>
                <w:rFonts w:ascii="Cambria Math" w:hAnsi="Cambria Math"/>
                <w:szCs w:val="24"/>
              </w:rPr>
            </m:ctrlPr>
          </m:barPr>
          <m:e>
            <m:sSub>
              <m:sSubPr>
                <m:ctrlPr>
                  <w:rPr>
                    <w:rFonts w:ascii="Cambria Math" w:hAnsi="Cambria Math"/>
                    <w:szCs w:val="24"/>
                  </w:rPr>
                </m:ctrlPr>
              </m:sSubPr>
              <m:e>
                <m:r>
                  <w:rPr>
                    <w:rFonts w:ascii="Cambria Math" w:hAnsi="Cambria Math"/>
                    <w:szCs w:val="24"/>
                  </w:rPr>
                  <m:t>E</m:t>
                </m:r>
              </m:e>
              <m:sub>
                <m:r>
                  <m:rPr>
                    <m:sty m:val="p"/>
                  </m:rPr>
                  <w:rPr>
                    <w:rFonts w:ascii="Cambria Math" w:hAnsi="Cambria Math"/>
                    <w:szCs w:val="24"/>
                  </w:rPr>
                  <m:t>đ</m:t>
                </m:r>
              </m:sub>
            </m:sSub>
          </m:e>
        </m:bar>
        <m:r>
          <m:rPr>
            <m:sty m:val="p"/>
          </m:rPr>
          <w:rPr>
            <w:rFonts w:ascii="Cambria Math" w:hAnsi="Cambria Math"/>
            <w:szCs w:val="24"/>
          </w:rPr>
          <m:t>=</m:t>
        </m:r>
        <m:f>
          <m:fPr>
            <m:ctrlPr>
              <w:rPr>
                <w:rFonts w:ascii="Cambria Math" w:hAnsi="Cambria Math"/>
                <w:szCs w:val="24"/>
              </w:rPr>
            </m:ctrlPr>
          </m:fPr>
          <m:num>
            <m:r>
              <w:rPr>
                <w:rFonts w:ascii="Cambria Math" w:hAnsi="Cambria Math"/>
                <w:szCs w:val="24"/>
              </w:rPr>
              <m:t>3</m:t>
            </m:r>
          </m:num>
          <m:den>
            <m:r>
              <w:rPr>
                <w:rFonts w:ascii="Cambria Math" w:hAnsi="Cambria Math"/>
                <w:szCs w:val="24"/>
              </w:rPr>
              <m:t>2</m:t>
            </m:r>
          </m:den>
        </m:f>
        <m:r>
          <w:rPr>
            <w:rFonts w:ascii="Cambria Math" w:hAnsi="Cambria Math"/>
            <w:szCs w:val="24"/>
          </w:rPr>
          <m:t>k</m:t>
        </m:r>
        <m:sSup>
          <m:sSupPr>
            <m:ctrlPr>
              <w:rPr>
                <w:rFonts w:ascii="Cambria Math" w:hAnsi="Cambria Math"/>
                <w:szCs w:val="24"/>
              </w:rPr>
            </m:ctrlPr>
          </m:sSupPr>
          <m:e>
            <m:r>
              <w:rPr>
                <w:rFonts w:ascii="Cambria Math" w:hAnsi="Cambria Math"/>
                <w:szCs w:val="24"/>
              </w:rPr>
              <m:t>T</m:t>
            </m:r>
          </m:e>
          <m:sup>
            <m:r>
              <w:rPr>
                <w:rFonts w:ascii="Cambria Math" w:hAnsi="Cambria Math"/>
                <w:szCs w:val="24"/>
              </w:rPr>
              <m:t>2</m:t>
            </m:r>
          </m:sup>
        </m:sSup>
      </m:oMath>
      <w:r w:rsidRPr="00681064">
        <w:rPr>
          <w:szCs w:val="24"/>
        </w:rPr>
        <w:t>.</w:t>
      </w:r>
    </w:p>
    <w:p w14:paraId="40E5D16E" w14:textId="77777777" w:rsidR="00C11391" w:rsidRPr="00681064" w:rsidRDefault="00000000" w:rsidP="00681064">
      <w:pPr>
        <w:tabs>
          <w:tab w:val="left" w:pos="426"/>
        </w:tabs>
        <w:rPr>
          <w:rFonts w:cs="Times New Roman"/>
          <w:color w:val="CC3300"/>
          <w:szCs w:val="24"/>
        </w:rPr>
      </w:pPr>
      <w:r w:rsidRPr="00681064">
        <w:rPr>
          <w:rFonts w:cs="Times New Roman"/>
          <w:b/>
          <w:bCs/>
          <w:color w:val="CC3300"/>
          <w:szCs w:val="24"/>
        </w:rPr>
        <w:t>Đáp án: B.</w:t>
      </w:r>
      <w:r w:rsidRPr="00681064">
        <w:rPr>
          <w:rFonts w:cs="Times New Roman"/>
          <w:color w:val="CC3300"/>
          <w:szCs w:val="24"/>
        </w:rPr>
        <w:t xml:space="preserve"> </w:t>
      </w:r>
    </w:p>
    <w:p w14:paraId="016B507B" w14:textId="18744E20" w:rsidR="00EA3B5B" w:rsidRPr="00681064" w:rsidRDefault="00000000" w:rsidP="00681064">
      <w:pPr>
        <w:tabs>
          <w:tab w:val="left" w:pos="426"/>
        </w:tabs>
        <w:rPr>
          <w:rFonts w:cs="Times New Roman"/>
          <w:szCs w:val="24"/>
        </w:rPr>
      </w:pPr>
      <w:r w:rsidRPr="00681064">
        <w:rPr>
          <w:rFonts w:cs="Times New Roman"/>
          <w:szCs w:val="24"/>
        </w:rPr>
        <w:t xml:space="preserve">Động năng tịnh tiến trung bình của một phân tử khí lí tưởng là </w:t>
      </w:r>
      <m:oMath>
        <m:bar>
          <m:barPr>
            <m:pos m:val="top"/>
            <m:ctrlPr>
              <w:rPr>
                <w:rFonts w:ascii="Cambria Math" w:hAnsi="Cambria Math" w:cs="Times New Roman"/>
                <w:szCs w:val="24"/>
              </w:rPr>
            </m:ctrlPr>
          </m:barPr>
          <m:e>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đ</m:t>
                </m:r>
              </m:sub>
            </m:sSub>
          </m:e>
        </m:ba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3</m:t>
            </m:r>
          </m:num>
          <m:den>
            <m:r>
              <w:rPr>
                <w:rFonts w:ascii="Cambria Math" w:hAnsi="Cambria Math" w:cs="Times New Roman"/>
                <w:szCs w:val="24"/>
              </w:rPr>
              <m:t>2</m:t>
            </m:r>
          </m:den>
        </m:f>
        <m:r>
          <w:rPr>
            <w:rFonts w:ascii="Cambria Math" w:hAnsi="Cambria Math" w:cs="Times New Roman"/>
            <w:szCs w:val="24"/>
          </w:rPr>
          <m:t>kT</m:t>
        </m:r>
      </m:oMath>
      <w:r w:rsidRPr="00681064">
        <w:rPr>
          <w:rFonts w:cs="Times New Roman"/>
          <w:szCs w:val="24"/>
        </w:rPr>
        <w:t>.</w:t>
      </w:r>
    </w:p>
    <w:p w14:paraId="3B94C5D6" w14:textId="77777777" w:rsidR="00C11391" w:rsidRPr="00681064" w:rsidRDefault="00C11391" w:rsidP="00681064">
      <w:pPr>
        <w:pStyle w:val="BodyText"/>
        <w:tabs>
          <w:tab w:val="left" w:pos="426"/>
        </w:tabs>
        <w:rPr>
          <w:szCs w:val="24"/>
        </w:rPr>
      </w:pPr>
      <w:bookmarkStart w:id="2" w:name="câu-2"/>
      <w:bookmarkEnd w:id="1"/>
      <w:r w:rsidRPr="00681064">
        <w:rPr>
          <w:b/>
          <w:bCs/>
          <w:szCs w:val="24"/>
        </w:rPr>
        <w:t>Câu 2.</w:t>
      </w:r>
      <w:r w:rsidRPr="00681064">
        <w:rPr>
          <w:szCs w:val="24"/>
        </w:rPr>
        <w:t xml:space="preserve"> Một thang nhiệt độ X lấy điểm băng là </w:t>
      </w:r>
      <m:oMath>
        <m:r>
          <m:rPr>
            <m:sty m:val="p"/>
          </m:rPr>
          <w:rPr>
            <w:rFonts w:ascii="Cambria Math" w:hAnsi="Cambria Math"/>
            <w:szCs w:val="24"/>
          </w:rPr>
          <m:t>-</m:t>
        </m:r>
        <m:r>
          <w:rPr>
            <w:rFonts w:ascii="Cambria Math" w:hAnsi="Cambria Math"/>
            <w:szCs w:val="24"/>
          </w:rPr>
          <m:t>10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X</m:t>
        </m:r>
      </m:oMath>
      <w:r w:rsidRPr="00681064">
        <w:rPr>
          <w:szCs w:val="24"/>
        </w:rPr>
        <w:t xml:space="preserve"> và điểm sôi là </w:t>
      </w:r>
      <m:oMath>
        <m:r>
          <w:rPr>
            <w:rFonts w:ascii="Cambria Math" w:hAnsi="Cambria Math"/>
            <w:szCs w:val="24"/>
          </w:rPr>
          <m:t>90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X</m:t>
        </m:r>
      </m:oMath>
      <w:r w:rsidRPr="00681064">
        <w:rPr>
          <w:szCs w:val="24"/>
        </w:rPr>
        <w:t xml:space="preserve">. Nhiệt độ của một vật là </w:t>
      </w:r>
      <m:oMath>
        <m:r>
          <w:rPr>
            <w:rFonts w:ascii="Cambria Math" w:hAnsi="Cambria Math"/>
            <w:szCs w:val="24"/>
          </w:rPr>
          <m:t>40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thì trên thang X có giá trị bằng</w:t>
      </w:r>
    </w:p>
    <w:p w14:paraId="55767A1C" w14:textId="77777777" w:rsidR="00C11391" w:rsidRPr="00681064" w:rsidRDefault="00C11391" w:rsidP="00681064">
      <w:pPr>
        <w:pStyle w:val="BodyText"/>
        <w:tabs>
          <w:tab w:val="left" w:pos="426"/>
        </w:tabs>
        <w:rPr>
          <w:szCs w:val="24"/>
        </w:rPr>
      </w:pPr>
      <w:r w:rsidRPr="00681064">
        <w:rPr>
          <w:b/>
          <w:bCs/>
          <w:color w:val="CC3300"/>
          <w:szCs w:val="24"/>
        </w:rPr>
        <w:tab/>
        <w:t>A.</w:t>
      </w:r>
      <w:r w:rsidRPr="00681064">
        <w:rPr>
          <w:szCs w:val="24"/>
        </w:rPr>
        <w:t xml:space="preserve"> </w:t>
      </w:r>
      <m:oMath>
        <m:r>
          <w:rPr>
            <w:rFonts w:ascii="Cambria Math" w:hAnsi="Cambria Math"/>
            <w:szCs w:val="24"/>
          </w:rPr>
          <m:t>20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X</m:t>
        </m:r>
      </m:oMath>
      <w:r w:rsidRPr="00681064">
        <w:rPr>
          <w:szCs w:val="24"/>
        </w:rPr>
        <w:t>.</w:t>
      </w:r>
    </w:p>
    <w:p w14:paraId="3D376188" w14:textId="77777777" w:rsidR="00C11391" w:rsidRPr="00681064" w:rsidRDefault="00C11391" w:rsidP="00681064">
      <w:pPr>
        <w:pStyle w:val="BodyText"/>
        <w:tabs>
          <w:tab w:val="left" w:pos="426"/>
        </w:tabs>
        <w:rPr>
          <w:szCs w:val="24"/>
        </w:rPr>
      </w:pPr>
      <w:r w:rsidRPr="00681064">
        <w:rPr>
          <w:b/>
          <w:bCs/>
          <w:color w:val="CC3300"/>
          <w:szCs w:val="24"/>
        </w:rPr>
        <w:tab/>
        <w:t>B.</w:t>
      </w:r>
      <w:r w:rsidRPr="00681064">
        <w:rPr>
          <w:szCs w:val="24"/>
        </w:rPr>
        <w:t xml:space="preserve"> </w:t>
      </w:r>
      <m:oMath>
        <m:r>
          <w:rPr>
            <w:rFonts w:ascii="Cambria Math" w:hAnsi="Cambria Math"/>
            <w:szCs w:val="24"/>
          </w:rPr>
          <m:t>30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X</m:t>
        </m:r>
      </m:oMath>
      <w:r w:rsidRPr="00681064">
        <w:rPr>
          <w:szCs w:val="24"/>
        </w:rPr>
        <w:t>.</w:t>
      </w:r>
    </w:p>
    <w:p w14:paraId="10A584B0" w14:textId="77777777" w:rsidR="00C11391" w:rsidRPr="00681064" w:rsidRDefault="00C11391" w:rsidP="00681064">
      <w:pPr>
        <w:pStyle w:val="BodyText"/>
        <w:tabs>
          <w:tab w:val="left" w:pos="426"/>
        </w:tabs>
        <w:rPr>
          <w:szCs w:val="24"/>
        </w:rPr>
      </w:pPr>
      <w:r w:rsidRPr="00681064">
        <w:rPr>
          <w:b/>
          <w:bCs/>
          <w:color w:val="CC3300"/>
          <w:szCs w:val="24"/>
        </w:rPr>
        <w:tab/>
        <w:t>C.</w:t>
      </w:r>
      <w:r w:rsidRPr="00681064">
        <w:rPr>
          <w:szCs w:val="24"/>
        </w:rPr>
        <w:t xml:space="preserve"> </w:t>
      </w:r>
      <m:oMath>
        <m:r>
          <w:rPr>
            <w:rFonts w:ascii="Cambria Math" w:hAnsi="Cambria Math"/>
            <w:szCs w:val="24"/>
          </w:rPr>
          <m:t>40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X</m:t>
        </m:r>
      </m:oMath>
      <w:r w:rsidRPr="00681064">
        <w:rPr>
          <w:szCs w:val="24"/>
        </w:rPr>
        <w:t>.</w:t>
      </w:r>
    </w:p>
    <w:p w14:paraId="38E00517" w14:textId="77777777" w:rsidR="00C11391" w:rsidRPr="00681064" w:rsidRDefault="00C11391" w:rsidP="00681064">
      <w:pPr>
        <w:pStyle w:val="BodyText"/>
        <w:tabs>
          <w:tab w:val="left" w:pos="426"/>
        </w:tabs>
        <w:rPr>
          <w:szCs w:val="24"/>
        </w:rPr>
      </w:pPr>
      <w:r w:rsidRPr="00681064">
        <w:rPr>
          <w:b/>
          <w:bCs/>
          <w:color w:val="CC3300"/>
          <w:szCs w:val="24"/>
        </w:rPr>
        <w:tab/>
        <w:t>D.</w:t>
      </w:r>
      <w:r w:rsidRPr="00681064">
        <w:rPr>
          <w:szCs w:val="24"/>
        </w:rPr>
        <w:t xml:space="preserve"> </w:t>
      </w:r>
      <m:oMath>
        <m:r>
          <w:rPr>
            <w:rFonts w:ascii="Cambria Math" w:hAnsi="Cambria Math"/>
            <w:szCs w:val="24"/>
          </w:rPr>
          <m:t>50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X</m:t>
        </m:r>
      </m:oMath>
      <w:r w:rsidRPr="00681064">
        <w:rPr>
          <w:szCs w:val="24"/>
        </w:rPr>
        <w:t>.</w:t>
      </w:r>
    </w:p>
    <w:p w14:paraId="7A78358E" w14:textId="77777777" w:rsidR="00C11391" w:rsidRPr="00681064" w:rsidRDefault="00000000" w:rsidP="00681064">
      <w:pPr>
        <w:tabs>
          <w:tab w:val="left" w:pos="426"/>
        </w:tabs>
        <w:rPr>
          <w:rFonts w:cs="Times New Roman"/>
          <w:color w:val="CC3300"/>
          <w:szCs w:val="24"/>
        </w:rPr>
      </w:pPr>
      <w:r w:rsidRPr="00681064">
        <w:rPr>
          <w:rFonts w:cs="Times New Roman"/>
          <w:b/>
          <w:bCs/>
          <w:color w:val="CC3300"/>
          <w:szCs w:val="24"/>
        </w:rPr>
        <w:t>Đáp án: B.</w:t>
      </w:r>
      <w:r w:rsidRPr="00681064">
        <w:rPr>
          <w:rFonts w:cs="Times New Roman"/>
          <w:color w:val="CC3300"/>
          <w:szCs w:val="24"/>
        </w:rPr>
        <w:t xml:space="preserve"> </w:t>
      </w:r>
    </w:p>
    <w:p w14:paraId="196FFB36" w14:textId="15AF2056" w:rsidR="00EA3B5B" w:rsidRPr="00681064" w:rsidRDefault="00000000" w:rsidP="00681064">
      <w:pPr>
        <w:tabs>
          <w:tab w:val="left" w:pos="426"/>
        </w:tabs>
        <w:rPr>
          <w:rFonts w:cs="Times New Roman"/>
          <w:szCs w:val="24"/>
        </w:rPr>
      </w:pPr>
      <w:r w:rsidRPr="00681064">
        <w:rPr>
          <w:rFonts w:cs="Times New Roman"/>
          <w:szCs w:val="24"/>
        </w:rPr>
        <w:t xml:space="preserve">Hai thang nhiệt độ có quan hệ tuyến tính. Vì </w:t>
      </w:r>
      <m:oMath>
        <m:sSup>
          <m:sSupPr>
            <m:ctrlPr>
              <w:rPr>
                <w:rFonts w:ascii="Cambria Math" w:hAnsi="Cambria Math" w:cs="Times New Roman"/>
                <w:szCs w:val="24"/>
              </w:rPr>
            </m:ctrlPr>
          </m:sSupPr>
          <m:e>
            <m:r>
              <w:rPr>
                <w:rFonts w:ascii="Cambria Math" w:hAnsi="Cambria Math" w:cs="Times New Roman"/>
                <w:szCs w:val="24"/>
              </w:rPr>
              <m:t>0</m:t>
            </m:r>
          </m:e>
          <m:sup>
            <m:r>
              <m:rPr>
                <m:sty m:val="p"/>
              </m:rPr>
              <w:rPr>
                <w:rFonts w:ascii="Cambria Math" w:hAnsi="Cambria Math" w:cs="Times New Roman"/>
                <w:szCs w:val="24"/>
              </w:rPr>
              <m:t>∘</m:t>
            </m:r>
          </m:sup>
        </m:sSup>
        <m:r>
          <w:rPr>
            <w:rFonts w:ascii="Cambria Math" w:hAnsi="Cambria Math" w:cs="Times New Roman"/>
            <w:szCs w:val="24"/>
          </w:rPr>
          <m:t>C</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m:rPr>
                <m:sty m:val="p"/>
              </m:rPr>
              <w:rPr>
                <w:rFonts w:ascii="Cambria Math" w:hAnsi="Cambria Math" w:cs="Times New Roman"/>
                <w:szCs w:val="24"/>
              </w:rPr>
              <m:t>∘</m:t>
            </m:r>
          </m:sup>
        </m:sSup>
        <m:r>
          <w:rPr>
            <w:rFonts w:ascii="Cambria Math" w:hAnsi="Cambria Math" w:cs="Times New Roman"/>
            <w:szCs w:val="24"/>
          </w:rPr>
          <m:t>X</m:t>
        </m:r>
      </m:oMath>
      <w:r w:rsidRPr="00681064">
        <w:rPr>
          <w:rFonts w:cs="Times New Roman"/>
          <w:szCs w:val="24"/>
        </w:rPr>
        <w:t xml:space="preserve"> và </w:t>
      </w:r>
      <m:oMath>
        <m:sSup>
          <m:sSupPr>
            <m:ctrlPr>
              <w:rPr>
                <w:rFonts w:ascii="Cambria Math" w:hAnsi="Cambria Math" w:cs="Times New Roman"/>
                <w:szCs w:val="24"/>
              </w:rPr>
            </m:ctrlPr>
          </m:sSupPr>
          <m:e>
            <m:r>
              <w:rPr>
                <w:rFonts w:ascii="Cambria Math" w:hAnsi="Cambria Math" w:cs="Times New Roman"/>
                <w:szCs w:val="24"/>
              </w:rPr>
              <m:t>100</m:t>
            </m:r>
          </m:e>
          <m:sup>
            <m:r>
              <m:rPr>
                <m:sty m:val="p"/>
              </m:rPr>
              <w:rPr>
                <w:rFonts w:ascii="Cambria Math" w:hAnsi="Cambria Math" w:cs="Times New Roman"/>
                <w:szCs w:val="24"/>
              </w:rPr>
              <m:t>∘</m:t>
            </m:r>
          </m:sup>
        </m:sSup>
        <m:r>
          <w:rPr>
            <w:rFonts w:ascii="Cambria Math" w:hAnsi="Cambria Math" w:cs="Times New Roman"/>
            <w:szCs w:val="24"/>
          </w:rPr>
          <m:t>C</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90</m:t>
            </m:r>
          </m:e>
          <m:sup>
            <m:r>
              <m:rPr>
                <m:sty m:val="p"/>
              </m:rPr>
              <w:rPr>
                <w:rFonts w:ascii="Cambria Math" w:hAnsi="Cambria Math" w:cs="Times New Roman"/>
                <w:szCs w:val="24"/>
              </w:rPr>
              <m:t>∘</m:t>
            </m:r>
          </m:sup>
        </m:sSup>
        <m:r>
          <w:rPr>
            <w:rFonts w:ascii="Cambria Math" w:hAnsi="Cambria Math" w:cs="Times New Roman"/>
            <w:szCs w:val="24"/>
          </w:rPr>
          <m:t>X</m:t>
        </m:r>
      </m:oMath>
      <w:r w:rsidRPr="00681064">
        <w:rPr>
          <w:rFonts w:cs="Times New Roman"/>
          <w:szCs w:val="24"/>
        </w:rPr>
        <w:t xml:space="preserve"> nên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X</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C</m:t>
            </m:r>
          </m:sub>
        </m:sSub>
        <m:r>
          <m:rPr>
            <m:sty m:val="p"/>
          </m:rPr>
          <w:rPr>
            <w:rFonts w:ascii="Cambria Math" w:hAnsi="Cambria Math" w:cs="Times New Roman"/>
            <w:szCs w:val="24"/>
          </w:rPr>
          <m:t>-</m:t>
        </m:r>
        <m:r>
          <w:rPr>
            <w:rFonts w:ascii="Cambria Math" w:hAnsi="Cambria Math" w:cs="Times New Roman"/>
            <w:szCs w:val="24"/>
          </w:rPr>
          <m:t>10</m:t>
        </m:r>
      </m:oMath>
      <w:r w:rsidRPr="00681064">
        <w:rPr>
          <w:rFonts w:cs="Times New Roman"/>
          <w:szCs w:val="24"/>
        </w:rPr>
        <w:t xml:space="preserve">. Với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C</m:t>
            </m:r>
          </m:sub>
        </m:sSub>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40</m:t>
            </m:r>
          </m:e>
          <m:sup>
            <m:r>
              <m:rPr>
                <m:sty m:val="p"/>
              </m:rPr>
              <w:rPr>
                <w:rFonts w:ascii="Cambria Math" w:hAnsi="Cambria Math" w:cs="Times New Roman"/>
                <w:szCs w:val="24"/>
              </w:rPr>
              <m:t>∘</m:t>
            </m:r>
          </m:sup>
        </m:sSup>
        <m:r>
          <w:rPr>
            <w:rFonts w:ascii="Cambria Math" w:hAnsi="Cambria Math" w:cs="Times New Roman"/>
            <w:szCs w:val="24"/>
          </w:rPr>
          <m:t>C</m:t>
        </m:r>
      </m:oMath>
      <w:r w:rsidRPr="00681064">
        <w:rPr>
          <w:rFonts w:cs="Times New Roman"/>
          <w:szCs w:val="24"/>
        </w:rPr>
        <w:t xml:space="preserve">, suy ra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X</m:t>
            </m:r>
          </m:sub>
        </m:sSub>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30</m:t>
            </m:r>
          </m:e>
          <m:sup>
            <m:r>
              <m:rPr>
                <m:sty m:val="p"/>
              </m:rPr>
              <w:rPr>
                <w:rFonts w:ascii="Cambria Math" w:hAnsi="Cambria Math" w:cs="Times New Roman"/>
                <w:szCs w:val="24"/>
              </w:rPr>
              <m:t>∘</m:t>
            </m:r>
          </m:sup>
        </m:sSup>
        <m:r>
          <w:rPr>
            <w:rFonts w:ascii="Cambria Math" w:hAnsi="Cambria Math" w:cs="Times New Roman"/>
            <w:szCs w:val="24"/>
          </w:rPr>
          <m:t>X</m:t>
        </m:r>
      </m:oMath>
      <w:r w:rsidRPr="00681064">
        <w:rPr>
          <w:rFonts w:cs="Times New Roman"/>
          <w:szCs w:val="24"/>
        </w:rPr>
        <w:t>.</w:t>
      </w:r>
    </w:p>
    <w:p w14:paraId="63631AD6" w14:textId="77777777" w:rsidR="00C11391" w:rsidRPr="00681064" w:rsidRDefault="00C11391" w:rsidP="00681064">
      <w:pPr>
        <w:pStyle w:val="BodyText"/>
        <w:tabs>
          <w:tab w:val="left" w:pos="426"/>
        </w:tabs>
        <w:rPr>
          <w:szCs w:val="24"/>
        </w:rPr>
      </w:pPr>
      <w:bookmarkStart w:id="3" w:name="câu-3"/>
      <w:bookmarkEnd w:id="2"/>
      <w:r w:rsidRPr="00681064">
        <w:rPr>
          <w:b/>
          <w:bCs/>
          <w:szCs w:val="24"/>
        </w:rPr>
        <w:t>Câu 3.</w:t>
      </w:r>
      <w:r w:rsidRPr="00681064">
        <w:rPr>
          <w:szCs w:val="24"/>
        </w:rPr>
        <w:t xml:space="preserve"> Nhiệt kế nào sau đây hoạt động dựa trên sự dãn nở vì nhiệt của chất lỏng?</w:t>
      </w:r>
    </w:p>
    <w:p w14:paraId="6C097003" w14:textId="77777777" w:rsidR="00C11391" w:rsidRPr="00681064" w:rsidRDefault="00C11391" w:rsidP="00681064">
      <w:pPr>
        <w:pStyle w:val="BodyText"/>
        <w:tabs>
          <w:tab w:val="left" w:pos="426"/>
        </w:tabs>
        <w:rPr>
          <w:szCs w:val="24"/>
        </w:rPr>
      </w:pPr>
      <w:r w:rsidRPr="00681064">
        <w:rPr>
          <w:b/>
          <w:bCs/>
          <w:color w:val="CC3300"/>
          <w:szCs w:val="24"/>
        </w:rPr>
        <w:tab/>
        <w:t>A.</w:t>
      </w:r>
      <w:r w:rsidRPr="00681064">
        <w:rPr>
          <w:szCs w:val="24"/>
        </w:rPr>
        <w:t xml:space="preserve"> Nhiệt kế hồng ngoại.</w:t>
      </w:r>
    </w:p>
    <w:p w14:paraId="411B0EFD" w14:textId="77777777" w:rsidR="00C11391" w:rsidRPr="00681064" w:rsidRDefault="00C11391" w:rsidP="00681064">
      <w:pPr>
        <w:pStyle w:val="BodyText"/>
        <w:tabs>
          <w:tab w:val="left" w:pos="426"/>
        </w:tabs>
        <w:rPr>
          <w:szCs w:val="24"/>
        </w:rPr>
      </w:pPr>
      <w:r w:rsidRPr="00681064">
        <w:rPr>
          <w:b/>
          <w:bCs/>
          <w:color w:val="CC3300"/>
          <w:szCs w:val="24"/>
        </w:rPr>
        <w:tab/>
        <w:t>B.</w:t>
      </w:r>
      <w:r w:rsidRPr="00681064">
        <w:rPr>
          <w:szCs w:val="24"/>
        </w:rPr>
        <w:t xml:space="preserve"> Nhiệt kế kim loại.</w:t>
      </w:r>
    </w:p>
    <w:p w14:paraId="461AC8F7" w14:textId="77777777" w:rsidR="00C11391" w:rsidRPr="00681064" w:rsidRDefault="00C11391" w:rsidP="00681064">
      <w:pPr>
        <w:pStyle w:val="BodyText"/>
        <w:tabs>
          <w:tab w:val="left" w:pos="426"/>
        </w:tabs>
        <w:rPr>
          <w:szCs w:val="24"/>
        </w:rPr>
      </w:pPr>
      <w:r w:rsidRPr="00681064">
        <w:rPr>
          <w:b/>
          <w:bCs/>
          <w:color w:val="CC3300"/>
          <w:szCs w:val="24"/>
        </w:rPr>
        <w:tab/>
        <w:t>C.</w:t>
      </w:r>
      <w:r w:rsidRPr="00681064">
        <w:rPr>
          <w:szCs w:val="24"/>
        </w:rPr>
        <w:t xml:space="preserve"> Nhiệt kế điện tử.</w:t>
      </w:r>
    </w:p>
    <w:p w14:paraId="0C9C8965" w14:textId="77777777" w:rsidR="00C11391" w:rsidRPr="00681064" w:rsidRDefault="00C11391" w:rsidP="00681064">
      <w:pPr>
        <w:pStyle w:val="BodyText"/>
        <w:tabs>
          <w:tab w:val="left" w:pos="426"/>
        </w:tabs>
        <w:rPr>
          <w:szCs w:val="24"/>
        </w:rPr>
      </w:pPr>
      <w:r w:rsidRPr="00681064">
        <w:rPr>
          <w:b/>
          <w:bCs/>
          <w:color w:val="CC3300"/>
          <w:szCs w:val="24"/>
        </w:rPr>
        <w:tab/>
        <w:t>D.</w:t>
      </w:r>
      <w:r w:rsidRPr="00681064">
        <w:rPr>
          <w:szCs w:val="24"/>
        </w:rPr>
        <w:t xml:space="preserve"> Nhiệt kế thủy ngân.</w:t>
      </w:r>
    </w:p>
    <w:p w14:paraId="642653F3" w14:textId="77777777" w:rsidR="00C11391" w:rsidRPr="00681064" w:rsidRDefault="00000000" w:rsidP="00681064">
      <w:pPr>
        <w:tabs>
          <w:tab w:val="left" w:pos="426"/>
        </w:tabs>
        <w:rPr>
          <w:rFonts w:cs="Times New Roman"/>
          <w:b/>
          <w:bCs/>
          <w:color w:val="CC3300"/>
          <w:szCs w:val="24"/>
        </w:rPr>
      </w:pPr>
      <w:r w:rsidRPr="00681064">
        <w:rPr>
          <w:rFonts w:cs="Times New Roman"/>
          <w:b/>
          <w:bCs/>
          <w:color w:val="CC3300"/>
          <w:szCs w:val="24"/>
        </w:rPr>
        <w:t>Đáp án: D.</w:t>
      </w:r>
    </w:p>
    <w:p w14:paraId="7460F0C7" w14:textId="380CF52B" w:rsidR="00EA3B5B" w:rsidRPr="00681064" w:rsidRDefault="00000000" w:rsidP="00681064">
      <w:pPr>
        <w:tabs>
          <w:tab w:val="left" w:pos="426"/>
        </w:tabs>
        <w:rPr>
          <w:rFonts w:cs="Times New Roman"/>
          <w:szCs w:val="24"/>
        </w:rPr>
      </w:pPr>
      <w:r w:rsidRPr="00681064">
        <w:rPr>
          <w:rFonts w:cs="Times New Roman"/>
          <w:szCs w:val="24"/>
        </w:rPr>
        <w:t xml:space="preserve"> Nhiệt kế thủy ngân hoạt động dựa trên sự dãn nở vì nhiệt của thủy ngân, là một chất lỏng.</w:t>
      </w:r>
    </w:p>
    <w:p w14:paraId="67196F36" w14:textId="77777777" w:rsidR="00C11391" w:rsidRPr="00681064" w:rsidRDefault="00C11391" w:rsidP="00681064">
      <w:pPr>
        <w:pStyle w:val="BodyText"/>
        <w:tabs>
          <w:tab w:val="left" w:pos="426"/>
        </w:tabs>
        <w:rPr>
          <w:szCs w:val="24"/>
        </w:rPr>
      </w:pPr>
      <w:bookmarkStart w:id="4" w:name="câu-4"/>
      <w:bookmarkEnd w:id="3"/>
      <w:r w:rsidRPr="00681064">
        <w:rPr>
          <w:b/>
          <w:bCs/>
          <w:szCs w:val="24"/>
        </w:rPr>
        <w:t>Câu 4.</w:t>
      </w:r>
      <w:r w:rsidRPr="00681064">
        <w:rPr>
          <w:szCs w:val="24"/>
        </w:rPr>
        <w:t xml:space="preserve"> Trong quá trình nung nóng đẳng áp một lượng khí xác định, khoảng cách trung bình giữa các phân tử khí</w:t>
      </w:r>
    </w:p>
    <w:p w14:paraId="55CC6978" w14:textId="77777777" w:rsidR="00C11391" w:rsidRPr="00681064" w:rsidRDefault="00C11391" w:rsidP="00681064">
      <w:pPr>
        <w:pStyle w:val="BodyText"/>
        <w:tabs>
          <w:tab w:val="left" w:pos="426"/>
        </w:tabs>
        <w:rPr>
          <w:szCs w:val="24"/>
        </w:rPr>
      </w:pPr>
      <w:r w:rsidRPr="00681064">
        <w:rPr>
          <w:b/>
          <w:bCs/>
          <w:color w:val="CC3300"/>
          <w:szCs w:val="24"/>
        </w:rPr>
        <w:tab/>
        <w:t>A.</w:t>
      </w:r>
      <w:r w:rsidRPr="00681064">
        <w:rPr>
          <w:szCs w:val="24"/>
        </w:rPr>
        <w:t xml:space="preserve"> không đổi.</w:t>
      </w:r>
    </w:p>
    <w:p w14:paraId="1DF70E4B" w14:textId="77777777" w:rsidR="00C11391" w:rsidRPr="00681064" w:rsidRDefault="00C11391" w:rsidP="00681064">
      <w:pPr>
        <w:pStyle w:val="BodyText"/>
        <w:tabs>
          <w:tab w:val="left" w:pos="426"/>
        </w:tabs>
        <w:rPr>
          <w:szCs w:val="24"/>
        </w:rPr>
      </w:pPr>
      <w:r w:rsidRPr="00681064">
        <w:rPr>
          <w:b/>
          <w:bCs/>
          <w:color w:val="CC3300"/>
          <w:szCs w:val="24"/>
        </w:rPr>
        <w:tab/>
        <w:t>B.</w:t>
      </w:r>
      <w:r w:rsidRPr="00681064">
        <w:rPr>
          <w:szCs w:val="24"/>
        </w:rPr>
        <w:t xml:space="preserve"> giảm đi.</w:t>
      </w:r>
    </w:p>
    <w:p w14:paraId="29EC03BA" w14:textId="77777777" w:rsidR="00C11391" w:rsidRPr="00681064" w:rsidRDefault="00C11391" w:rsidP="00681064">
      <w:pPr>
        <w:pStyle w:val="BodyText"/>
        <w:tabs>
          <w:tab w:val="left" w:pos="426"/>
        </w:tabs>
        <w:rPr>
          <w:szCs w:val="24"/>
        </w:rPr>
      </w:pPr>
      <w:r w:rsidRPr="00681064">
        <w:rPr>
          <w:b/>
          <w:bCs/>
          <w:color w:val="CC3300"/>
          <w:szCs w:val="24"/>
        </w:rPr>
        <w:tab/>
        <w:t>C.</w:t>
      </w:r>
      <w:r w:rsidRPr="00681064">
        <w:rPr>
          <w:szCs w:val="24"/>
        </w:rPr>
        <w:t xml:space="preserve"> giảm đến giá trị nhỏ nhất rồi tăng lên.</w:t>
      </w:r>
    </w:p>
    <w:p w14:paraId="5E57BE0D" w14:textId="77777777" w:rsidR="00C11391" w:rsidRPr="00681064" w:rsidRDefault="00C11391" w:rsidP="00681064">
      <w:pPr>
        <w:pStyle w:val="BodyText"/>
        <w:tabs>
          <w:tab w:val="left" w:pos="426"/>
        </w:tabs>
        <w:rPr>
          <w:szCs w:val="24"/>
        </w:rPr>
      </w:pPr>
      <w:r w:rsidRPr="00681064">
        <w:rPr>
          <w:b/>
          <w:bCs/>
          <w:color w:val="CC3300"/>
          <w:szCs w:val="24"/>
        </w:rPr>
        <w:tab/>
        <w:t>D.</w:t>
      </w:r>
      <w:r w:rsidRPr="00681064">
        <w:rPr>
          <w:szCs w:val="24"/>
        </w:rPr>
        <w:t xml:space="preserve"> tăng lên.</w:t>
      </w:r>
    </w:p>
    <w:p w14:paraId="1CA599F2" w14:textId="77777777" w:rsidR="00C11391" w:rsidRPr="00681064" w:rsidRDefault="00000000" w:rsidP="00681064">
      <w:pPr>
        <w:tabs>
          <w:tab w:val="left" w:pos="426"/>
        </w:tabs>
        <w:rPr>
          <w:rFonts w:cs="Times New Roman"/>
          <w:color w:val="CC3300"/>
          <w:szCs w:val="24"/>
        </w:rPr>
      </w:pPr>
      <w:r w:rsidRPr="00681064">
        <w:rPr>
          <w:rFonts w:cs="Times New Roman"/>
          <w:b/>
          <w:bCs/>
          <w:color w:val="CC3300"/>
          <w:szCs w:val="24"/>
        </w:rPr>
        <w:t>Đáp án: D.</w:t>
      </w:r>
      <w:r w:rsidRPr="00681064">
        <w:rPr>
          <w:rFonts w:cs="Times New Roman"/>
          <w:color w:val="CC3300"/>
          <w:szCs w:val="24"/>
        </w:rPr>
        <w:t xml:space="preserve"> </w:t>
      </w:r>
    </w:p>
    <w:p w14:paraId="5397315E" w14:textId="6EC1D216" w:rsidR="00EA3B5B" w:rsidRPr="00681064" w:rsidRDefault="00000000" w:rsidP="00681064">
      <w:pPr>
        <w:tabs>
          <w:tab w:val="left" w:pos="426"/>
        </w:tabs>
        <w:rPr>
          <w:rFonts w:cs="Times New Roman"/>
          <w:szCs w:val="24"/>
        </w:rPr>
      </w:pPr>
      <w:r w:rsidRPr="00681064">
        <w:rPr>
          <w:rFonts w:cs="Times New Roman"/>
          <w:szCs w:val="24"/>
        </w:rPr>
        <w:lastRenderedPageBreak/>
        <w:t xml:space="preserve">Quá trình đẳng áp có </w:t>
      </w:r>
      <m:oMath>
        <m:f>
          <m:fPr>
            <m:ctrlPr>
              <w:rPr>
                <w:rFonts w:ascii="Cambria Math" w:hAnsi="Cambria Math" w:cs="Times New Roman"/>
                <w:szCs w:val="24"/>
              </w:rPr>
            </m:ctrlPr>
          </m:fPr>
          <m:num>
            <m:r>
              <w:rPr>
                <w:rFonts w:ascii="Cambria Math" w:hAnsi="Cambria Math" w:cs="Times New Roman"/>
                <w:szCs w:val="24"/>
              </w:rPr>
              <m:t>V</m:t>
            </m:r>
          </m:num>
          <m:den>
            <m:r>
              <w:rPr>
                <w:rFonts w:ascii="Cambria Math" w:hAnsi="Cambria Math" w:cs="Times New Roman"/>
                <w:szCs w:val="24"/>
              </w:rPr>
              <m:t>T</m:t>
            </m:r>
          </m:den>
        </m:f>
        <m:r>
          <m:rPr>
            <m:sty m:val="p"/>
          </m:rPr>
          <w:rPr>
            <w:rFonts w:ascii="Cambria Math" w:hAnsi="Cambria Math" w:cs="Times New Roman"/>
            <w:szCs w:val="24"/>
          </w:rPr>
          <m:t>=</m:t>
        </m:r>
        <m:r>
          <m:rPr>
            <m:nor/>
          </m:rPr>
          <w:rPr>
            <w:rFonts w:cs="Times New Roman"/>
            <w:szCs w:val="24"/>
          </w:rPr>
          <m:t>hằng số</m:t>
        </m:r>
      </m:oMath>
      <w:r w:rsidRPr="00681064">
        <w:rPr>
          <w:rFonts w:cs="Times New Roman"/>
          <w:szCs w:val="24"/>
        </w:rPr>
        <w:t xml:space="preserve">. Khi nung nóng, </w:t>
      </w:r>
      <m:oMath>
        <m:r>
          <w:rPr>
            <w:rFonts w:ascii="Cambria Math" w:hAnsi="Cambria Math" w:cs="Times New Roman"/>
            <w:szCs w:val="24"/>
          </w:rPr>
          <m:t>T</m:t>
        </m:r>
      </m:oMath>
      <w:r w:rsidRPr="00681064">
        <w:rPr>
          <w:rFonts w:cs="Times New Roman"/>
          <w:szCs w:val="24"/>
        </w:rPr>
        <w:t xml:space="preserve"> tăng nên </w:t>
      </w:r>
      <m:oMath>
        <m:r>
          <w:rPr>
            <w:rFonts w:ascii="Cambria Math" w:hAnsi="Cambria Math" w:cs="Times New Roman"/>
            <w:szCs w:val="24"/>
          </w:rPr>
          <m:t>V</m:t>
        </m:r>
      </m:oMath>
      <w:r w:rsidRPr="00681064">
        <w:rPr>
          <w:rFonts w:cs="Times New Roman"/>
          <w:szCs w:val="24"/>
        </w:rPr>
        <w:t xml:space="preserve"> tăng; mật độ phân tử giảm và khoảng cách trung bình giữa các phân tử tăng.</w:t>
      </w:r>
    </w:p>
    <w:p w14:paraId="7240FD36" w14:textId="77777777" w:rsidR="00C11391" w:rsidRPr="00681064" w:rsidRDefault="00C11391" w:rsidP="00681064">
      <w:pPr>
        <w:pStyle w:val="BodyText"/>
        <w:tabs>
          <w:tab w:val="left" w:pos="426"/>
        </w:tabs>
        <w:rPr>
          <w:szCs w:val="24"/>
        </w:rPr>
      </w:pPr>
      <w:bookmarkStart w:id="5" w:name="câu-5"/>
      <w:bookmarkEnd w:id="4"/>
      <w:r w:rsidRPr="00681064">
        <w:rPr>
          <w:b/>
          <w:bCs/>
          <w:szCs w:val="24"/>
        </w:rPr>
        <w:t>Câu 5.</w:t>
      </w:r>
      <w:r w:rsidRPr="00681064">
        <w:rPr>
          <w:szCs w:val="24"/>
        </w:rPr>
        <w:t xml:space="preserve"> Gọi </w:t>
      </w:r>
      <m:oMath>
        <m:r>
          <w:rPr>
            <w:rFonts w:ascii="Cambria Math" w:hAnsi="Cambria Math"/>
            <w:szCs w:val="24"/>
          </w:rPr>
          <m:t>p</m:t>
        </m:r>
      </m:oMath>
      <w:r w:rsidRPr="00681064">
        <w:rPr>
          <w:szCs w:val="24"/>
        </w:rPr>
        <w:t xml:space="preserve">, </w:t>
      </w:r>
      <m:oMath>
        <m:r>
          <w:rPr>
            <w:rFonts w:ascii="Cambria Math" w:hAnsi="Cambria Math"/>
            <w:szCs w:val="24"/>
          </w:rPr>
          <m:t>V</m:t>
        </m:r>
      </m:oMath>
      <w:r w:rsidRPr="00681064">
        <w:rPr>
          <w:szCs w:val="24"/>
        </w:rPr>
        <w:t xml:space="preserve"> và </w:t>
      </w:r>
      <m:oMath>
        <m:r>
          <w:rPr>
            <w:rFonts w:ascii="Cambria Math" w:hAnsi="Cambria Math"/>
            <w:szCs w:val="24"/>
          </w:rPr>
          <m:t>T</m:t>
        </m:r>
      </m:oMath>
      <w:r w:rsidRPr="00681064">
        <w:rPr>
          <w:szCs w:val="24"/>
        </w:rPr>
        <w:t xml:space="preserve"> lần lượt là áp suất, thể tích và nhiệt độ tuyệt đối của một lượng khí lí tưởng xác định. Công thức nào sau đây mô tả đúng định luật Boyle?</w:t>
      </w:r>
    </w:p>
    <w:p w14:paraId="423EEA7E" w14:textId="77777777" w:rsidR="00C11391" w:rsidRPr="00681064" w:rsidRDefault="00C11391" w:rsidP="00681064">
      <w:pPr>
        <w:pStyle w:val="BodyText"/>
        <w:tabs>
          <w:tab w:val="left" w:pos="426"/>
        </w:tabs>
        <w:rPr>
          <w:szCs w:val="24"/>
        </w:rPr>
      </w:pPr>
      <w:r w:rsidRPr="00681064">
        <w:rPr>
          <w:b/>
          <w:bCs/>
          <w:color w:val="CC3300"/>
          <w:szCs w:val="24"/>
        </w:rPr>
        <w:tab/>
        <w:t>A.</w:t>
      </w:r>
      <w:r w:rsidRPr="00681064">
        <w:rPr>
          <w:szCs w:val="24"/>
        </w:rPr>
        <w:t xml:space="preserve"> </w:t>
      </w:r>
      <m:oMath>
        <m:f>
          <m:fPr>
            <m:ctrlPr>
              <w:rPr>
                <w:rFonts w:ascii="Cambria Math" w:hAnsi="Cambria Math"/>
                <w:szCs w:val="24"/>
              </w:rPr>
            </m:ctrlPr>
          </m:fPr>
          <m:num>
            <m:r>
              <w:rPr>
                <w:rFonts w:ascii="Cambria Math" w:hAnsi="Cambria Math"/>
                <w:szCs w:val="24"/>
              </w:rPr>
              <m:t>V</m:t>
            </m:r>
          </m:num>
          <m:den>
            <m:r>
              <w:rPr>
                <w:rFonts w:ascii="Cambria Math" w:hAnsi="Cambria Math"/>
                <w:szCs w:val="24"/>
              </w:rPr>
              <m:t>p</m:t>
            </m:r>
          </m:den>
        </m:f>
        <m:r>
          <m:rPr>
            <m:sty m:val="p"/>
          </m:rPr>
          <w:rPr>
            <w:rFonts w:ascii="Cambria Math" w:hAnsi="Cambria Math"/>
            <w:szCs w:val="24"/>
          </w:rPr>
          <m:t>=</m:t>
        </m:r>
        <m:r>
          <m:rPr>
            <m:nor/>
          </m:rPr>
          <w:rPr>
            <w:szCs w:val="24"/>
          </w:rPr>
          <m:t>hằng số</m:t>
        </m:r>
      </m:oMath>
      <w:r w:rsidRPr="00681064">
        <w:rPr>
          <w:szCs w:val="24"/>
        </w:rPr>
        <w:t>.</w:t>
      </w:r>
    </w:p>
    <w:p w14:paraId="02B6B094" w14:textId="77777777" w:rsidR="00C11391" w:rsidRPr="00681064" w:rsidRDefault="00C11391" w:rsidP="00681064">
      <w:pPr>
        <w:pStyle w:val="BodyText"/>
        <w:tabs>
          <w:tab w:val="left" w:pos="426"/>
        </w:tabs>
        <w:rPr>
          <w:szCs w:val="24"/>
        </w:rPr>
      </w:pPr>
      <w:r w:rsidRPr="00681064">
        <w:rPr>
          <w:b/>
          <w:bCs/>
          <w:color w:val="CC3300"/>
          <w:szCs w:val="24"/>
        </w:rPr>
        <w:tab/>
        <w:t>B.</w:t>
      </w:r>
      <w:r w:rsidRPr="00681064">
        <w:rPr>
          <w:szCs w:val="24"/>
        </w:rPr>
        <w:t xml:space="preserve"> </w:t>
      </w:r>
      <m:oMath>
        <m:r>
          <w:rPr>
            <w:rFonts w:ascii="Cambria Math" w:hAnsi="Cambria Math"/>
            <w:szCs w:val="24"/>
          </w:rPr>
          <m:t>p</m:t>
        </m:r>
        <m:sSup>
          <m:sSupPr>
            <m:ctrlPr>
              <w:rPr>
                <w:rFonts w:ascii="Cambria Math" w:hAnsi="Cambria Math"/>
                <w:szCs w:val="24"/>
              </w:rPr>
            </m:ctrlPr>
          </m:sSupPr>
          <m:e>
            <m:r>
              <w:rPr>
                <w:rFonts w:ascii="Cambria Math" w:hAnsi="Cambria Math"/>
                <w:szCs w:val="24"/>
              </w:rPr>
              <m:t>V</m:t>
            </m:r>
          </m:e>
          <m:sup>
            <m:r>
              <w:rPr>
                <w:rFonts w:ascii="Cambria Math" w:hAnsi="Cambria Math"/>
                <w:szCs w:val="24"/>
              </w:rPr>
              <m:t>2</m:t>
            </m:r>
          </m:sup>
        </m:sSup>
        <m:r>
          <m:rPr>
            <m:sty m:val="p"/>
          </m:rPr>
          <w:rPr>
            <w:rFonts w:ascii="Cambria Math" w:hAnsi="Cambria Math"/>
            <w:szCs w:val="24"/>
          </w:rPr>
          <m:t>=</m:t>
        </m:r>
        <m:r>
          <m:rPr>
            <m:nor/>
          </m:rPr>
          <w:rPr>
            <w:szCs w:val="24"/>
          </w:rPr>
          <m:t>hằng số</m:t>
        </m:r>
      </m:oMath>
      <w:r w:rsidRPr="00681064">
        <w:rPr>
          <w:szCs w:val="24"/>
        </w:rPr>
        <w:t>.</w:t>
      </w:r>
    </w:p>
    <w:p w14:paraId="35A0D836" w14:textId="77777777" w:rsidR="00C11391" w:rsidRPr="00681064" w:rsidRDefault="00C11391" w:rsidP="00681064">
      <w:pPr>
        <w:pStyle w:val="BodyText"/>
        <w:tabs>
          <w:tab w:val="left" w:pos="426"/>
        </w:tabs>
        <w:rPr>
          <w:szCs w:val="24"/>
        </w:rPr>
      </w:pPr>
      <w:r w:rsidRPr="00681064">
        <w:rPr>
          <w:b/>
          <w:bCs/>
          <w:color w:val="CC3300"/>
          <w:szCs w:val="24"/>
        </w:rPr>
        <w:tab/>
        <w:t>C.</w:t>
      </w:r>
      <w:r w:rsidRPr="00681064">
        <w:rPr>
          <w:szCs w:val="24"/>
        </w:rPr>
        <w:t xml:space="preserve"> </w:t>
      </w:r>
      <m:oMath>
        <m:r>
          <w:rPr>
            <w:rFonts w:ascii="Cambria Math" w:hAnsi="Cambria Math"/>
            <w:szCs w:val="24"/>
          </w:rPr>
          <m:t>pV</m:t>
        </m:r>
        <m:r>
          <m:rPr>
            <m:sty m:val="p"/>
          </m:rPr>
          <w:rPr>
            <w:rFonts w:ascii="Cambria Math" w:hAnsi="Cambria Math"/>
            <w:szCs w:val="24"/>
          </w:rPr>
          <m:t>=</m:t>
        </m:r>
        <m:r>
          <m:rPr>
            <m:nor/>
          </m:rPr>
          <w:rPr>
            <w:szCs w:val="24"/>
          </w:rPr>
          <m:t>hằng số</m:t>
        </m:r>
      </m:oMath>
      <w:r w:rsidRPr="00681064">
        <w:rPr>
          <w:szCs w:val="24"/>
        </w:rPr>
        <w:t>.</w:t>
      </w:r>
    </w:p>
    <w:p w14:paraId="76935D2B" w14:textId="77777777" w:rsidR="00C11391" w:rsidRPr="00681064" w:rsidRDefault="00C11391" w:rsidP="00681064">
      <w:pPr>
        <w:pStyle w:val="BodyText"/>
        <w:tabs>
          <w:tab w:val="left" w:pos="426"/>
        </w:tabs>
        <w:rPr>
          <w:szCs w:val="24"/>
        </w:rPr>
      </w:pPr>
      <w:r w:rsidRPr="00681064">
        <w:rPr>
          <w:b/>
          <w:bCs/>
          <w:color w:val="CC3300"/>
          <w:szCs w:val="24"/>
        </w:rPr>
        <w:tab/>
        <w:t>D.</w:t>
      </w:r>
      <w:r w:rsidRPr="00681064">
        <w:rPr>
          <w:szCs w:val="24"/>
        </w:rPr>
        <w:t xml:space="preserve"> </w:t>
      </w:r>
      <m:oMath>
        <m:f>
          <m:fPr>
            <m:ctrlPr>
              <w:rPr>
                <w:rFonts w:ascii="Cambria Math" w:hAnsi="Cambria Math"/>
                <w:szCs w:val="24"/>
              </w:rPr>
            </m:ctrlPr>
          </m:fPr>
          <m:num>
            <m:r>
              <w:rPr>
                <w:rFonts w:ascii="Cambria Math" w:hAnsi="Cambria Math"/>
                <w:szCs w:val="24"/>
              </w:rPr>
              <m:t>p</m:t>
            </m:r>
          </m:num>
          <m:den>
            <m:r>
              <w:rPr>
                <w:rFonts w:ascii="Cambria Math" w:hAnsi="Cambria Math"/>
                <w:szCs w:val="24"/>
              </w:rPr>
              <m:t>V</m:t>
            </m:r>
          </m:den>
        </m:f>
        <m:r>
          <m:rPr>
            <m:sty m:val="p"/>
          </m:rPr>
          <w:rPr>
            <w:rFonts w:ascii="Cambria Math" w:hAnsi="Cambria Math"/>
            <w:szCs w:val="24"/>
          </w:rPr>
          <m:t>=</m:t>
        </m:r>
        <m:r>
          <m:rPr>
            <m:nor/>
          </m:rPr>
          <w:rPr>
            <w:szCs w:val="24"/>
          </w:rPr>
          <m:t>hằng số</m:t>
        </m:r>
      </m:oMath>
      <w:r w:rsidRPr="00681064">
        <w:rPr>
          <w:szCs w:val="24"/>
        </w:rPr>
        <w:t>.</w:t>
      </w:r>
    </w:p>
    <w:p w14:paraId="59DA604D" w14:textId="77777777" w:rsidR="00C11391" w:rsidRPr="00681064" w:rsidRDefault="00000000" w:rsidP="00681064">
      <w:pPr>
        <w:tabs>
          <w:tab w:val="left" w:pos="426"/>
        </w:tabs>
        <w:rPr>
          <w:rFonts w:cs="Times New Roman"/>
          <w:b/>
          <w:bCs/>
          <w:color w:val="CC3300"/>
          <w:szCs w:val="24"/>
        </w:rPr>
      </w:pPr>
      <w:r w:rsidRPr="00681064">
        <w:rPr>
          <w:rFonts w:cs="Times New Roman"/>
          <w:b/>
          <w:bCs/>
          <w:color w:val="CC3300"/>
          <w:szCs w:val="24"/>
        </w:rPr>
        <w:t>Đáp án: C.</w:t>
      </w:r>
    </w:p>
    <w:p w14:paraId="47267BBE" w14:textId="29AD59B1" w:rsidR="00EA3B5B" w:rsidRPr="00681064" w:rsidRDefault="00000000" w:rsidP="00681064">
      <w:pPr>
        <w:tabs>
          <w:tab w:val="left" w:pos="426"/>
        </w:tabs>
        <w:rPr>
          <w:rFonts w:cs="Times New Roman"/>
          <w:szCs w:val="24"/>
        </w:rPr>
      </w:pPr>
      <w:r w:rsidRPr="00681064">
        <w:rPr>
          <w:rFonts w:cs="Times New Roman"/>
          <w:szCs w:val="24"/>
        </w:rPr>
        <w:t xml:space="preserve">Định luật Boyle cho một lượng khí xác định trong quá trình đẳng nhiệt: </w:t>
      </w:r>
      <m:oMath>
        <m:r>
          <w:rPr>
            <w:rFonts w:ascii="Cambria Math" w:hAnsi="Cambria Math" w:cs="Times New Roman"/>
            <w:szCs w:val="24"/>
          </w:rPr>
          <m:t>pV</m:t>
        </m:r>
        <m:r>
          <m:rPr>
            <m:sty m:val="p"/>
          </m:rPr>
          <w:rPr>
            <w:rFonts w:ascii="Cambria Math" w:hAnsi="Cambria Math" w:cs="Times New Roman"/>
            <w:szCs w:val="24"/>
          </w:rPr>
          <m:t>=</m:t>
        </m:r>
        <m:r>
          <m:rPr>
            <m:nor/>
          </m:rPr>
          <w:rPr>
            <w:rFonts w:cs="Times New Roman"/>
            <w:szCs w:val="24"/>
          </w:rPr>
          <m:t>hằng số</m:t>
        </m:r>
      </m:oMath>
      <w:r w:rsidRPr="00681064">
        <w:rPr>
          <w:rFonts w:cs="Times New Roman"/>
          <w:szCs w:val="24"/>
        </w:rPr>
        <w:t>.</w:t>
      </w:r>
    </w:p>
    <w:p w14:paraId="66DF24DC" w14:textId="77777777" w:rsidR="00C11391" w:rsidRPr="00681064" w:rsidRDefault="00C11391" w:rsidP="00681064">
      <w:pPr>
        <w:pStyle w:val="BodyText"/>
        <w:tabs>
          <w:tab w:val="left" w:pos="426"/>
        </w:tabs>
        <w:rPr>
          <w:szCs w:val="24"/>
        </w:rPr>
      </w:pPr>
      <w:bookmarkStart w:id="6" w:name="câu-6"/>
      <w:bookmarkEnd w:id="5"/>
      <w:r w:rsidRPr="00681064">
        <w:rPr>
          <w:b/>
          <w:bCs/>
          <w:szCs w:val="24"/>
        </w:rPr>
        <w:t>Câu 6.</w:t>
      </w:r>
      <w:r w:rsidRPr="00681064">
        <w:rPr>
          <w:szCs w:val="24"/>
        </w:rPr>
        <w:t xml:space="preserve"> Để xác định nhiệt hóa hơi riêng của nước bằng phương pháp nhiệt lượng, cần đo</w:t>
      </w:r>
    </w:p>
    <w:p w14:paraId="19960263" w14:textId="77777777" w:rsidR="00C11391" w:rsidRPr="00681064" w:rsidRDefault="00C11391" w:rsidP="00681064">
      <w:pPr>
        <w:pStyle w:val="BodyText"/>
        <w:tabs>
          <w:tab w:val="left" w:pos="426"/>
        </w:tabs>
        <w:rPr>
          <w:szCs w:val="24"/>
        </w:rPr>
      </w:pPr>
      <w:r w:rsidRPr="00681064">
        <w:rPr>
          <w:b/>
          <w:bCs/>
          <w:color w:val="CC3300"/>
          <w:szCs w:val="24"/>
        </w:rPr>
        <w:tab/>
        <w:t>A.</w:t>
      </w:r>
      <w:r w:rsidRPr="00681064">
        <w:rPr>
          <w:szCs w:val="24"/>
        </w:rPr>
        <w:t xml:space="preserve"> nhiệt lượng cung cấp và thời gian cung cấp nhiệt lượng.</w:t>
      </w:r>
    </w:p>
    <w:p w14:paraId="2AE64A1C" w14:textId="77777777" w:rsidR="00C11391" w:rsidRPr="00681064" w:rsidRDefault="00C11391" w:rsidP="00681064">
      <w:pPr>
        <w:pStyle w:val="BodyText"/>
        <w:tabs>
          <w:tab w:val="left" w:pos="426"/>
        </w:tabs>
        <w:rPr>
          <w:szCs w:val="24"/>
        </w:rPr>
      </w:pPr>
      <w:r w:rsidRPr="00681064">
        <w:rPr>
          <w:b/>
          <w:bCs/>
          <w:color w:val="CC3300"/>
          <w:szCs w:val="24"/>
        </w:rPr>
        <w:tab/>
        <w:t>B.</w:t>
      </w:r>
      <w:r w:rsidRPr="00681064">
        <w:rPr>
          <w:szCs w:val="24"/>
        </w:rPr>
        <w:t xml:space="preserve"> nhiệt lượng cung cấp trong một khoảng thời gian bất kì.</w:t>
      </w:r>
    </w:p>
    <w:p w14:paraId="5FB5EC36" w14:textId="77777777" w:rsidR="00C11391" w:rsidRPr="00681064" w:rsidRDefault="00C11391" w:rsidP="00681064">
      <w:pPr>
        <w:pStyle w:val="BodyText"/>
        <w:tabs>
          <w:tab w:val="left" w:pos="426"/>
        </w:tabs>
        <w:rPr>
          <w:szCs w:val="24"/>
        </w:rPr>
      </w:pPr>
      <w:r w:rsidRPr="00681064">
        <w:rPr>
          <w:b/>
          <w:bCs/>
          <w:color w:val="CC3300"/>
          <w:szCs w:val="24"/>
        </w:rPr>
        <w:tab/>
        <w:t>C.</w:t>
      </w:r>
      <w:r w:rsidRPr="00681064">
        <w:rPr>
          <w:szCs w:val="24"/>
        </w:rPr>
        <w:t xml:space="preserve"> nhiệt lượng làm nước hóa hơi và khối lượng nước đã hóa hơi.</w:t>
      </w:r>
    </w:p>
    <w:p w14:paraId="6133BDDD" w14:textId="77777777" w:rsidR="00C11391" w:rsidRPr="00681064" w:rsidRDefault="00C11391" w:rsidP="00681064">
      <w:pPr>
        <w:pStyle w:val="BodyText"/>
        <w:tabs>
          <w:tab w:val="left" w:pos="426"/>
        </w:tabs>
        <w:rPr>
          <w:szCs w:val="24"/>
        </w:rPr>
      </w:pPr>
      <w:r w:rsidRPr="00681064">
        <w:rPr>
          <w:b/>
          <w:bCs/>
          <w:color w:val="CC3300"/>
          <w:szCs w:val="24"/>
        </w:rPr>
        <w:tab/>
        <w:t>D.</w:t>
      </w:r>
      <w:r w:rsidRPr="00681064">
        <w:rPr>
          <w:szCs w:val="24"/>
        </w:rPr>
        <w:t xml:space="preserve"> khối lượng và thể tích ban đầu của nước.</w:t>
      </w:r>
    </w:p>
    <w:p w14:paraId="0653E7B8" w14:textId="77777777" w:rsidR="00C11391" w:rsidRPr="00681064" w:rsidRDefault="00000000" w:rsidP="00681064">
      <w:pPr>
        <w:tabs>
          <w:tab w:val="left" w:pos="426"/>
        </w:tabs>
        <w:rPr>
          <w:rFonts w:cs="Times New Roman"/>
          <w:b/>
          <w:bCs/>
          <w:color w:val="CC3300"/>
          <w:szCs w:val="24"/>
        </w:rPr>
      </w:pPr>
      <w:r w:rsidRPr="00681064">
        <w:rPr>
          <w:rFonts w:cs="Times New Roman"/>
          <w:b/>
          <w:bCs/>
          <w:color w:val="CC3300"/>
          <w:szCs w:val="24"/>
        </w:rPr>
        <w:t>Đáp án: C.</w:t>
      </w:r>
    </w:p>
    <w:p w14:paraId="23ECC948" w14:textId="5BED2D32" w:rsidR="00EA3B5B" w:rsidRPr="00681064" w:rsidRDefault="00000000" w:rsidP="00681064">
      <w:pPr>
        <w:tabs>
          <w:tab w:val="left" w:pos="426"/>
        </w:tabs>
        <w:rPr>
          <w:rFonts w:cs="Times New Roman"/>
          <w:szCs w:val="24"/>
        </w:rPr>
      </w:pPr>
      <w:r w:rsidRPr="00681064">
        <w:rPr>
          <w:rFonts w:cs="Times New Roman"/>
          <w:szCs w:val="24"/>
        </w:rPr>
        <w:t xml:space="preserve">Nhiệt hóa hơi riêng được xác định bởi </w:t>
      </w:r>
      <m:oMath>
        <m:r>
          <w:rPr>
            <w:rFonts w:ascii="Cambria Math" w:hAnsi="Cambria Math" w:cs="Times New Roman"/>
            <w:szCs w:val="24"/>
          </w:rPr>
          <m:t>L</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Q</m:t>
            </m:r>
          </m:num>
          <m:den>
            <m:r>
              <w:rPr>
                <w:rFonts w:ascii="Cambria Math" w:hAnsi="Cambria Math" w:cs="Times New Roman"/>
                <w:szCs w:val="24"/>
              </w:rPr>
              <m:t>m</m:t>
            </m:r>
          </m:den>
        </m:f>
      </m:oMath>
      <w:r w:rsidRPr="00681064">
        <w:rPr>
          <w:rFonts w:cs="Times New Roman"/>
          <w:szCs w:val="24"/>
        </w:rPr>
        <w:t>, do đó cần đo nhiệt lượng dùng để hóa hơi và khối lượng chất lỏng đã hóa hơi.</w:t>
      </w:r>
    </w:p>
    <w:p w14:paraId="01FD0733" w14:textId="77777777" w:rsidR="00C11391" w:rsidRPr="00681064" w:rsidRDefault="00C11391" w:rsidP="00681064">
      <w:pPr>
        <w:pStyle w:val="BodyText"/>
        <w:tabs>
          <w:tab w:val="left" w:pos="426"/>
        </w:tabs>
        <w:rPr>
          <w:szCs w:val="24"/>
        </w:rPr>
      </w:pPr>
      <w:bookmarkStart w:id="7" w:name="câu-7"/>
      <w:bookmarkEnd w:id="6"/>
      <w:r w:rsidRPr="00681064">
        <w:rPr>
          <w:b/>
          <w:bCs/>
          <w:szCs w:val="24"/>
        </w:rPr>
        <w:t>Câu 7.</w:t>
      </w:r>
      <w:r w:rsidRPr="00681064">
        <w:rPr>
          <w:szCs w:val="24"/>
        </w:rPr>
        <w:t xml:space="preserve"> Một lượng khí có thể tích </w:t>
      </w:r>
      <m:oMath>
        <m:r>
          <w:rPr>
            <w:rFonts w:ascii="Cambria Math" w:hAnsi="Cambria Math"/>
            <w:szCs w:val="24"/>
          </w:rPr>
          <m:t>200 </m:t>
        </m:r>
        <m:r>
          <m:rPr>
            <m:sty m:val="p"/>
          </m:rPr>
          <w:rPr>
            <w:rFonts w:ascii="Cambria Math" w:hAnsi="Cambria Math"/>
            <w:szCs w:val="24"/>
          </w:rPr>
          <m:t>c</m:t>
        </m:r>
        <m:sSup>
          <m:sSupPr>
            <m:ctrlPr>
              <w:rPr>
                <w:rFonts w:ascii="Cambria Math" w:hAnsi="Cambria Math"/>
                <w:szCs w:val="24"/>
              </w:rPr>
            </m:ctrlPr>
          </m:sSupPr>
          <m:e>
            <m:r>
              <m:rPr>
                <m:sty m:val="p"/>
              </m:rPr>
              <w:rPr>
                <w:rFonts w:ascii="Cambria Math" w:hAnsi="Cambria Math"/>
                <w:szCs w:val="24"/>
              </w:rPr>
              <m:t>m</m:t>
            </m:r>
          </m:e>
          <m:sup>
            <m:r>
              <m:rPr>
                <m:sty m:val="p"/>
              </m:rPr>
              <w:rPr>
                <w:rFonts w:ascii="Cambria Math" w:hAnsi="Cambria Math"/>
                <w:szCs w:val="24"/>
              </w:rPr>
              <m:t>3</m:t>
            </m:r>
          </m:sup>
        </m:sSup>
      </m:oMath>
      <w:r w:rsidRPr="00681064">
        <w:rPr>
          <w:szCs w:val="24"/>
        </w:rPr>
        <w:t xml:space="preserve"> ở </w:t>
      </w:r>
      <m:oMath>
        <m:r>
          <w:rPr>
            <w:rFonts w:ascii="Cambria Math" w:hAnsi="Cambria Math"/>
            <w:szCs w:val="24"/>
          </w:rPr>
          <m:t>16</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và áp suất </w:t>
      </w:r>
      <m:oMath>
        <m:r>
          <w:rPr>
            <w:rFonts w:ascii="Cambria Math" w:hAnsi="Cambria Math"/>
            <w:szCs w:val="24"/>
          </w:rPr>
          <m:t>740 </m:t>
        </m:r>
        <m:r>
          <m:rPr>
            <m:sty m:val="p"/>
          </m:rPr>
          <w:rPr>
            <w:rFonts w:ascii="Cambria Math" w:hAnsi="Cambria Math"/>
            <w:szCs w:val="24"/>
          </w:rPr>
          <m:t>mmHg</m:t>
        </m:r>
      </m:oMath>
      <w:r w:rsidRPr="00681064">
        <w:rPr>
          <w:szCs w:val="24"/>
        </w:rPr>
        <w:t>. Thể tích của lượng khí này ở điều kiện chuẩn là</w:t>
      </w:r>
    </w:p>
    <w:p w14:paraId="6309F12A" w14:textId="77777777" w:rsidR="00C11391" w:rsidRPr="00681064" w:rsidRDefault="00C11391" w:rsidP="00681064">
      <w:pPr>
        <w:pStyle w:val="BodyText"/>
        <w:tabs>
          <w:tab w:val="left" w:pos="426"/>
        </w:tabs>
        <w:rPr>
          <w:szCs w:val="24"/>
        </w:rPr>
      </w:pPr>
      <w:r w:rsidRPr="00681064">
        <w:rPr>
          <w:b/>
          <w:bCs/>
          <w:color w:val="CC3300"/>
          <w:szCs w:val="24"/>
        </w:rPr>
        <w:tab/>
        <w:t>A.</w:t>
      </w:r>
      <w:r w:rsidRPr="00681064">
        <w:rPr>
          <w:szCs w:val="24"/>
        </w:rPr>
        <w:t xml:space="preserve"> </w:t>
      </w:r>
      <m:oMath>
        <m:r>
          <w:rPr>
            <w:rFonts w:ascii="Cambria Math" w:hAnsi="Cambria Math"/>
            <w:szCs w:val="24"/>
          </w:rPr>
          <m:t>184 </m:t>
        </m:r>
        <m:r>
          <m:rPr>
            <m:sty m:val="p"/>
          </m:rPr>
          <w:rPr>
            <w:rFonts w:ascii="Cambria Math" w:hAnsi="Cambria Math"/>
            <w:szCs w:val="24"/>
          </w:rPr>
          <m:t>c</m:t>
        </m:r>
        <m:sSup>
          <m:sSupPr>
            <m:ctrlPr>
              <w:rPr>
                <w:rFonts w:ascii="Cambria Math" w:hAnsi="Cambria Math"/>
                <w:szCs w:val="24"/>
              </w:rPr>
            </m:ctrlPr>
          </m:sSupPr>
          <m:e>
            <m:r>
              <m:rPr>
                <m:sty m:val="p"/>
              </m:rPr>
              <w:rPr>
                <w:rFonts w:ascii="Cambria Math" w:hAnsi="Cambria Math"/>
                <w:szCs w:val="24"/>
              </w:rPr>
              <m:t>m</m:t>
            </m:r>
          </m:e>
          <m:sup>
            <m:r>
              <m:rPr>
                <m:sty m:val="p"/>
              </m:rPr>
              <w:rPr>
                <w:rFonts w:ascii="Cambria Math" w:hAnsi="Cambria Math"/>
                <w:szCs w:val="24"/>
              </w:rPr>
              <m:t>3</m:t>
            </m:r>
          </m:sup>
        </m:sSup>
      </m:oMath>
      <w:r w:rsidRPr="00681064">
        <w:rPr>
          <w:szCs w:val="24"/>
        </w:rPr>
        <w:t>.</w:t>
      </w:r>
    </w:p>
    <w:p w14:paraId="0F75B699" w14:textId="77777777" w:rsidR="00C11391" w:rsidRPr="00681064" w:rsidRDefault="00C11391" w:rsidP="00681064">
      <w:pPr>
        <w:pStyle w:val="BodyText"/>
        <w:tabs>
          <w:tab w:val="left" w:pos="426"/>
        </w:tabs>
        <w:rPr>
          <w:szCs w:val="24"/>
        </w:rPr>
      </w:pPr>
      <w:r w:rsidRPr="00681064">
        <w:rPr>
          <w:b/>
          <w:bCs/>
          <w:color w:val="CC3300"/>
          <w:szCs w:val="24"/>
        </w:rPr>
        <w:tab/>
        <w:t>B.</w:t>
      </w:r>
      <w:r w:rsidRPr="00681064">
        <w:rPr>
          <w:szCs w:val="24"/>
        </w:rPr>
        <w:t xml:space="preserve"> </w:t>
      </w:r>
      <m:oMath>
        <m:r>
          <w:rPr>
            <w:rFonts w:ascii="Cambria Math" w:hAnsi="Cambria Math"/>
            <w:szCs w:val="24"/>
          </w:rPr>
          <m:t>1</m:t>
        </m:r>
        <m:r>
          <m:rPr>
            <m:sty m:val="p"/>
          </m:rPr>
          <w:rPr>
            <w:rFonts w:ascii="Cambria Math" w:hAnsi="Cambria Math"/>
            <w:szCs w:val="24"/>
          </w:rPr>
          <m:t>,</m:t>
        </m:r>
        <m:r>
          <w:rPr>
            <w:rFonts w:ascii="Cambria Math" w:hAnsi="Cambria Math"/>
            <w:szCs w:val="24"/>
          </w:rPr>
          <m:t>02 </m:t>
        </m:r>
        <m:sSup>
          <m:sSupPr>
            <m:ctrlPr>
              <w:rPr>
                <w:rFonts w:ascii="Cambria Math" w:hAnsi="Cambria Math"/>
                <w:szCs w:val="24"/>
              </w:rPr>
            </m:ctrlPr>
          </m:sSupPr>
          <m:e>
            <m:r>
              <m:rPr>
                <m:sty m:val="p"/>
              </m:rPr>
              <w:rPr>
                <w:rFonts w:ascii="Cambria Math" w:hAnsi="Cambria Math"/>
                <w:szCs w:val="24"/>
              </w:rPr>
              <m:t>m</m:t>
            </m:r>
          </m:e>
          <m:sup>
            <m:r>
              <m:rPr>
                <m:sty m:val="p"/>
              </m:rPr>
              <w:rPr>
                <w:rFonts w:ascii="Cambria Math" w:hAnsi="Cambria Math"/>
                <w:szCs w:val="24"/>
              </w:rPr>
              <m:t>3</m:t>
            </m:r>
          </m:sup>
        </m:sSup>
      </m:oMath>
      <w:r w:rsidRPr="00681064">
        <w:rPr>
          <w:szCs w:val="24"/>
        </w:rPr>
        <w:t>.</w:t>
      </w:r>
    </w:p>
    <w:p w14:paraId="31EACA00" w14:textId="77777777" w:rsidR="00C11391" w:rsidRPr="00681064" w:rsidRDefault="00C11391" w:rsidP="00681064">
      <w:pPr>
        <w:pStyle w:val="BodyText"/>
        <w:tabs>
          <w:tab w:val="left" w:pos="426"/>
        </w:tabs>
        <w:rPr>
          <w:szCs w:val="24"/>
        </w:rPr>
      </w:pPr>
      <w:r w:rsidRPr="00681064">
        <w:rPr>
          <w:b/>
          <w:bCs/>
          <w:color w:val="CC3300"/>
          <w:szCs w:val="24"/>
        </w:rPr>
        <w:tab/>
        <w:t>C.</w:t>
      </w:r>
      <w:r w:rsidRPr="00681064">
        <w:rPr>
          <w:szCs w:val="24"/>
        </w:rPr>
        <w:t xml:space="preserve"> </w:t>
      </w:r>
      <m:oMath>
        <m:r>
          <w:rPr>
            <w:rFonts w:ascii="Cambria Math" w:hAnsi="Cambria Math"/>
            <w:szCs w:val="24"/>
          </w:rPr>
          <m:t>18</m:t>
        </m:r>
        <m:r>
          <m:rPr>
            <m:sty m:val="p"/>
          </m:rPr>
          <w:rPr>
            <w:rFonts w:ascii="Cambria Math" w:hAnsi="Cambria Math"/>
            <w:szCs w:val="24"/>
          </w:rPr>
          <m:t>,</m:t>
        </m:r>
        <m:r>
          <w:rPr>
            <w:rFonts w:ascii="Cambria Math" w:hAnsi="Cambria Math"/>
            <w:szCs w:val="24"/>
          </w:rPr>
          <m:t>4 </m:t>
        </m:r>
        <m:r>
          <m:rPr>
            <m:sty m:val="p"/>
          </m:rPr>
          <w:rPr>
            <w:rFonts w:ascii="Cambria Math" w:hAnsi="Cambria Math"/>
            <w:szCs w:val="24"/>
          </w:rPr>
          <m:t>c</m:t>
        </m:r>
        <m:sSup>
          <m:sSupPr>
            <m:ctrlPr>
              <w:rPr>
                <w:rFonts w:ascii="Cambria Math" w:hAnsi="Cambria Math"/>
                <w:szCs w:val="24"/>
              </w:rPr>
            </m:ctrlPr>
          </m:sSupPr>
          <m:e>
            <m:r>
              <m:rPr>
                <m:sty m:val="p"/>
              </m:rPr>
              <w:rPr>
                <w:rFonts w:ascii="Cambria Math" w:hAnsi="Cambria Math"/>
                <w:szCs w:val="24"/>
              </w:rPr>
              <m:t>m</m:t>
            </m:r>
          </m:e>
          <m:sup>
            <m:r>
              <m:rPr>
                <m:sty m:val="p"/>
              </m:rPr>
              <w:rPr>
                <w:rFonts w:ascii="Cambria Math" w:hAnsi="Cambria Math"/>
                <w:szCs w:val="24"/>
              </w:rPr>
              <m:t>3</m:t>
            </m:r>
          </m:sup>
        </m:sSup>
      </m:oMath>
      <w:r w:rsidRPr="00681064">
        <w:rPr>
          <w:szCs w:val="24"/>
        </w:rPr>
        <w:t>.</w:t>
      </w:r>
    </w:p>
    <w:p w14:paraId="1754213E" w14:textId="77777777" w:rsidR="00C11391" w:rsidRPr="00681064" w:rsidRDefault="00C11391" w:rsidP="00681064">
      <w:pPr>
        <w:pStyle w:val="BodyText"/>
        <w:tabs>
          <w:tab w:val="left" w:pos="426"/>
        </w:tabs>
        <w:rPr>
          <w:szCs w:val="24"/>
        </w:rPr>
      </w:pPr>
      <w:r w:rsidRPr="00681064">
        <w:rPr>
          <w:b/>
          <w:bCs/>
          <w:color w:val="CC3300"/>
          <w:szCs w:val="24"/>
        </w:rPr>
        <w:tab/>
        <w:t>D.</w:t>
      </w:r>
      <w:r w:rsidRPr="00681064">
        <w:rPr>
          <w:szCs w:val="24"/>
        </w:rPr>
        <w:t xml:space="preserve"> </w:t>
      </w:r>
      <m:oMath>
        <m:r>
          <w:rPr>
            <w:rFonts w:ascii="Cambria Math" w:hAnsi="Cambria Math"/>
            <w:szCs w:val="24"/>
          </w:rPr>
          <m:t>1</m:t>
        </m:r>
        <m:r>
          <m:rPr>
            <m:sty m:val="p"/>
          </m:rPr>
          <w:rPr>
            <w:rFonts w:ascii="Cambria Math" w:hAnsi="Cambria Math"/>
            <w:szCs w:val="24"/>
          </w:rPr>
          <m:t>,</m:t>
        </m:r>
        <m:r>
          <w:rPr>
            <w:rFonts w:ascii="Cambria Math" w:hAnsi="Cambria Math"/>
            <w:szCs w:val="24"/>
          </w:rPr>
          <m:t>84 </m:t>
        </m:r>
        <m:sSup>
          <m:sSupPr>
            <m:ctrlPr>
              <w:rPr>
                <w:rFonts w:ascii="Cambria Math" w:hAnsi="Cambria Math"/>
                <w:szCs w:val="24"/>
              </w:rPr>
            </m:ctrlPr>
          </m:sSupPr>
          <m:e>
            <m:r>
              <m:rPr>
                <m:sty m:val="p"/>
              </m:rPr>
              <w:rPr>
                <w:rFonts w:ascii="Cambria Math" w:hAnsi="Cambria Math"/>
                <w:szCs w:val="24"/>
              </w:rPr>
              <m:t>m</m:t>
            </m:r>
          </m:e>
          <m:sup>
            <m:r>
              <m:rPr>
                <m:sty m:val="p"/>
              </m:rPr>
              <w:rPr>
                <w:rFonts w:ascii="Cambria Math" w:hAnsi="Cambria Math"/>
                <w:szCs w:val="24"/>
              </w:rPr>
              <m:t>3</m:t>
            </m:r>
          </m:sup>
        </m:sSup>
      </m:oMath>
      <w:r w:rsidRPr="00681064">
        <w:rPr>
          <w:szCs w:val="24"/>
        </w:rPr>
        <w:t>.</w:t>
      </w:r>
    </w:p>
    <w:p w14:paraId="2A83F3A1" w14:textId="77777777" w:rsidR="00C11391" w:rsidRPr="00681064" w:rsidRDefault="00000000" w:rsidP="00681064">
      <w:pPr>
        <w:tabs>
          <w:tab w:val="left" w:pos="426"/>
        </w:tabs>
        <w:rPr>
          <w:rFonts w:cs="Times New Roman"/>
          <w:b/>
          <w:bCs/>
          <w:color w:val="CC3300"/>
          <w:szCs w:val="24"/>
        </w:rPr>
      </w:pPr>
      <w:r w:rsidRPr="00681064">
        <w:rPr>
          <w:rFonts w:cs="Times New Roman"/>
          <w:b/>
          <w:bCs/>
          <w:color w:val="CC3300"/>
          <w:szCs w:val="24"/>
        </w:rPr>
        <w:t>Đáp án: A.</w:t>
      </w:r>
    </w:p>
    <w:p w14:paraId="6E7E5082" w14:textId="2326321E" w:rsidR="00EA3B5B" w:rsidRPr="00681064" w:rsidRDefault="00000000" w:rsidP="00681064">
      <w:pPr>
        <w:tabs>
          <w:tab w:val="left" w:pos="426"/>
        </w:tabs>
        <w:rPr>
          <w:rFonts w:cs="Times New Roman"/>
          <w:szCs w:val="24"/>
        </w:rPr>
      </w:pPr>
      <w:r w:rsidRPr="00681064">
        <w:rPr>
          <w:rFonts w:cs="Times New Roman"/>
          <w:szCs w:val="24"/>
        </w:rPr>
        <w:t>Áp dụng phương trình trạng thái cho hai trạng thái:</w:t>
      </w:r>
    </w:p>
    <w:p w14:paraId="7EE3814F" w14:textId="77777777" w:rsidR="00EA3B5B" w:rsidRPr="00681064" w:rsidRDefault="00000000" w:rsidP="00681064">
      <w:pPr>
        <w:pStyle w:val="BodyText"/>
        <w:tabs>
          <w:tab w:val="left" w:pos="426"/>
        </w:tabs>
        <w:rPr>
          <w:rFonts w:cs="Times New Roman"/>
          <w:szCs w:val="24"/>
        </w:rPr>
      </w:pPr>
      <m:oMathPara>
        <m:oMathParaPr>
          <m:jc m:val="center"/>
        </m:oMathParaPr>
        <m:oMath>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1</m:t>
                  </m:r>
                </m:sub>
              </m:sSub>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1</m:t>
                  </m:r>
                </m:sub>
              </m:sSub>
            </m:num>
            <m:den>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den>
          </m:f>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0</m:t>
                  </m:r>
                </m:sub>
              </m:sSub>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0</m:t>
                  </m:r>
                </m:sub>
              </m:sSub>
            </m:num>
            <m:den>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0</m:t>
                  </m:r>
                </m:sub>
              </m:sSub>
            </m:den>
          </m:f>
          <m:r>
            <m:rPr>
              <m:sty m:val="p"/>
            </m:rPr>
            <w:rPr>
              <w:rFonts w:ascii="Cambria Math" w:hAnsi="Cambria Math" w:cs="Times New Roman"/>
              <w:szCs w:val="24"/>
            </w:rPr>
            <m:t>.</m:t>
          </m:r>
        </m:oMath>
      </m:oMathPara>
    </w:p>
    <w:p w14:paraId="78E4BE17" w14:textId="77777777" w:rsidR="00EA3B5B" w:rsidRPr="00681064" w:rsidRDefault="00000000" w:rsidP="00681064">
      <w:pPr>
        <w:tabs>
          <w:tab w:val="left" w:pos="426"/>
        </w:tabs>
        <w:rPr>
          <w:rFonts w:cs="Times New Roman"/>
          <w:szCs w:val="24"/>
        </w:rPr>
      </w:pPr>
      <w:r w:rsidRPr="00681064">
        <w:rPr>
          <w:rFonts w:cs="Times New Roman"/>
          <w:szCs w:val="24"/>
        </w:rPr>
        <w:t xml:space="preserve">Với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r>
          <m:rPr>
            <m:sty m:val="p"/>
          </m:rPr>
          <w:rPr>
            <w:rFonts w:ascii="Cambria Math" w:hAnsi="Cambria Math" w:cs="Times New Roman"/>
            <w:szCs w:val="24"/>
          </w:rPr>
          <m:t>=</m:t>
        </m:r>
        <m:r>
          <w:rPr>
            <w:rFonts w:ascii="Cambria Math" w:hAnsi="Cambria Math" w:cs="Times New Roman"/>
            <w:szCs w:val="24"/>
          </w:rPr>
          <m:t>16</m:t>
        </m:r>
        <m:r>
          <m:rPr>
            <m:sty m:val="p"/>
          </m:rPr>
          <w:rPr>
            <w:rFonts w:ascii="Cambria Math" w:hAnsi="Cambria Math" w:cs="Times New Roman"/>
            <w:szCs w:val="24"/>
          </w:rPr>
          <m:t>+</m:t>
        </m:r>
        <m:r>
          <w:rPr>
            <w:rFonts w:ascii="Cambria Math" w:hAnsi="Cambria Math" w:cs="Times New Roman"/>
            <w:szCs w:val="24"/>
          </w:rPr>
          <m:t>273</m:t>
        </m:r>
        <m:r>
          <m:rPr>
            <m:sty m:val="p"/>
          </m:rPr>
          <w:rPr>
            <w:rFonts w:ascii="Cambria Math" w:hAnsi="Cambria Math" w:cs="Times New Roman"/>
            <w:szCs w:val="24"/>
          </w:rPr>
          <m:t>=</m:t>
        </m:r>
        <m:r>
          <w:rPr>
            <w:rFonts w:ascii="Cambria Math" w:hAnsi="Cambria Math" w:cs="Times New Roman"/>
            <w:szCs w:val="24"/>
          </w:rPr>
          <m:t>289 K</m:t>
        </m:r>
      </m:oMath>
      <w:r w:rsidRPr="00681064">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0</m:t>
            </m:r>
          </m:sub>
        </m:sSub>
        <m:r>
          <m:rPr>
            <m:sty m:val="p"/>
          </m:rPr>
          <w:rPr>
            <w:rFonts w:ascii="Cambria Math" w:hAnsi="Cambria Math" w:cs="Times New Roman"/>
            <w:szCs w:val="24"/>
          </w:rPr>
          <m:t>=</m:t>
        </m:r>
        <m:r>
          <w:rPr>
            <w:rFonts w:ascii="Cambria Math" w:hAnsi="Cambria Math" w:cs="Times New Roman"/>
            <w:szCs w:val="24"/>
          </w:rPr>
          <m:t>273 K</m:t>
        </m:r>
      </m:oMath>
      <w:r w:rsidRPr="00681064">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1</m:t>
            </m:r>
          </m:sub>
        </m:sSub>
        <m:r>
          <m:rPr>
            <m:sty m:val="p"/>
          </m:rPr>
          <w:rPr>
            <w:rFonts w:ascii="Cambria Math" w:hAnsi="Cambria Math" w:cs="Times New Roman"/>
            <w:szCs w:val="24"/>
          </w:rPr>
          <m:t>=</m:t>
        </m:r>
        <m:r>
          <w:rPr>
            <w:rFonts w:ascii="Cambria Math" w:hAnsi="Cambria Math" w:cs="Times New Roman"/>
            <w:szCs w:val="24"/>
          </w:rPr>
          <m:t>740 mmHg</m:t>
        </m:r>
      </m:oMath>
      <w:r w:rsidRPr="00681064">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0</m:t>
            </m:r>
          </m:sub>
        </m:sSub>
        <m:r>
          <m:rPr>
            <m:sty m:val="p"/>
          </m:rPr>
          <w:rPr>
            <w:rFonts w:ascii="Cambria Math" w:hAnsi="Cambria Math" w:cs="Times New Roman"/>
            <w:szCs w:val="24"/>
          </w:rPr>
          <m:t>=</m:t>
        </m:r>
        <m:r>
          <w:rPr>
            <w:rFonts w:ascii="Cambria Math" w:hAnsi="Cambria Math" w:cs="Times New Roman"/>
            <w:szCs w:val="24"/>
          </w:rPr>
          <m:t>760 mmHg</m:t>
        </m:r>
      </m:oMath>
      <w:r w:rsidRPr="00681064">
        <w:rPr>
          <w:rFonts w:cs="Times New Roman"/>
          <w:szCs w:val="24"/>
        </w:rPr>
        <w:t>:</w:t>
      </w:r>
    </w:p>
    <w:p w14:paraId="7A5D6513" w14:textId="77777777" w:rsidR="00EA3B5B" w:rsidRPr="00681064" w:rsidRDefault="00000000" w:rsidP="00681064">
      <w:pPr>
        <w:pStyle w:val="BodyText"/>
        <w:tabs>
          <w:tab w:val="left" w:pos="426"/>
        </w:tabs>
        <w:rPr>
          <w:rFonts w:cs="Times New Roman"/>
          <w:szCs w:val="24"/>
        </w:rPr>
      </w:pPr>
      <m:oMathPara>
        <m:oMathParaPr>
          <m:jc m:val="center"/>
        </m:oMathParaPr>
        <m:oMath>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0</m:t>
              </m:r>
            </m:sub>
          </m:sSub>
          <m:r>
            <m:rPr>
              <m:sty m:val="p"/>
            </m:rPr>
            <w:rPr>
              <w:rFonts w:ascii="Cambria Math" w:hAnsi="Cambria Math" w:cs="Times New Roman"/>
              <w:szCs w:val="24"/>
            </w:rPr>
            <m:t>=</m:t>
          </m:r>
          <m:r>
            <w:rPr>
              <w:rFonts w:ascii="Cambria Math" w:hAnsi="Cambria Math" w:cs="Times New Roman"/>
              <w:szCs w:val="24"/>
            </w:rPr>
            <m:t>200</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740</m:t>
              </m:r>
            </m:num>
            <m:den>
              <m:r>
                <w:rPr>
                  <w:rFonts w:ascii="Cambria Math" w:hAnsi="Cambria Math" w:cs="Times New Roman"/>
                  <w:szCs w:val="24"/>
                </w:rPr>
                <m:t>760</m:t>
              </m:r>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273</m:t>
              </m:r>
            </m:num>
            <m:den>
              <m:r>
                <w:rPr>
                  <w:rFonts w:ascii="Cambria Math" w:hAnsi="Cambria Math" w:cs="Times New Roman"/>
                  <w:szCs w:val="24"/>
                </w:rPr>
                <m:t>289</m:t>
              </m:r>
            </m:den>
          </m:f>
          <m:r>
            <m:rPr>
              <m:sty m:val="p"/>
            </m:rPr>
            <w:rPr>
              <w:rFonts w:ascii="Cambria Math" w:hAnsi="Cambria Math" w:cs="Times New Roman"/>
              <w:szCs w:val="24"/>
            </w:rPr>
            <m:t>≈</m:t>
          </m:r>
          <m:r>
            <w:rPr>
              <w:rFonts w:ascii="Cambria Math" w:hAnsi="Cambria Math" w:cs="Times New Roman"/>
              <w:szCs w:val="24"/>
            </w:rPr>
            <m:t>184 c</m:t>
          </m:r>
          <m:sSup>
            <m:sSupPr>
              <m:ctrlPr>
                <w:rPr>
                  <w:rFonts w:ascii="Cambria Math" w:hAnsi="Cambria Math" w:cs="Times New Roman"/>
                  <w:szCs w:val="24"/>
                </w:rPr>
              </m:ctrlPr>
            </m:sSupPr>
            <m:e>
              <m:r>
                <w:rPr>
                  <w:rFonts w:ascii="Cambria Math" w:hAnsi="Cambria Math" w:cs="Times New Roman"/>
                  <w:szCs w:val="24"/>
                </w:rPr>
                <m:t>m</m:t>
              </m:r>
            </m:e>
            <m:sup>
              <m:r>
                <w:rPr>
                  <w:rFonts w:ascii="Cambria Math" w:hAnsi="Cambria Math" w:cs="Times New Roman"/>
                  <w:szCs w:val="24"/>
                </w:rPr>
                <m:t>3</m:t>
              </m:r>
            </m:sup>
          </m:sSup>
          <m:r>
            <m:rPr>
              <m:sty m:val="p"/>
            </m:rPr>
            <w:rPr>
              <w:rFonts w:ascii="Cambria Math" w:hAnsi="Cambria Math" w:cs="Times New Roman"/>
              <w:szCs w:val="24"/>
            </w:rPr>
            <m:t>.</m:t>
          </m:r>
        </m:oMath>
      </m:oMathPara>
    </w:p>
    <w:p w14:paraId="6F43F3FE" w14:textId="77777777" w:rsidR="00C11391" w:rsidRPr="00681064" w:rsidRDefault="00C11391" w:rsidP="00681064">
      <w:pPr>
        <w:pStyle w:val="BodyText"/>
        <w:tabs>
          <w:tab w:val="left" w:pos="426"/>
        </w:tabs>
        <w:rPr>
          <w:szCs w:val="24"/>
        </w:rPr>
      </w:pPr>
      <w:bookmarkStart w:id="8" w:name="câu-8"/>
      <w:bookmarkEnd w:id="7"/>
      <w:r w:rsidRPr="00681064">
        <w:rPr>
          <w:b/>
          <w:bCs/>
          <w:szCs w:val="24"/>
        </w:rPr>
        <w:t>Câu 8.</w:t>
      </w:r>
      <w:r w:rsidRPr="00681064">
        <w:rPr>
          <w:szCs w:val="24"/>
        </w:rPr>
        <w:t xml:space="preserve"> Nhiệt nóng chảy riêng của đồng là </w:t>
      </w:r>
      <m:oMath>
        <m:r>
          <w:rPr>
            <w:rFonts w:ascii="Cambria Math" w:hAnsi="Cambria Math"/>
            <w:szCs w:val="24"/>
          </w:rPr>
          <m:t>1</m:t>
        </m:r>
        <m:r>
          <m:rPr>
            <m:sty m:val="p"/>
          </m:rPr>
          <w:rPr>
            <w:rFonts w:ascii="Cambria Math" w:hAnsi="Cambria Math"/>
            <w:szCs w:val="24"/>
          </w:rPr>
          <m:t>,</m:t>
        </m:r>
        <m:r>
          <w:rPr>
            <w:rFonts w:ascii="Cambria Math" w:hAnsi="Cambria Math"/>
            <w:szCs w:val="24"/>
          </w:rPr>
          <m:t>8</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w:rPr>
                <w:rFonts w:ascii="Cambria Math" w:hAnsi="Cambria Math"/>
                <w:szCs w:val="24"/>
              </w:rPr>
              <m:t>5</m:t>
            </m:r>
          </m:sup>
        </m:sSup>
        <m:r>
          <w:rPr>
            <w:rFonts w:ascii="Cambria Math" w:hAnsi="Cambria Math"/>
            <w:szCs w:val="24"/>
          </w:rPr>
          <m:t> </m:t>
        </m:r>
        <m:r>
          <m:rPr>
            <m:sty m:val="p"/>
          </m:rPr>
          <w:rPr>
            <w:rFonts w:ascii="Cambria Math" w:hAnsi="Cambria Math"/>
            <w:szCs w:val="24"/>
          </w:rPr>
          <m:t>J/kg</m:t>
        </m:r>
      </m:oMath>
      <w:r w:rsidRPr="00681064">
        <w:rPr>
          <w:szCs w:val="24"/>
        </w:rPr>
        <w:t>. Phát biểu nào sau đây đúng?</w:t>
      </w:r>
    </w:p>
    <w:p w14:paraId="1CF44246" w14:textId="77777777" w:rsidR="00C11391" w:rsidRPr="00681064" w:rsidRDefault="00C11391" w:rsidP="00681064">
      <w:pPr>
        <w:pStyle w:val="BodyText"/>
        <w:tabs>
          <w:tab w:val="left" w:pos="426"/>
        </w:tabs>
        <w:rPr>
          <w:szCs w:val="24"/>
        </w:rPr>
      </w:pPr>
      <w:r w:rsidRPr="00681064">
        <w:rPr>
          <w:b/>
          <w:bCs/>
          <w:color w:val="CC3300"/>
          <w:szCs w:val="24"/>
        </w:rPr>
        <w:tab/>
        <w:t>A.</w:t>
      </w:r>
      <w:r w:rsidRPr="00681064">
        <w:rPr>
          <w:szCs w:val="24"/>
        </w:rPr>
        <w:t xml:space="preserve"> Một khối đồng bất kì tỏa ra </w:t>
      </w:r>
      <m:oMath>
        <m:r>
          <w:rPr>
            <w:rFonts w:ascii="Cambria Math" w:hAnsi="Cambria Math"/>
            <w:szCs w:val="24"/>
          </w:rPr>
          <m:t>1</m:t>
        </m:r>
        <m:r>
          <m:rPr>
            <m:sty m:val="p"/>
          </m:rPr>
          <w:rPr>
            <w:rFonts w:ascii="Cambria Math" w:hAnsi="Cambria Math"/>
            <w:szCs w:val="24"/>
          </w:rPr>
          <m:t>,</m:t>
        </m:r>
        <m:r>
          <w:rPr>
            <w:rFonts w:ascii="Cambria Math" w:hAnsi="Cambria Math"/>
            <w:szCs w:val="24"/>
          </w:rPr>
          <m:t>8</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w:rPr>
                <w:rFonts w:ascii="Cambria Math" w:hAnsi="Cambria Math"/>
                <w:szCs w:val="24"/>
              </w:rPr>
              <m:t>5</m:t>
            </m:r>
          </m:sup>
        </m:sSup>
        <m:r>
          <w:rPr>
            <w:rFonts w:ascii="Cambria Math" w:hAnsi="Cambria Math"/>
            <w:szCs w:val="24"/>
          </w:rPr>
          <m:t> </m:t>
        </m:r>
        <m:r>
          <m:rPr>
            <m:sty m:val="p"/>
          </m:rPr>
          <w:rPr>
            <w:rFonts w:ascii="Cambria Math" w:hAnsi="Cambria Math"/>
            <w:szCs w:val="24"/>
          </w:rPr>
          <m:t>J</m:t>
        </m:r>
      </m:oMath>
      <w:r w:rsidRPr="00681064">
        <w:rPr>
          <w:szCs w:val="24"/>
        </w:rPr>
        <w:t xml:space="preserve"> khi nóng chảy hoàn toàn.</w:t>
      </w:r>
    </w:p>
    <w:p w14:paraId="619F3997" w14:textId="77777777" w:rsidR="00C11391" w:rsidRPr="00681064" w:rsidRDefault="00C11391" w:rsidP="00681064">
      <w:pPr>
        <w:pStyle w:val="BodyText"/>
        <w:tabs>
          <w:tab w:val="left" w:pos="426"/>
        </w:tabs>
        <w:rPr>
          <w:szCs w:val="24"/>
        </w:rPr>
      </w:pPr>
      <w:r w:rsidRPr="00681064">
        <w:rPr>
          <w:b/>
          <w:bCs/>
          <w:color w:val="CC3300"/>
          <w:szCs w:val="24"/>
        </w:rPr>
        <w:tab/>
        <w:t>B.</w:t>
      </w:r>
      <w:r w:rsidRPr="00681064">
        <w:rPr>
          <w:szCs w:val="24"/>
        </w:rPr>
        <w:t xml:space="preserve"> Mỗi kilôgam đồng tỏa ra </w:t>
      </w:r>
      <m:oMath>
        <m:r>
          <w:rPr>
            <w:rFonts w:ascii="Cambria Math" w:hAnsi="Cambria Math"/>
            <w:szCs w:val="24"/>
          </w:rPr>
          <m:t>1</m:t>
        </m:r>
        <m:r>
          <m:rPr>
            <m:sty m:val="p"/>
          </m:rPr>
          <w:rPr>
            <w:rFonts w:ascii="Cambria Math" w:hAnsi="Cambria Math"/>
            <w:szCs w:val="24"/>
          </w:rPr>
          <m:t>,</m:t>
        </m:r>
        <m:r>
          <w:rPr>
            <w:rFonts w:ascii="Cambria Math" w:hAnsi="Cambria Math"/>
            <w:szCs w:val="24"/>
          </w:rPr>
          <m:t>8</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w:rPr>
                <w:rFonts w:ascii="Cambria Math" w:hAnsi="Cambria Math"/>
                <w:szCs w:val="24"/>
              </w:rPr>
              <m:t>5</m:t>
            </m:r>
          </m:sup>
        </m:sSup>
        <m:r>
          <w:rPr>
            <w:rFonts w:ascii="Cambria Math" w:hAnsi="Cambria Math"/>
            <w:szCs w:val="24"/>
          </w:rPr>
          <m:t> </m:t>
        </m:r>
        <m:r>
          <m:rPr>
            <m:sty m:val="p"/>
          </m:rPr>
          <w:rPr>
            <w:rFonts w:ascii="Cambria Math" w:hAnsi="Cambria Math"/>
            <w:szCs w:val="24"/>
          </w:rPr>
          <m:t>J</m:t>
        </m:r>
      </m:oMath>
      <w:r w:rsidRPr="00681064">
        <w:rPr>
          <w:szCs w:val="24"/>
        </w:rPr>
        <w:t xml:space="preserve"> khi hóa lỏng hoàn toàn.</w:t>
      </w:r>
    </w:p>
    <w:p w14:paraId="34713E9B" w14:textId="77777777" w:rsidR="00C11391" w:rsidRPr="00681064" w:rsidRDefault="00C11391" w:rsidP="00681064">
      <w:pPr>
        <w:pStyle w:val="BodyText"/>
        <w:tabs>
          <w:tab w:val="left" w:pos="426"/>
        </w:tabs>
        <w:rPr>
          <w:szCs w:val="24"/>
        </w:rPr>
      </w:pPr>
      <w:r w:rsidRPr="00681064">
        <w:rPr>
          <w:b/>
          <w:bCs/>
          <w:color w:val="CC3300"/>
          <w:szCs w:val="24"/>
        </w:rPr>
        <w:tab/>
        <w:t>C.</w:t>
      </w:r>
      <w:r w:rsidRPr="00681064">
        <w:rPr>
          <w:szCs w:val="24"/>
        </w:rPr>
        <w:t xml:space="preserve"> Mỗi kilôgam đồng cần thu </w:t>
      </w:r>
      <m:oMath>
        <m:r>
          <w:rPr>
            <w:rFonts w:ascii="Cambria Math" w:hAnsi="Cambria Math"/>
            <w:szCs w:val="24"/>
          </w:rPr>
          <m:t>1</m:t>
        </m:r>
        <m:r>
          <m:rPr>
            <m:sty m:val="p"/>
          </m:rPr>
          <w:rPr>
            <w:rFonts w:ascii="Cambria Math" w:hAnsi="Cambria Math"/>
            <w:szCs w:val="24"/>
          </w:rPr>
          <m:t>,</m:t>
        </m:r>
        <m:r>
          <w:rPr>
            <w:rFonts w:ascii="Cambria Math" w:hAnsi="Cambria Math"/>
            <w:szCs w:val="24"/>
          </w:rPr>
          <m:t>8</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w:rPr>
                <w:rFonts w:ascii="Cambria Math" w:hAnsi="Cambria Math"/>
                <w:szCs w:val="24"/>
              </w:rPr>
              <m:t>5</m:t>
            </m:r>
          </m:sup>
        </m:sSup>
        <m:r>
          <w:rPr>
            <w:rFonts w:ascii="Cambria Math" w:hAnsi="Cambria Math"/>
            <w:szCs w:val="24"/>
          </w:rPr>
          <m:t> </m:t>
        </m:r>
        <m:r>
          <m:rPr>
            <m:sty m:val="p"/>
          </m:rPr>
          <w:rPr>
            <w:rFonts w:ascii="Cambria Math" w:hAnsi="Cambria Math"/>
            <w:szCs w:val="24"/>
          </w:rPr>
          <m:t>J</m:t>
        </m:r>
      </m:oMath>
      <w:r w:rsidRPr="00681064">
        <w:rPr>
          <w:szCs w:val="24"/>
        </w:rPr>
        <w:t xml:space="preserve"> để nóng chảy hoàn toàn ở nhiệt độ nóng chảy.</w:t>
      </w:r>
    </w:p>
    <w:p w14:paraId="777B9799" w14:textId="77777777" w:rsidR="00C11391" w:rsidRPr="00681064" w:rsidRDefault="00C11391" w:rsidP="00681064">
      <w:pPr>
        <w:pStyle w:val="BodyText"/>
        <w:tabs>
          <w:tab w:val="left" w:pos="426"/>
        </w:tabs>
        <w:rPr>
          <w:szCs w:val="24"/>
        </w:rPr>
      </w:pPr>
      <w:r w:rsidRPr="00681064">
        <w:rPr>
          <w:b/>
          <w:bCs/>
          <w:color w:val="CC3300"/>
          <w:szCs w:val="24"/>
        </w:rPr>
        <w:tab/>
        <w:t>D.</w:t>
      </w:r>
      <w:r w:rsidRPr="00681064">
        <w:rPr>
          <w:szCs w:val="24"/>
        </w:rPr>
        <w:t xml:space="preserve"> Một khối đồng bất kì cần thu </w:t>
      </w:r>
      <m:oMath>
        <m:r>
          <w:rPr>
            <w:rFonts w:ascii="Cambria Math" w:hAnsi="Cambria Math"/>
            <w:szCs w:val="24"/>
          </w:rPr>
          <m:t>1</m:t>
        </m:r>
        <m:r>
          <m:rPr>
            <m:sty m:val="p"/>
          </m:rPr>
          <w:rPr>
            <w:rFonts w:ascii="Cambria Math" w:hAnsi="Cambria Math"/>
            <w:szCs w:val="24"/>
          </w:rPr>
          <m:t>,</m:t>
        </m:r>
        <m:r>
          <w:rPr>
            <w:rFonts w:ascii="Cambria Math" w:hAnsi="Cambria Math"/>
            <w:szCs w:val="24"/>
          </w:rPr>
          <m:t>8</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w:rPr>
                <w:rFonts w:ascii="Cambria Math" w:hAnsi="Cambria Math"/>
                <w:szCs w:val="24"/>
              </w:rPr>
              <m:t>5</m:t>
            </m:r>
          </m:sup>
        </m:sSup>
        <m:r>
          <w:rPr>
            <w:rFonts w:ascii="Cambria Math" w:hAnsi="Cambria Math"/>
            <w:szCs w:val="24"/>
          </w:rPr>
          <m:t> </m:t>
        </m:r>
        <m:r>
          <m:rPr>
            <m:sty m:val="p"/>
          </m:rPr>
          <w:rPr>
            <w:rFonts w:ascii="Cambria Math" w:hAnsi="Cambria Math"/>
            <w:szCs w:val="24"/>
          </w:rPr>
          <m:t>J</m:t>
        </m:r>
      </m:oMath>
      <w:r w:rsidRPr="00681064">
        <w:rPr>
          <w:szCs w:val="24"/>
        </w:rPr>
        <w:t xml:space="preserve"> để hóa lỏng.</w:t>
      </w:r>
    </w:p>
    <w:p w14:paraId="37A85E5A" w14:textId="77777777" w:rsidR="00C11391" w:rsidRPr="00681064" w:rsidRDefault="00000000" w:rsidP="00681064">
      <w:pPr>
        <w:tabs>
          <w:tab w:val="left" w:pos="426"/>
        </w:tabs>
        <w:rPr>
          <w:rFonts w:cs="Times New Roman"/>
          <w:b/>
          <w:bCs/>
          <w:color w:val="CC3300"/>
          <w:szCs w:val="24"/>
        </w:rPr>
      </w:pPr>
      <w:r w:rsidRPr="00681064">
        <w:rPr>
          <w:rFonts w:cs="Times New Roman"/>
          <w:b/>
          <w:bCs/>
          <w:color w:val="CC3300"/>
          <w:szCs w:val="24"/>
        </w:rPr>
        <w:lastRenderedPageBreak/>
        <w:t>Đáp án: C.</w:t>
      </w:r>
    </w:p>
    <w:p w14:paraId="296A1C87" w14:textId="5138612F" w:rsidR="00EA3B5B" w:rsidRPr="00681064" w:rsidRDefault="00000000" w:rsidP="00681064">
      <w:pPr>
        <w:tabs>
          <w:tab w:val="left" w:pos="426"/>
        </w:tabs>
        <w:rPr>
          <w:rFonts w:cs="Times New Roman"/>
          <w:szCs w:val="24"/>
        </w:rPr>
      </w:pPr>
      <w:r w:rsidRPr="00681064">
        <w:rPr>
          <w:rFonts w:cs="Times New Roman"/>
          <w:szCs w:val="24"/>
        </w:rPr>
        <w:t xml:space="preserve">Giá trị </w:t>
      </w:r>
      <m:oMath>
        <m:r>
          <w:rPr>
            <w:rFonts w:ascii="Cambria Math" w:hAnsi="Cambria Math" w:cs="Times New Roman"/>
            <w:szCs w:val="24"/>
          </w:rPr>
          <m:t>λ</m:t>
        </m:r>
        <m:r>
          <m:rPr>
            <m:sty m:val="p"/>
          </m:rPr>
          <w:rPr>
            <w:rFonts w:ascii="Cambria Math" w:hAnsi="Cambria Math" w:cs="Times New Roman"/>
            <w:szCs w:val="24"/>
          </w:rPr>
          <m:t>=</m:t>
        </m:r>
        <m:r>
          <w:rPr>
            <w:rFonts w:ascii="Cambria Math" w:hAnsi="Cambria Math" w:cs="Times New Roman"/>
            <w:szCs w:val="24"/>
          </w:rPr>
          <m:t>1</m:t>
        </m:r>
        <m:r>
          <m:rPr>
            <m:sty m:val="p"/>
          </m:rPr>
          <w:rPr>
            <w:rFonts w:ascii="Cambria Math" w:hAnsi="Cambria Math" w:cs="Times New Roman"/>
            <w:szCs w:val="24"/>
          </w:rPr>
          <m:t>,</m:t>
        </m:r>
        <m:r>
          <w:rPr>
            <w:rFonts w:ascii="Cambria Math" w:hAnsi="Cambria Math" w:cs="Times New Roman"/>
            <w:szCs w:val="24"/>
          </w:rPr>
          <m:t>8</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5</m:t>
            </m:r>
          </m:sup>
        </m:sSup>
        <m:r>
          <w:rPr>
            <w:rFonts w:ascii="Cambria Math" w:hAnsi="Cambria Math" w:cs="Times New Roman"/>
            <w:szCs w:val="24"/>
          </w:rPr>
          <m:t> J</m:t>
        </m:r>
        <m:r>
          <m:rPr>
            <m:sty m:val="p"/>
          </m:rPr>
          <w:rPr>
            <w:rFonts w:ascii="Cambria Math" w:hAnsi="Cambria Math" w:cs="Times New Roman"/>
            <w:szCs w:val="24"/>
          </w:rPr>
          <m:t>/</m:t>
        </m:r>
        <m:r>
          <w:rPr>
            <w:rFonts w:ascii="Cambria Math" w:hAnsi="Cambria Math" w:cs="Times New Roman"/>
            <w:szCs w:val="24"/>
          </w:rPr>
          <m:t>kg</m:t>
        </m:r>
      </m:oMath>
      <w:r w:rsidRPr="00681064">
        <w:rPr>
          <w:rFonts w:cs="Times New Roman"/>
          <w:szCs w:val="24"/>
        </w:rPr>
        <w:t xml:space="preserve"> nghĩa là mỗi kilôgam đồng cần thu </w:t>
      </w:r>
      <m:oMath>
        <m:r>
          <w:rPr>
            <w:rFonts w:ascii="Cambria Math" w:hAnsi="Cambria Math" w:cs="Times New Roman"/>
            <w:szCs w:val="24"/>
          </w:rPr>
          <m:t>1</m:t>
        </m:r>
        <m:r>
          <m:rPr>
            <m:sty m:val="p"/>
          </m:rPr>
          <w:rPr>
            <w:rFonts w:ascii="Cambria Math" w:hAnsi="Cambria Math" w:cs="Times New Roman"/>
            <w:szCs w:val="24"/>
          </w:rPr>
          <m:t>,</m:t>
        </m:r>
        <m:r>
          <w:rPr>
            <w:rFonts w:ascii="Cambria Math" w:hAnsi="Cambria Math" w:cs="Times New Roman"/>
            <w:szCs w:val="24"/>
          </w:rPr>
          <m:t>8</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5</m:t>
            </m:r>
          </m:sup>
        </m:sSup>
        <m:r>
          <w:rPr>
            <w:rFonts w:ascii="Cambria Math" w:hAnsi="Cambria Math" w:cs="Times New Roman"/>
            <w:szCs w:val="24"/>
          </w:rPr>
          <m:t> J</m:t>
        </m:r>
      </m:oMath>
      <w:r w:rsidRPr="00681064">
        <w:rPr>
          <w:rFonts w:cs="Times New Roman"/>
          <w:szCs w:val="24"/>
        </w:rPr>
        <w:t xml:space="preserve"> để nóng chảy hoàn toàn ở nhiệt độ nóng chảy.</w:t>
      </w:r>
    </w:p>
    <w:p w14:paraId="621D893F" w14:textId="77777777" w:rsidR="00C11391" w:rsidRPr="00681064" w:rsidRDefault="00C11391" w:rsidP="00681064">
      <w:pPr>
        <w:pStyle w:val="BodyText"/>
        <w:tabs>
          <w:tab w:val="left" w:pos="426"/>
        </w:tabs>
        <w:rPr>
          <w:szCs w:val="24"/>
        </w:rPr>
      </w:pPr>
      <w:bookmarkStart w:id="9" w:name="câu-9"/>
      <w:bookmarkEnd w:id="8"/>
      <w:r w:rsidRPr="00681064">
        <w:rPr>
          <w:b/>
          <w:bCs/>
          <w:szCs w:val="24"/>
        </w:rPr>
        <w:t>Câu 9.</w:t>
      </w:r>
      <w:r w:rsidRPr="00681064">
        <w:rPr>
          <w:szCs w:val="24"/>
        </w:rPr>
        <w:t xml:space="preserve"> Tính chất nào sau đây không phải là tính chất của chất khí?</w:t>
      </w:r>
    </w:p>
    <w:p w14:paraId="22271EB7" w14:textId="77777777" w:rsidR="00C11391" w:rsidRPr="00681064" w:rsidRDefault="00C11391" w:rsidP="00681064">
      <w:pPr>
        <w:pStyle w:val="BodyText"/>
        <w:tabs>
          <w:tab w:val="left" w:pos="426"/>
        </w:tabs>
        <w:rPr>
          <w:szCs w:val="24"/>
        </w:rPr>
      </w:pPr>
      <w:r w:rsidRPr="00681064">
        <w:rPr>
          <w:b/>
          <w:bCs/>
          <w:color w:val="CC3300"/>
          <w:szCs w:val="24"/>
        </w:rPr>
        <w:tab/>
        <w:t>A.</w:t>
      </w:r>
      <w:r w:rsidRPr="00681064">
        <w:rPr>
          <w:szCs w:val="24"/>
        </w:rPr>
        <w:t xml:space="preserve"> Các phân tử chuyển động hỗn loạn quanh các vị trí cân bằng cố định.</w:t>
      </w:r>
    </w:p>
    <w:p w14:paraId="51D20A60" w14:textId="77777777" w:rsidR="00C11391" w:rsidRPr="00681064" w:rsidRDefault="00C11391" w:rsidP="00681064">
      <w:pPr>
        <w:pStyle w:val="BodyText"/>
        <w:tabs>
          <w:tab w:val="left" w:pos="426"/>
        </w:tabs>
        <w:rPr>
          <w:szCs w:val="24"/>
        </w:rPr>
      </w:pPr>
      <w:r w:rsidRPr="00681064">
        <w:rPr>
          <w:b/>
          <w:bCs/>
          <w:color w:val="CC3300"/>
          <w:szCs w:val="24"/>
        </w:rPr>
        <w:tab/>
        <w:t>B.</w:t>
      </w:r>
      <w:r w:rsidRPr="00681064">
        <w:rPr>
          <w:szCs w:val="24"/>
        </w:rPr>
        <w:t xml:space="preserve"> Chất khí dễ nén hơn chất lỏng và chất rắn.</w:t>
      </w:r>
    </w:p>
    <w:p w14:paraId="01E4F20D" w14:textId="77777777" w:rsidR="00C11391" w:rsidRPr="00681064" w:rsidRDefault="00C11391" w:rsidP="00681064">
      <w:pPr>
        <w:pStyle w:val="BodyText"/>
        <w:tabs>
          <w:tab w:val="left" w:pos="426"/>
        </w:tabs>
        <w:rPr>
          <w:szCs w:val="24"/>
        </w:rPr>
      </w:pPr>
      <w:r w:rsidRPr="00681064">
        <w:rPr>
          <w:b/>
          <w:bCs/>
          <w:color w:val="CC3300"/>
          <w:szCs w:val="24"/>
        </w:rPr>
        <w:tab/>
        <w:t>C.</w:t>
      </w:r>
      <w:r w:rsidRPr="00681064">
        <w:rPr>
          <w:szCs w:val="24"/>
        </w:rPr>
        <w:t xml:space="preserve"> Chất khí có tính bành trướng, chiếm toàn bộ thể tích bình chứa.</w:t>
      </w:r>
    </w:p>
    <w:p w14:paraId="472682C9" w14:textId="77777777" w:rsidR="00C11391" w:rsidRPr="00681064" w:rsidRDefault="00C11391" w:rsidP="00681064">
      <w:pPr>
        <w:pStyle w:val="BodyText"/>
        <w:tabs>
          <w:tab w:val="left" w:pos="426"/>
        </w:tabs>
        <w:rPr>
          <w:szCs w:val="24"/>
        </w:rPr>
      </w:pPr>
      <w:r w:rsidRPr="00681064">
        <w:rPr>
          <w:b/>
          <w:bCs/>
          <w:color w:val="CC3300"/>
          <w:szCs w:val="24"/>
        </w:rPr>
        <w:tab/>
        <w:t>D.</w:t>
      </w:r>
      <w:r w:rsidRPr="00681064">
        <w:rPr>
          <w:szCs w:val="24"/>
        </w:rPr>
        <w:t xml:space="preserve"> Các phân tử chuyển động hỗn loạn và không ngừng.</w:t>
      </w:r>
    </w:p>
    <w:p w14:paraId="4D4EE987" w14:textId="77777777" w:rsidR="00C11391" w:rsidRPr="00681064" w:rsidRDefault="00000000" w:rsidP="00681064">
      <w:pPr>
        <w:tabs>
          <w:tab w:val="left" w:pos="426"/>
        </w:tabs>
        <w:rPr>
          <w:rFonts w:cs="Times New Roman"/>
          <w:color w:val="CC3300"/>
          <w:szCs w:val="24"/>
        </w:rPr>
      </w:pPr>
      <w:r w:rsidRPr="00681064">
        <w:rPr>
          <w:rFonts w:cs="Times New Roman"/>
          <w:b/>
          <w:bCs/>
          <w:color w:val="CC3300"/>
          <w:szCs w:val="24"/>
        </w:rPr>
        <w:t>Đáp án: A.</w:t>
      </w:r>
      <w:r w:rsidRPr="00681064">
        <w:rPr>
          <w:rFonts w:cs="Times New Roman"/>
          <w:color w:val="CC3300"/>
          <w:szCs w:val="24"/>
        </w:rPr>
        <w:t xml:space="preserve"> </w:t>
      </w:r>
    </w:p>
    <w:p w14:paraId="19C02279" w14:textId="10B00F7D" w:rsidR="00EA3B5B" w:rsidRPr="00681064" w:rsidRDefault="00000000" w:rsidP="00681064">
      <w:pPr>
        <w:tabs>
          <w:tab w:val="left" w:pos="426"/>
        </w:tabs>
        <w:rPr>
          <w:rFonts w:cs="Times New Roman"/>
          <w:szCs w:val="24"/>
        </w:rPr>
      </w:pPr>
      <w:r w:rsidRPr="00681064">
        <w:rPr>
          <w:rFonts w:cs="Times New Roman"/>
          <w:szCs w:val="24"/>
        </w:rPr>
        <w:t>Các phân tử chất khí chuyển động hỗn loạn, không ngừng và không dao động quanh các vị trí cân bằng cố định.</w:t>
      </w:r>
    </w:p>
    <w:p w14:paraId="1943172C" w14:textId="77777777" w:rsidR="00C11391" w:rsidRPr="00681064" w:rsidRDefault="00C11391" w:rsidP="00681064">
      <w:pPr>
        <w:pStyle w:val="BodyText"/>
        <w:tabs>
          <w:tab w:val="left" w:pos="426"/>
        </w:tabs>
        <w:rPr>
          <w:szCs w:val="24"/>
        </w:rPr>
      </w:pPr>
      <w:bookmarkStart w:id="10" w:name="câu-10"/>
      <w:bookmarkEnd w:id="9"/>
      <w:r w:rsidRPr="00681064">
        <w:rPr>
          <w:b/>
          <w:bCs/>
          <w:szCs w:val="24"/>
        </w:rPr>
        <w:t>Câu 10.</w:t>
      </w:r>
      <w:r w:rsidRPr="00681064">
        <w:rPr>
          <w:szCs w:val="24"/>
        </w:rPr>
        <w:t xml:space="preserve"> Đưa một cốc nước lạnh ra ngoài trời nóng, thấy xuất hiện một lớp nước bám ngoài thành cốc. Hiện tượng này là</w:t>
      </w:r>
    </w:p>
    <w:p w14:paraId="3DDCA82F" w14:textId="77777777" w:rsidR="00C11391" w:rsidRPr="00681064" w:rsidRDefault="00C11391" w:rsidP="00681064">
      <w:pPr>
        <w:pStyle w:val="BodyText"/>
        <w:tabs>
          <w:tab w:val="left" w:pos="426"/>
        </w:tabs>
        <w:rPr>
          <w:szCs w:val="24"/>
        </w:rPr>
      </w:pPr>
      <w:r w:rsidRPr="00681064">
        <w:rPr>
          <w:b/>
          <w:bCs/>
          <w:color w:val="CC3300"/>
          <w:szCs w:val="24"/>
        </w:rPr>
        <w:tab/>
        <w:t>A.</w:t>
      </w:r>
      <w:r w:rsidRPr="00681064">
        <w:rPr>
          <w:szCs w:val="24"/>
        </w:rPr>
        <w:t xml:space="preserve"> ngưng tụ.</w:t>
      </w:r>
    </w:p>
    <w:p w14:paraId="552CEB90" w14:textId="77777777" w:rsidR="00C11391" w:rsidRPr="00681064" w:rsidRDefault="00C11391" w:rsidP="00681064">
      <w:pPr>
        <w:pStyle w:val="BodyText"/>
        <w:tabs>
          <w:tab w:val="left" w:pos="426"/>
        </w:tabs>
        <w:rPr>
          <w:szCs w:val="24"/>
        </w:rPr>
      </w:pPr>
      <w:r w:rsidRPr="00681064">
        <w:rPr>
          <w:b/>
          <w:bCs/>
          <w:color w:val="CC3300"/>
          <w:szCs w:val="24"/>
        </w:rPr>
        <w:tab/>
        <w:t>B.</w:t>
      </w:r>
      <w:r w:rsidRPr="00681064">
        <w:rPr>
          <w:szCs w:val="24"/>
        </w:rPr>
        <w:t xml:space="preserve"> thăng hoa.</w:t>
      </w:r>
    </w:p>
    <w:p w14:paraId="3755E102" w14:textId="77777777" w:rsidR="00C11391" w:rsidRPr="00681064" w:rsidRDefault="00C11391" w:rsidP="00681064">
      <w:pPr>
        <w:pStyle w:val="BodyText"/>
        <w:tabs>
          <w:tab w:val="left" w:pos="426"/>
        </w:tabs>
        <w:rPr>
          <w:szCs w:val="24"/>
        </w:rPr>
      </w:pPr>
      <w:r w:rsidRPr="00681064">
        <w:rPr>
          <w:b/>
          <w:bCs/>
          <w:color w:val="CC3300"/>
          <w:szCs w:val="24"/>
        </w:rPr>
        <w:tab/>
        <w:t>C.</w:t>
      </w:r>
      <w:r w:rsidRPr="00681064">
        <w:rPr>
          <w:szCs w:val="24"/>
        </w:rPr>
        <w:t xml:space="preserve"> nóng chảy.</w:t>
      </w:r>
    </w:p>
    <w:p w14:paraId="74A5E091" w14:textId="77777777" w:rsidR="00C11391" w:rsidRPr="00681064" w:rsidRDefault="00C11391" w:rsidP="00681064">
      <w:pPr>
        <w:pStyle w:val="BodyText"/>
        <w:tabs>
          <w:tab w:val="left" w:pos="426"/>
        </w:tabs>
        <w:rPr>
          <w:szCs w:val="24"/>
        </w:rPr>
      </w:pPr>
      <w:r w:rsidRPr="00681064">
        <w:rPr>
          <w:b/>
          <w:bCs/>
          <w:color w:val="CC3300"/>
          <w:szCs w:val="24"/>
        </w:rPr>
        <w:tab/>
        <w:t>D.</w:t>
      </w:r>
      <w:r w:rsidRPr="00681064">
        <w:rPr>
          <w:szCs w:val="24"/>
        </w:rPr>
        <w:t xml:space="preserve"> bay hơi.</w:t>
      </w:r>
    </w:p>
    <w:p w14:paraId="72F260F8" w14:textId="77777777" w:rsidR="00C11391" w:rsidRPr="00681064" w:rsidRDefault="00000000" w:rsidP="00681064">
      <w:pPr>
        <w:tabs>
          <w:tab w:val="left" w:pos="426"/>
        </w:tabs>
        <w:rPr>
          <w:rFonts w:cs="Times New Roman"/>
          <w:color w:val="CC3300"/>
          <w:szCs w:val="24"/>
        </w:rPr>
      </w:pPr>
      <w:r w:rsidRPr="00681064">
        <w:rPr>
          <w:rFonts w:cs="Times New Roman"/>
          <w:b/>
          <w:bCs/>
          <w:color w:val="CC3300"/>
          <w:szCs w:val="24"/>
        </w:rPr>
        <w:t>Đáp án: A.</w:t>
      </w:r>
      <w:r w:rsidRPr="00681064">
        <w:rPr>
          <w:rFonts w:cs="Times New Roman"/>
          <w:color w:val="CC3300"/>
          <w:szCs w:val="24"/>
        </w:rPr>
        <w:t xml:space="preserve"> </w:t>
      </w:r>
    </w:p>
    <w:p w14:paraId="78734087" w14:textId="1EA9CB8B" w:rsidR="00EA3B5B" w:rsidRPr="00681064" w:rsidRDefault="00000000" w:rsidP="00681064">
      <w:pPr>
        <w:tabs>
          <w:tab w:val="left" w:pos="426"/>
        </w:tabs>
        <w:rPr>
          <w:rFonts w:cs="Times New Roman"/>
          <w:szCs w:val="24"/>
        </w:rPr>
      </w:pPr>
      <w:r w:rsidRPr="00681064">
        <w:rPr>
          <w:rFonts w:cs="Times New Roman"/>
          <w:szCs w:val="24"/>
        </w:rPr>
        <w:t>Hơi nước trong không khí gặp thành cốc lạnh bị ngưng tụ thành các giọt nước bám ngoài cốc.</w:t>
      </w:r>
    </w:p>
    <w:p w14:paraId="2EA268A0" w14:textId="77777777" w:rsidR="00D43B92" w:rsidRPr="00681064" w:rsidRDefault="00D43B92" w:rsidP="00681064">
      <w:pPr>
        <w:pStyle w:val="BodyText"/>
        <w:tabs>
          <w:tab w:val="left" w:pos="426"/>
        </w:tabs>
        <w:rPr>
          <w:szCs w:val="24"/>
        </w:rPr>
      </w:pPr>
      <w:bookmarkStart w:id="11" w:name="câu-11"/>
      <w:bookmarkEnd w:id="10"/>
      <w:r w:rsidRPr="00681064">
        <w:rPr>
          <w:b/>
          <w:bCs/>
          <w:szCs w:val="24"/>
        </w:rPr>
        <w:t>Câu 11.</w:t>
      </w:r>
      <w:r w:rsidRPr="00681064">
        <w:rPr>
          <w:szCs w:val="24"/>
        </w:rPr>
        <w:t xml:space="preserve"> Nhiệt dung riêng của nước là </w:t>
      </w:r>
      <m:oMath>
        <m:r>
          <w:rPr>
            <w:rFonts w:ascii="Cambria Math" w:hAnsi="Cambria Math"/>
            <w:szCs w:val="24"/>
          </w:rPr>
          <m:t>4200 </m:t>
        </m:r>
        <m:r>
          <m:rPr>
            <m:sty m:val="p"/>
          </m:rPr>
          <w:rPr>
            <w:rFonts w:ascii="Cambria Math" w:hAnsi="Cambria Math"/>
            <w:szCs w:val="24"/>
          </w:rPr>
          <m:t>J/</m:t>
        </m:r>
        <m:d>
          <m:dPr>
            <m:ctrlPr>
              <w:rPr>
                <w:rFonts w:ascii="Cambria Math" w:hAnsi="Cambria Math"/>
                <w:szCs w:val="24"/>
              </w:rPr>
            </m:ctrlPr>
          </m:dPr>
          <m:e>
            <m:r>
              <m:rPr>
                <m:sty m:val="p"/>
              </m:rPr>
              <w:rPr>
                <w:rFonts w:ascii="Cambria Math" w:hAnsi="Cambria Math"/>
                <w:szCs w:val="24"/>
              </w:rPr>
              <m:t>kg⋅K</m:t>
            </m:r>
          </m:e>
        </m:d>
      </m:oMath>
      <w:r w:rsidRPr="00681064">
        <w:rPr>
          <w:szCs w:val="24"/>
        </w:rPr>
        <w:t xml:space="preserve">. Để </w:t>
      </w:r>
      <m:oMath>
        <m:r>
          <w:rPr>
            <w:rFonts w:ascii="Cambria Math" w:hAnsi="Cambria Math"/>
            <w:szCs w:val="24"/>
          </w:rPr>
          <m:t>200 </m:t>
        </m:r>
        <m:r>
          <m:rPr>
            <m:sty m:val="p"/>
          </m:rPr>
          <w:rPr>
            <w:rFonts w:ascii="Cambria Math" w:hAnsi="Cambria Math"/>
            <w:szCs w:val="24"/>
          </w:rPr>
          <m:t>g</m:t>
        </m:r>
      </m:oMath>
      <w:r w:rsidRPr="00681064">
        <w:rPr>
          <w:szCs w:val="24"/>
        </w:rPr>
        <w:t xml:space="preserve"> nước tăng nhiệt độ thêm </w:t>
      </w:r>
      <m:oMath>
        <m:r>
          <w:rPr>
            <w:rFonts w:ascii="Cambria Math" w:hAnsi="Cambria Math"/>
            <w:szCs w:val="24"/>
          </w:rPr>
          <m:t>20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cần cung cấp nhiệt lượng</w:t>
      </w:r>
    </w:p>
    <w:p w14:paraId="279487CF" w14:textId="77777777" w:rsidR="00D43B92" w:rsidRPr="00681064" w:rsidRDefault="00D43B92" w:rsidP="00681064">
      <w:pPr>
        <w:pStyle w:val="BodyText"/>
        <w:tabs>
          <w:tab w:val="left" w:pos="426"/>
        </w:tabs>
        <w:rPr>
          <w:szCs w:val="24"/>
        </w:rPr>
      </w:pPr>
      <w:r w:rsidRPr="00681064">
        <w:rPr>
          <w:b/>
          <w:bCs/>
          <w:color w:val="CC3300"/>
          <w:szCs w:val="24"/>
        </w:rPr>
        <w:tab/>
        <w:t>A.</w:t>
      </w:r>
      <w:r w:rsidRPr="00681064">
        <w:rPr>
          <w:szCs w:val="24"/>
        </w:rPr>
        <w:t xml:space="preserve"> </w:t>
      </w:r>
      <m:oMath>
        <m:r>
          <w:rPr>
            <w:rFonts w:ascii="Cambria Math" w:hAnsi="Cambria Math"/>
            <w:szCs w:val="24"/>
          </w:rPr>
          <m:t>168000 </m:t>
        </m:r>
        <m:r>
          <m:rPr>
            <m:sty m:val="p"/>
          </m:rPr>
          <w:rPr>
            <w:rFonts w:ascii="Cambria Math" w:hAnsi="Cambria Math"/>
            <w:szCs w:val="24"/>
          </w:rPr>
          <m:t>J</m:t>
        </m:r>
      </m:oMath>
      <w:r w:rsidRPr="00681064">
        <w:rPr>
          <w:szCs w:val="24"/>
        </w:rPr>
        <w:t>.</w:t>
      </w:r>
    </w:p>
    <w:p w14:paraId="082AE732" w14:textId="77777777" w:rsidR="00D43B92" w:rsidRPr="00681064" w:rsidRDefault="00D43B92" w:rsidP="00681064">
      <w:pPr>
        <w:pStyle w:val="BodyText"/>
        <w:tabs>
          <w:tab w:val="left" w:pos="426"/>
        </w:tabs>
        <w:rPr>
          <w:szCs w:val="24"/>
        </w:rPr>
      </w:pPr>
      <w:r w:rsidRPr="00681064">
        <w:rPr>
          <w:b/>
          <w:bCs/>
          <w:color w:val="CC3300"/>
          <w:szCs w:val="24"/>
        </w:rPr>
        <w:tab/>
        <w:t>B.</w:t>
      </w:r>
      <w:r w:rsidRPr="00681064">
        <w:rPr>
          <w:szCs w:val="24"/>
        </w:rPr>
        <w:t xml:space="preserve"> </w:t>
      </w:r>
      <m:oMath>
        <m:r>
          <w:rPr>
            <w:rFonts w:ascii="Cambria Math" w:hAnsi="Cambria Math"/>
            <w:szCs w:val="24"/>
          </w:rPr>
          <m:t>16800 </m:t>
        </m:r>
        <m:r>
          <m:rPr>
            <m:sty m:val="p"/>
          </m:rPr>
          <w:rPr>
            <w:rFonts w:ascii="Cambria Math" w:hAnsi="Cambria Math"/>
            <w:szCs w:val="24"/>
          </w:rPr>
          <m:t>J</m:t>
        </m:r>
      </m:oMath>
      <w:r w:rsidRPr="00681064">
        <w:rPr>
          <w:szCs w:val="24"/>
        </w:rPr>
        <w:t>.</w:t>
      </w:r>
    </w:p>
    <w:p w14:paraId="70F41837" w14:textId="77777777" w:rsidR="00D43B92" w:rsidRPr="00681064" w:rsidRDefault="00D43B92" w:rsidP="00681064">
      <w:pPr>
        <w:pStyle w:val="BodyText"/>
        <w:tabs>
          <w:tab w:val="left" w:pos="426"/>
        </w:tabs>
        <w:rPr>
          <w:szCs w:val="24"/>
        </w:rPr>
      </w:pPr>
      <w:r w:rsidRPr="00681064">
        <w:rPr>
          <w:b/>
          <w:bCs/>
          <w:color w:val="CC3300"/>
          <w:szCs w:val="24"/>
        </w:rPr>
        <w:tab/>
        <w:t>C.</w:t>
      </w:r>
      <w:r w:rsidRPr="00681064">
        <w:rPr>
          <w:szCs w:val="24"/>
        </w:rPr>
        <w:t xml:space="preserve"> </w:t>
      </w:r>
      <m:oMath>
        <m:r>
          <w:rPr>
            <w:rFonts w:ascii="Cambria Math" w:hAnsi="Cambria Math"/>
            <w:szCs w:val="24"/>
          </w:rPr>
          <m:t>1680 </m:t>
        </m:r>
        <m:r>
          <m:rPr>
            <m:sty m:val="p"/>
          </m:rPr>
          <w:rPr>
            <w:rFonts w:ascii="Cambria Math" w:hAnsi="Cambria Math"/>
            <w:szCs w:val="24"/>
          </w:rPr>
          <m:t>J</m:t>
        </m:r>
      </m:oMath>
      <w:r w:rsidRPr="00681064">
        <w:rPr>
          <w:szCs w:val="24"/>
        </w:rPr>
        <w:t>.</w:t>
      </w:r>
    </w:p>
    <w:p w14:paraId="5F51F8E1" w14:textId="77777777" w:rsidR="00D43B92" w:rsidRPr="00681064" w:rsidRDefault="00D43B92" w:rsidP="00681064">
      <w:pPr>
        <w:pStyle w:val="BodyText"/>
        <w:tabs>
          <w:tab w:val="left" w:pos="426"/>
        </w:tabs>
        <w:rPr>
          <w:szCs w:val="24"/>
        </w:rPr>
      </w:pPr>
      <w:r w:rsidRPr="00681064">
        <w:rPr>
          <w:b/>
          <w:bCs/>
          <w:color w:val="CC3300"/>
          <w:szCs w:val="24"/>
        </w:rPr>
        <w:tab/>
        <w:t>D.</w:t>
      </w:r>
      <w:r w:rsidRPr="00681064">
        <w:rPr>
          <w:szCs w:val="24"/>
        </w:rPr>
        <w:t xml:space="preserve"> </w:t>
      </w:r>
      <m:oMath>
        <m:r>
          <w:rPr>
            <w:rFonts w:ascii="Cambria Math" w:hAnsi="Cambria Math"/>
            <w:szCs w:val="24"/>
          </w:rPr>
          <m:t>168 </m:t>
        </m:r>
        <m:r>
          <m:rPr>
            <m:sty m:val="p"/>
          </m:rPr>
          <w:rPr>
            <w:rFonts w:ascii="Cambria Math" w:hAnsi="Cambria Math"/>
            <w:szCs w:val="24"/>
          </w:rPr>
          <m:t>J</m:t>
        </m:r>
      </m:oMath>
      <w:r w:rsidRPr="00681064">
        <w:rPr>
          <w:szCs w:val="24"/>
        </w:rPr>
        <w:t>.</w:t>
      </w:r>
    </w:p>
    <w:p w14:paraId="2FE3D0A2" w14:textId="77777777" w:rsidR="00D43B92" w:rsidRPr="00681064" w:rsidRDefault="00000000" w:rsidP="00681064">
      <w:pPr>
        <w:tabs>
          <w:tab w:val="left" w:pos="426"/>
        </w:tabs>
        <w:rPr>
          <w:rFonts w:cs="Times New Roman"/>
          <w:b/>
          <w:bCs/>
          <w:color w:val="CC3300"/>
          <w:szCs w:val="24"/>
        </w:rPr>
      </w:pPr>
      <w:r w:rsidRPr="00681064">
        <w:rPr>
          <w:rFonts w:cs="Times New Roman"/>
          <w:b/>
          <w:bCs/>
          <w:color w:val="CC3300"/>
          <w:szCs w:val="24"/>
        </w:rPr>
        <w:t>Đáp án: B.</w:t>
      </w:r>
    </w:p>
    <w:p w14:paraId="4B748AFB" w14:textId="51C79F88" w:rsidR="00EA3B5B" w:rsidRPr="00681064" w:rsidRDefault="00000000" w:rsidP="00681064">
      <w:pPr>
        <w:tabs>
          <w:tab w:val="left" w:pos="426"/>
        </w:tabs>
        <w:rPr>
          <w:rFonts w:cs="Times New Roman"/>
          <w:szCs w:val="24"/>
        </w:rPr>
      </w:pPr>
      <w:r w:rsidRPr="00681064">
        <w:rPr>
          <w:rFonts w:cs="Times New Roman"/>
          <w:szCs w:val="24"/>
        </w:rPr>
        <w:t xml:space="preserve">Đổi </w:t>
      </w:r>
      <m:oMath>
        <m:r>
          <w:rPr>
            <w:rFonts w:ascii="Cambria Math" w:hAnsi="Cambria Math" w:cs="Times New Roman"/>
            <w:szCs w:val="24"/>
          </w:rPr>
          <m:t>m</m:t>
        </m:r>
        <m:r>
          <m:rPr>
            <m:sty m:val="p"/>
          </m:rPr>
          <w:rPr>
            <w:rFonts w:ascii="Cambria Math" w:hAnsi="Cambria Math" w:cs="Times New Roman"/>
            <w:szCs w:val="24"/>
          </w:rPr>
          <m:t>=</m:t>
        </m:r>
        <m:r>
          <w:rPr>
            <w:rFonts w:ascii="Cambria Math" w:hAnsi="Cambria Math" w:cs="Times New Roman"/>
            <w:szCs w:val="24"/>
          </w:rPr>
          <m:t>200 g</m:t>
        </m:r>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2 kg</m:t>
        </m:r>
      </m:oMath>
      <w:r w:rsidRPr="00681064">
        <w:rPr>
          <w:rFonts w:cs="Times New Roman"/>
          <w:szCs w:val="24"/>
        </w:rPr>
        <w:t>:</w:t>
      </w:r>
    </w:p>
    <w:p w14:paraId="5104A1B7"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Q</m:t>
          </m:r>
          <m:r>
            <m:rPr>
              <m:sty m:val="p"/>
            </m:rPr>
            <w:rPr>
              <w:rFonts w:ascii="Cambria Math" w:hAnsi="Cambria Math" w:cs="Times New Roman"/>
              <w:szCs w:val="24"/>
            </w:rPr>
            <m:t>=</m:t>
          </m:r>
          <m:r>
            <w:rPr>
              <w:rFonts w:ascii="Cambria Math" w:hAnsi="Cambria Math" w:cs="Times New Roman"/>
              <w:szCs w:val="24"/>
            </w:rPr>
            <m:t>mcΔt</m:t>
          </m:r>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2</m:t>
          </m:r>
          <m:r>
            <m:rPr>
              <m:sty m:val="p"/>
            </m:rPr>
            <w:rPr>
              <w:rFonts w:ascii="Cambria Math" w:hAnsi="Cambria Math" w:cs="Times New Roman"/>
              <w:szCs w:val="24"/>
            </w:rPr>
            <m:t>⋅</m:t>
          </m:r>
          <m:r>
            <w:rPr>
              <w:rFonts w:ascii="Cambria Math" w:hAnsi="Cambria Math" w:cs="Times New Roman"/>
              <w:szCs w:val="24"/>
            </w:rPr>
            <m:t>4200</m:t>
          </m:r>
          <m:r>
            <m:rPr>
              <m:sty m:val="p"/>
            </m:rPr>
            <w:rPr>
              <w:rFonts w:ascii="Cambria Math" w:hAnsi="Cambria Math" w:cs="Times New Roman"/>
              <w:szCs w:val="24"/>
            </w:rPr>
            <m:t>⋅</m:t>
          </m:r>
          <m:r>
            <w:rPr>
              <w:rFonts w:ascii="Cambria Math" w:hAnsi="Cambria Math" w:cs="Times New Roman"/>
              <w:szCs w:val="24"/>
            </w:rPr>
            <m:t>20</m:t>
          </m:r>
          <m:r>
            <m:rPr>
              <m:sty m:val="p"/>
            </m:rPr>
            <w:rPr>
              <w:rFonts w:ascii="Cambria Math" w:hAnsi="Cambria Math" w:cs="Times New Roman"/>
              <w:szCs w:val="24"/>
            </w:rPr>
            <m:t>=</m:t>
          </m:r>
          <m:r>
            <w:rPr>
              <w:rFonts w:ascii="Cambria Math" w:hAnsi="Cambria Math" w:cs="Times New Roman"/>
              <w:szCs w:val="24"/>
            </w:rPr>
            <m:t>16800 J</m:t>
          </m:r>
          <m:r>
            <m:rPr>
              <m:sty m:val="p"/>
            </m:rPr>
            <w:rPr>
              <w:rFonts w:ascii="Cambria Math" w:hAnsi="Cambria Math" w:cs="Times New Roman"/>
              <w:szCs w:val="24"/>
            </w:rPr>
            <m:t>.</m:t>
          </m:r>
        </m:oMath>
      </m:oMathPara>
    </w:p>
    <w:p w14:paraId="264DF5E7" w14:textId="77777777" w:rsidR="00D43B92" w:rsidRPr="00681064" w:rsidRDefault="00D43B92" w:rsidP="00681064">
      <w:pPr>
        <w:pStyle w:val="BodyText"/>
        <w:tabs>
          <w:tab w:val="left" w:pos="426"/>
        </w:tabs>
        <w:rPr>
          <w:szCs w:val="24"/>
        </w:rPr>
      </w:pPr>
      <w:bookmarkStart w:id="12" w:name="câu-12"/>
      <w:bookmarkEnd w:id="11"/>
      <w:r w:rsidRPr="00681064">
        <w:rPr>
          <w:b/>
          <w:bCs/>
          <w:szCs w:val="24"/>
        </w:rPr>
        <w:t>Câu 12.</w:t>
      </w:r>
      <w:r w:rsidRPr="00681064">
        <w:rPr>
          <w:szCs w:val="24"/>
        </w:rPr>
        <w:t xml:space="preserve"> Truyền cho khí trong xilanh nhiệt lượng </w:t>
      </w:r>
      <m:oMath>
        <m:r>
          <w:rPr>
            <w:rFonts w:ascii="Cambria Math" w:hAnsi="Cambria Math"/>
            <w:szCs w:val="24"/>
          </w:rPr>
          <m:t>100 </m:t>
        </m:r>
        <m:r>
          <m:rPr>
            <m:sty m:val="p"/>
          </m:rPr>
          <w:rPr>
            <w:rFonts w:ascii="Cambria Math" w:hAnsi="Cambria Math"/>
            <w:szCs w:val="24"/>
          </w:rPr>
          <m:t>J</m:t>
        </m:r>
      </m:oMath>
      <w:r w:rsidRPr="00681064">
        <w:rPr>
          <w:szCs w:val="24"/>
        </w:rPr>
        <w:t xml:space="preserve">. Khí nở ra và thực hiện công </w:t>
      </w:r>
      <m:oMath>
        <m:r>
          <w:rPr>
            <w:rFonts w:ascii="Cambria Math" w:hAnsi="Cambria Math"/>
            <w:szCs w:val="24"/>
          </w:rPr>
          <m:t>70 </m:t>
        </m:r>
        <m:r>
          <m:rPr>
            <m:sty m:val="p"/>
          </m:rPr>
          <w:rPr>
            <w:rFonts w:ascii="Cambria Math" w:hAnsi="Cambria Math"/>
            <w:szCs w:val="24"/>
          </w:rPr>
          <m:t>J</m:t>
        </m:r>
      </m:oMath>
      <w:r w:rsidRPr="00681064">
        <w:rPr>
          <w:szCs w:val="24"/>
        </w:rPr>
        <w:t>. Độ biến thiên nội năng của khí là</w:t>
      </w:r>
    </w:p>
    <w:p w14:paraId="17DF6F78" w14:textId="77777777" w:rsidR="00D43B92" w:rsidRPr="00681064" w:rsidRDefault="00D43B92" w:rsidP="00681064">
      <w:pPr>
        <w:pStyle w:val="BodyText"/>
        <w:tabs>
          <w:tab w:val="left" w:pos="426"/>
        </w:tabs>
        <w:rPr>
          <w:szCs w:val="24"/>
        </w:rPr>
      </w:pPr>
      <w:r w:rsidRPr="00681064">
        <w:rPr>
          <w:b/>
          <w:bCs/>
          <w:color w:val="CC3300"/>
          <w:szCs w:val="24"/>
        </w:rPr>
        <w:tab/>
        <w:t>A.</w:t>
      </w:r>
      <w:r w:rsidRPr="00681064">
        <w:rPr>
          <w:szCs w:val="24"/>
        </w:rPr>
        <w:t xml:space="preserve"> </w:t>
      </w:r>
      <m:oMath>
        <m:r>
          <w:rPr>
            <w:rFonts w:ascii="Cambria Math" w:hAnsi="Cambria Math"/>
            <w:szCs w:val="24"/>
          </w:rPr>
          <m:t>40 </m:t>
        </m:r>
        <m:r>
          <m:rPr>
            <m:sty m:val="p"/>
          </m:rPr>
          <w:rPr>
            <w:rFonts w:ascii="Cambria Math" w:hAnsi="Cambria Math"/>
            <w:szCs w:val="24"/>
          </w:rPr>
          <m:t>J</m:t>
        </m:r>
      </m:oMath>
      <w:r w:rsidRPr="00681064">
        <w:rPr>
          <w:szCs w:val="24"/>
        </w:rPr>
        <w:t>.</w:t>
      </w:r>
    </w:p>
    <w:p w14:paraId="71C40C2F" w14:textId="77777777" w:rsidR="00D43B92" w:rsidRPr="00681064" w:rsidRDefault="00D43B92" w:rsidP="00681064">
      <w:pPr>
        <w:pStyle w:val="BodyText"/>
        <w:tabs>
          <w:tab w:val="left" w:pos="426"/>
        </w:tabs>
        <w:rPr>
          <w:szCs w:val="24"/>
        </w:rPr>
      </w:pPr>
      <w:r w:rsidRPr="00681064">
        <w:rPr>
          <w:b/>
          <w:bCs/>
          <w:color w:val="CC3300"/>
          <w:szCs w:val="24"/>
        </w:rPr>
        <w:tab/>
        <w:t>B.</w:t>
      </w:r>
      <w:r w:rsidRPr="00681064">
        <w:rPr>
          <w:szCs w:val="24"/>
        </w:rPr>
        <w:t xml:space="preserve"> </w:t>
      </w:r>
      <m:oMath>
        <m:r>
          <w:rPr>
            <w:rFonts w:ascii="Cambria Math" w:hAnsi="Cambria Math"/>
            <w:szCs w:val="24"/>
          </w:rPr>
          <m:t>50 </m:t>
        </m:r>
        <m:r>
          <m:rPr>
            <m:sty m:val="p"/>
          </m:rPr>
          <w:rPr>
            <w:rFonts w:ascii="Cambria Math" w:hAnsi="Cambria Math"/>
            <w:szCs w:val="24"/>
          </w:rPr>
          <m:t>J</m:t>
        </m:r>
      </m:oMath>
      <w:r w:rsidRPr="00681064">
        <w:rPr>
          <w:szCs w:val="24"/>
        </w:rPr>
        <w:t>.</w:t>
      </w:r>
    </w:p>
    <w:p w14:paraId="09144CC1" w14:textId="77777777" w:rsidR="00D43B92" w:rsidRPr="00681064" w:rsidRDefault="00D43B92" w:rsidP="00681064">
      <w:pPr>
        <w:pStyle w:val="BodyText"/>
        <w:tabs>
          <w:tab w:val="left" w:pos="426"/>
        </w:tabs>
        <w:rPr>
          <w:szCs w:val="24"/>
        </w:rPr>
      </w:pPr>
      <w:r w:rsidRPr="00681064">
        <w:rPr>
          <w:b/>
          <w:bCs/>
          <w:color w:val="CC3300"/>
          <w:szCs w:val="24"/>
        </w:rPr>
        <w:tab/>
        <w:t>C.</w:t>
      </w:r>
      <w:r w:rsidRPr="00681064">
        <w:rPr>
          <w:szCs w:val="24"/>
        </w:rPr>
        <w:t xml:space="preserve"> </w:t>
      </w:r>
      <m:oMath>
        <m:r>
          <w:rPr>
            <w:rFonts w:ascii="Cambria Math" w:hAnsi="Cambria Math"/>
            <w:szCs w:val="24"/>
          </w:rPr>
          <m:t>20 </m:t>
        </m:r>
        <m:r>
          <m:rPr>
            <m:sty m:val="p"/>
          </m:rPr>
          <w:rPr>
            <w:rFonts w:ascii="Cambria Math" w:hAnsi="Cambria Math"/>
            <w:szCs w:val="24"/>
          </w:rPr>
          <m:t>J</m:t>
        </m:r>
      </m:oMath>
      <w:r w:rsidRPr="00681064">
        <w:rPr>
          <w:szCs w:val="24"/>
        </w:rPr>
        <w:t>.</w:t>
      </w:r>
    </w:p>
    <w:p w14:paraId="6AD14E52" w14:textId="77777777" w:rsidR="00D43B92" w:rsidRPr="00681064" w:rsidRDefault="00D43B92" w:rsidP="00681064">
      <w:pPr>
        <w:pStyle w:val="BodyText"/>
        <w:tabs>
          <w:tab w:val="left" w:pos="426"/>
        </w:tabs>
        <w:rPr>
          <w:szCs w:val="24"/>
        </w:rPr>
      </w:pPr>
      <w:r w:rsidRPr="00681064">
        <w:rPr>
          <w:b/>
          <w:bCs/>
          <w:color w:val="CC3300"/>
          <w:szCs w:val="24"/>
        </w:rPr>
        <w:tab/>
        <w:t>D.</w:t>
      </w:r>
      <w:r w:rsidRPr="00681064">
        <w:rPr>
          <w:szCs w:val="24"/>
        </w:rPr>
        <w:t xml:space="preserve"> </w:t>
      </w:r>
      <m:oMath>
        <m:r>
          <w:rPr>
            <w:rFonts w:ascii="Cambria Math" w:hAnsi="Cambria Math"/>
            <w:szCs w:val="24"/>
          </w:rPr>
          <m:t>30 </m:t>
        </m:r>
        <m:r>
          <m:rPr>
            <m:sty m:val="p"/>
          </m:rPr>
          <w:rPr>
            <w:rFonts w:ascii="Cambria Math" w:hAnsi="Cambria Math"/>
            <w:szCs w:val="24"/>
          </w:rPr>
          <m:t>J</m:t>
        </m:r>
      </m:oMath>
      <w:r w:rsidRPr="00681064">
        <w:rPr>
          <w:szCs w:val="24"/>
        </w:rPr>
        <w:t>.</w:t>
      </w:r>
    </w:p>
    <w:p w14:paraId="068BB898" w14:textId="77777777" w:rsidR="00D43B92" w:rsidRPr="00681064" w:rsidRDefault="00000000" w:rsidP="00681064">
      <w:pPr>
        <w:tabs>
          <w:tab w:val="left" w:pos="426"/>
        </w:tabs>
        <w:rPr>
          <w:rFonts w:cs="Times New Roman"/>
          <w:b/>
          <w:bCs/>
          <w:color w:val="CC3300"/>
          <w:szCs w:val="24"/>
        </w:rPr>
      </w:pPr>
      <w:r w:rsidRPr="00681064">
        <w:rPr>
          <w:rFonts w:cs="Times New Roman"/>
          <w:b/>
          <w:bCs/>
          <w:color w:val="CC3300"/>
          <w:szCs w:val="24"/>
        </w:rPr>
        <w:t>Đáp án: D.</w:t>
      </w:r>
    </w:p>
    <w:p w14:paraId="18CC1BE8" w14:textId="3935529F" w:rsidR="00EA3B5B" w:rsidRPr="00681064" w:rsidRDefault="00000000" w:rsidP="00681064">
      <w:pPr>
        <w:tabs>
          <w:tab w:val="left" w:pos="426"/>
        </w:tabs>
        <w:rPr>
          <w:rFonts w:cs="Times New Roman"/>
          <w:szCs w:val="24"/>
        </w:rPr>
      </w:pPr>
      <w:r w:rsidRPr="00681064">
        <w:rPr>
          <w:rFonts w:cs="Times New Roman"/>
          <w:szCs w:val="24"/>
        </w:rPr>
        <w:t xml:space="preserve">Khí nhận </w:t>
      </w:r>
      <m:oMath>
        <m:r>
          <w:rPr>
            <w:rFonts w:ascii="Cambria Math" w:hAnsi="Cambria Math" w:cs="Times New Roman"/>
            <w:szCs w:val="24"/>
          </w:rPr>
          <m:t>Q</m:t>
        </m:r>
        <m:r>
          <m:rPr>
            <m:sty m:val="p"/>
          </m:rPr>
          <w:rPr>
            <w:rFonts w:ascii="Cambria Math" w:hAnsi="Cambria Math" w:cs="Times New Roman"/>
            <w:szCs w:val="24"/>
          </w:rPr>
          <m:t>=</m:t>
        </m:r>
        <m:r>
          <w:rPr>
            <w:rFonts w:ascii="Cambria Math" w:hAnsi="Cambria Math" w:cs="Times New Roman"/>
            <w:szCs w:val="24"/>
          </w:rPr>
          <m:t>100 J</m:t>
        </m:r>
      </m:oMath>
      <w:r w:rsidRPr="00681064">
        <w:rPr>
          <w:rFonts w:cs="Times New Roman"/>
          <w:szCs w:val="24"/>
        </w:rPr>
        <w:t xml:space="preserve"> và thực hiện công </w:t>
      </w:r>
      <m:oMath>
        <m:r>
          <w:rPr>
            <w:rFonts w:ascii="Cambria Math" w:hAnsi="Cambria Math" w:cs="Times New Roman"/>
            <w:szCs w:val="24"/>
          </w:rPr>
          <m:t>W</m:t>
        </m:r>
        <m:r>
          <m:rPr>
            <m:sty m:val="p"/>
          </m:rPr>
          <w:rPr>
            <w:rFonts w:ascii="Cambria Math" w:hAnsi="Cambria Math" w:cs="Times New Roman"/>
            <w:szCs w:val="24"/>
          </w:rPr>
          <m:t>=</m:t>
        </m:r>
        <m:r>
          <w:rPr>
            <w:rFonts w:ascii="Cambria Math" w:hAnsi="Cambria Math" w:cs="Times New Roman"/>
            <w:szCs w:val="24"/>
          </w:rPr>
          <m:t>70 J</m:t>
        </m:r>
      </m:oMath>
      <w:r w:rsidRPr="00681064">
        <w:rPr>
          <w:rFonts w:cs="Times New Roman"/>
          <w:szCs w:val="24"/>
        </w:rPr>
        <w:t>:</w:t>
      </w:r>
    </w:p>
    <w:p w14:paraId="6957403C"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ΔU</m:t>
          </m:r>
          <m:r>
            <m:rPr>
              <m:sty m:val="p"/>
            </m:rPr>
            <w:rPr>
              <w:rFonts w:ascii="Cambria Math" w:hAnsi="Cambria Math" w:cs="Times New Roman"/>
              <w:szCs w:val="24"/>
            </w:rPr>
            <m:t>=</m:t>
          </m:r>
          <m:r>
            <w:rPr>
              <w:rFonts w:ascii="Cambria Math" w:hAnsi="Cambria Math" w:cs="Times New Roman"/>
              <w:szCs w:val="24"/>
            </w:rPr>
            <m:t>Q</m:t>
          </m:r>
          <m:r>
            <m:rPr>
              <m:sty m:val="p"/>
            </m:rPr>
            <w:rPr>
              <w:rFonts w:ascii="Cambria Math" w:hAnsi="Cambria Math" w:cs="Times New Roman"/>
              <w:szCs w:val="24"/>
            </w:rPr>
            <m:t>-</m:t>
          </m:r>
          <m:r>
            <w:rPr>
              <w:rFonts w:ascii="Cambria Math" w:hAnsi="Cambria Math" w:cs="Times New Roman"/>
              <w:szCs w:val="24"/>
            </w:rPr>
            <m:t>W</m:t>
          </m:r>
          <m:r>
            <m:rPr>
              <m:sty m:val="p"/>
            </m:rPr>
            <w:rPr>
              <w:rFonts w:ascii="Cambria Math" w:hAnsi="Cambria Math" w:cs="Times New Roman"/>
              <w:szCs w:val="24"/>
            </w:rPr>
            <m:t>=</m:t>
          </m:r>
          <m:r>
            <w:rPr>
              <w:rFonts w:ascii="Cambria Math" w:hAnsi="Cambria Math" w:cs="Times New Roman"/>
              <w:szCs w:val="24"/>
            </w:rPr>
            <m:t>100</m:t>
          </m:r>
          <m:r>
            <m:rPr>
              <m:sty m:val="p"/>
            </m:rPr>
            <w:rPr>
              <w:rFonts w:ascii="Cambria Math" w:hAnsi="Cambria Math" w:cs="Times New Roman"/>
              <w:szCs w:val="24"/>
            </w:rPr>
            <m:t>-</m:t>
          </m:r>
          <m:r>
            <w:rPr>
              <w:rFonts w:ascii="Cambria Math" w:hAnsi="Cambria Math" w:cs="Times New Roman"/>
              <w:szCs w:val="24"/>
            </w:rPr>
            <m:t>70</m:t>
          </m:r>
          <m:r>
            <m:rPr>
              <m:sty m:val="p"/>
            </m:rPr>
            <w:rPr>
              <w:rFonts w:ascii="Cambria Math" w:hAnsi="Cambria Math" w:cs="Times New Roman"/>
              <w:szCs w:val="24"/>
            </w:rPr>
            <m:t>=</m:t>
          </m:r>
          <m:r>
            <w:rPr>
              <w:rFonts w:ascii="Cambria Math" w:hAnsi="Cambria Math" w:cs="Times New Roman"/>
              <w:szCs w:val="24"/>
            </w:rPr>
            <m:t>30 J</m:t>
          </m:r>
          <m:r>
            <m:rPr>
              <m:sty m:val="p"/>
            </m:rPr>
            <w:rPr>
              <w:rFonts w:ascii="Cambria Math" w:hAnsi="Cambria Math" w:cs="Times New Roman"/>
              <w:szCs w:val="24"/>
            </w:rPr>
            <m:t>.</m:t>
          </m:r>
        </m:oMath>
      </m:oMathPara>
    </w:p>
    <w:p w14:paraId="689DFB79" w14:textId="77777777" w:rsidR="00D43B92" w:rsidRPr="00681064" w:rsidRDefault="00D43B92" w:rsidP="00681064">
      <w:pPr>
        <w:pStyle w:val="BodyText"/>
        <w:tabs>
          <w:tab w:val="left" w:pos="426"/>
        </w:tabs>
        <w:rPr>
          <w:szCs w:val="24"/>
        </w:rPr>
      </w:pPr>
      <w:bookmarkStart w:id="13" w:name="câu-13"/>
      <w:bookmarkEnd w:id="12"/>
      <w:r w:rsidRPr="00681064">
        <w:rPr>
          <w:b/>
          <w:bCs/>
          <w:szCs w:val="24"/>
        </w:rPr>
        <w:lastRenderedPageBreak/>
        <w:t>Câu 13.</w:t>
      </w:r>
      <w:r w:rsidRPr="00681064">
        <w:rPr>
          <w:szCs w:val="24"/>
        </w:rPr>
        <w:t xml:space="preserve"> Nén đủ chậm một lượng khí lí tưởng sao cho thể tích giảm 2 lần ở nhiệt độ không đổi. Khi đó áp suất của khí</w:t>
      </w:r>
    </w:p>
    <w:p w14:paraId="0FC53716" w14:textId="77777777" w:rsidR="00D43B92" w:rsidRPr="00681064" w:rsidRDefault="00D43B92" w:rsidP="00681064">
      <w:pPr>
        <w:pStyle w:val="BodyText"/>
        <w:tabs>
          <w:tab w:val="left" w:pos="426"/>
        </w:tabs>
        <w:rPr>
          <w:szCs w:val="24"/>
        </w:rPr>
      </w:pPr>
      <w:r w:rsidRPr="00681064">
        <w:rPr>
          <w:b/>
          <w:bCs/>
          <w:color w:val="CC3300"/>
          <w:szCs w:val="24"/>
        </w:rPr>
        <w:tab/>
        <w:t>A.</w:t>
      </w:r>
      <w:r w:rsidRPr="00681064">
        <w:rPr>
          <w:szCs w:val="24"/>
        </w:rPr>
        <w:t xml:space="preserve"> tăng 2 lần.</w:t>
      </w:r>
    </w:p>
    <w:p w14:paraId="1BDF1093" w14:textId="77777777" w:rsidR="00D43B92" w:rsidRPr="00681064" w:rsidRDefault="00D43B92" w:rsidP="00681064">
      <w:pPr>
        <w:pStyle w:val="BodyText"/>
        <w:tabs>
          <w:tab w:val="left" w:pos="426"/>
        </w:tabs>
        <w:rPr>
          <w:szCs w:val="24"/>
        </w:rPr>
      </w:pPr>
      <w:r w:rsidRPr="00681064">
        <w:rPr>
          <w:b/>
          <w:bCs/>
          <w:color w:val="CC3300"/>
          <w:szCs w:val="24"/>
        </w:rPr>
        <w:tab/>
        <w:t>B.</w:t>
      </w:r>
      <w:r w:rsidRPr="00681064">
        <w:rPr>
          <w:szCs w:val="24"/>
        </w:rPr>
        <w:t xml:space="preserve"> tăng thêm 4 lần.</w:t>
      </w:r>
    </w:p>
    <w:p w14:paraId="578B991D" w14:textId="77777777" w:rsidR="00D43B92" w:rsidRPr="00681064" w:rsidRDefault="00D43B92" w:rsidP="00681064">
      <w:pPr>
        <w:pStyle w:val="BodyText"/>
        <w:tabs>
          <w:tab w:val="left" w:pos="426"/>
        </w:tabs>
        <w:rPr>
          <w:szCs w:val="24"/>
        </w:rPr>
      </w:pPr>
      <w:r w:rsidRPr="00681064">
        <w:rPr>
          <w:b/>
          <w:bCs/>
          <w:color w:val="CC3300"/>
          <w:szCs w:val="24"/>
        </w:rPr>
        <w:tab/>
        <w:t>C.</w:t>
      </w:r>
      <w:r w:rsidRPr="00681064">
        <w:rPr>
          <w:szCs w:val="24"/>
        </w:rPr>
        <w:t xml:space="preserve"> giảm 2 lần.</w:t>
      </w:r>
    </w:p>
    <w:p w14:paraId="217DD2D7" w14:textId="77777777" w:rsidR="00D43B92" w:rsidRPr="00681064" w:rsidRDefault="00D43B92" w:rsidP="00681064">
      <w:pPr>
        <w:pStyle w:val="BodyText"/>
        <w:tabs>
          <w:tab w:val="left" w:pos="426"/>
        </w:tabs>
        <w:rPr>
          <w:szCs w:val="24"/>
        </w:rPr>
      </w:pPr>
      <w:r w:rsidRPr="00681064">
        <w:rPr>
          <w:b/>
          <w:bCs/>
          <w:color w:val="CC3300"/>
          <w:szCs w:val="24"/>
        </w:rPr>
        <w:tab/>
        <w:t>D.</w:t>
      </w:r>
      <w:r w:rsidRPr="00681064">
        <w:rPr>
          <w:szCs w:val="24"/>
        </w:rPr>
        <w:t xml:space="preserve"> không thay đổi.</w:t>
      </w:r>
    </w:p>
    <w:p w14:paraId="16D3D6FD" w14:textId="77777777" w:rsidR="00D43B92" w:rsidRPr="00681064" w:rsidRDefault="00000000" w:rsidP="00681064">
      <w:pPr>
        <w:tabs>
          <w:tab w:val="left" w:pos="426"/>
        </w:tabs>
        <w:rPr>
          <w:rFonts w:cs="Times New Roman"/>
          <w:color w:val="CC3300"/>
          <w:szCs w:val="24"/>
        </w:rPr>
      </w:pPr>
      <w:r w:rsidRPr="00681064">
        <w:rPr>
          <w:rFonts w:cs="Times New Roman"/>
          <w:b/>
          <w:bCs/>
          <w:color w:val="CC3300"/>
          <w:szCs w:val="24"/>
        </w:rPr>
        <w:t>Đáp án: A.</w:t>
      </w:r>
      <w:r w:rsidRPr="00681064">
        <w:rPr>
          <w:rFonts w:cs="Times New Roman"/>
          <w:color w:val="CC3300"/>
          <w:szCs w:val="24"/>
        </w:rPr>
        <w:t xml:space="preserve"> </w:t>
      </w:r>
    </w:p>
    <w:p w14:paraId="156858B6" w14:textId="1E03E779" w:rsidR="00EA3B5B" w:rsidRPr="00681064" w:rsidRDefault="00000000" w:rsidP="00681064">
      <w:pPr>
        <w:tabs>
          <w:tab w:val="left" w:pos="426"/>
        </w:tabs>
        <w:rPr>
          <w:rFonts w:cs="Times New Roman"/>
          <w:szCs w:val="24"/>
        </w:rPr>
      </w:pPr>
      <w:r w:rsidRPr="00681064">
        <w:rPr>
          <w:rFonts w:cs="Times New Roman"/>
          <w:szCs w:val="24"/>
        </w:rPr>
        <w:t xml:space="preserve">Quá trình đẳng nhiệt: </w:t>
      </w:r>
      <m:oMath>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1</m:t>
            </m:r>
          </m:sub>
        </m:sSub>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1</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2</m:t>
            </m:r>
          </m:sub>
        </m:sSub>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2</m:t>
            </m:r>
          </m:sub>
        </m:sSub>
      </m:oMath>
      <w:r w:rsidRPr="00681064">
        <w:rPr>
          <w:rFonts w:cs="Times New Roman"/>
          <w:szCs w:val="24"/>
        </w:rPr>
        <w:t xml:space="preserve">. Vì </w:t>
      </w:r>
      <m:oMath>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2</m:t>
            </m:r>
          </m:sub>
        </m:sSub>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1</m:t>
                </m:r>
              </m:sub>
            </m:sSub>
          </m:num>
          <m:den>
            <m:r>
              <w:rPr>
                <w:rFonts w:ascii="Cambria Math" w:hAnsi="Cambria Math" w:cs="Times New Roman"/>
                <w:szCs w:val="24"/>
              </w:rPr>
              <m:t>2</m:t>
            </m:r>
          </m:den>
        </m:f>
      </m:oMath>
      <w:r w:rsidRPr="00681064">
        <w:rPr>
          <w:rFonts w:cs="Times New Roman"/>
          <w:szCs w:val="24"/>
        </w:rPr>
        <w:t xml:space="preserve"> nên </w:t>
      </w:r>
      <m:oMath>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2</m:t>
            </m:r>
          </m:sub>
        </m:sSub>
        <m:r>
          <m:rPr>
            <m:sty m:val="p"/>
          </m:rPr>
          <w:rPr>
            <w:rFonts w:ascii="Cambria Math" w:hAnsi="Cambria Math" w:cs="Times New Roman"/>
            <w:szCs w:val="24"/>
          </w:rPr>
          <m:t>=</m:t>
        </m:r>
        <m:r>
          <w:rPr>
            <w:rFonts w:ascii="Cambria Math" w:hAnsi="Cambria Math" w:cs="Times New Roman"/>
            <w:szCs w:val="24"/>
          </w:rPr>
          <m:t>2</m:t>
        </m:r>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1</m:t>
            </m:r>
          </m:sub>
        </m:sSub>
      </m:oMath>
      <w:r w:rsidRPr="00681064">
        <w:rPr>
          <w:rFonts w:cs="Times New Roman"/>
          <w:szCs w:val="24"/>
        </w:rPr>
        <w:t>.</w:t>
      </w:r>
    </w:p>
    <w:p w14:paraId="729C69CF" w14:textId="77777777" w:rsidR="00B8069B" w:rsidRPr="00681064" w:rsidRDefault="00B8069B" w:rsidP="00681064">
      <w:pPr>
        <w:pStyle w:val="BodyText"/>
        <w:tabs>
          <w:tab w:val="left" w:pos="426"/>
        </w:tabs>
        <w:rPr>
          <w:szCs w:val="24"/>
        </w:rPr>
      </w:pPr>
      <w:bookmarkStart w:id="14" w:name="câu-14"/>
      <w:bookmarkEnd w:id="13"/>
      <w:r w:rsidRPr="00681064">
        <w:rPr>
          <w:b/>
          <w:bCs/>
          <w:szCs w:val="24"/>
        </w:rPr>
        <w:t>Câu 14.</w:t>
      </w:r>
      <w:r w:rsidRPr="00681064">
        <w:rPr>
          <w:szCs w:val="24"/>
        </w:rPr>
        <w:t xml:space="preserve"> Hình dưới là các dụng cụ dùng trong thí nghiệm đo nhiệt dung riêng của nước.</w:t>
      </w:r>
    </w:p>
    <w:p w14:paraId="75942049" w14:textId="77777777" w:rsidR="00B8069B" w:rsidRPr="00681064" w:rsidRDefault="00B8069B" w:rsidP="00681064">
      <w:pPr>
        <w:pStyle w:val="BodyText"/>
        <w:tabs>
          <w:tab w:val="left" w:pos="426"/>
        </w:tabs>
        <w:jc w:val="center"/>
        <w:rPr>
          <w:szCs w:val="24"/>
        </w:rPr>
      </w:pPr>
      <w:r w:rsidRPr="00681064">
        <w:rPr>
          <w:szCs w:val="24"/>
        </w:rPr>
        <w:drawing>
          <wp:inline distT="0" distB="0" distL="0" distR="0" wp14:anchorId="43F43EB1" wp14:editId="0C15ED09">
            <wp:extent cx="2621624" cy="1475382"/>
            <wp:effectExtent l="0" t="0" r="7620" b="0"/>
            <wp:docPr id="1910903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03770" name=""/>
                    <pic:cNvPicPr/>
                  </pic:nvPicPr>
                  <pic:blipFill>
                    <a:blip r:embed="rId7"/>
                    <a:stretch>
                      <a:fillRect/>
                    </a:stretch>
                  </pic:blipFill>
                  <pic:spPr>
                    <a:xfrm>
                      <a:off x="0" y="0"/>
                      <a:ext cx="2628010" cy="1478976"/>
                    </a:xfrm>
                    <a:prstGeom prst="rect">
                      <a:avLst/>
                    </a:prstGeom>
                  </pic:spPr>
                </pic:pic>
              </a:graphicData>
            </a:graphic>
          </wp:inline>
        </w:drawing>
      </w:r>
    </w:p>
    <w:p w14:paraId="4EA7748C" w14:textId="77777777" w:rsidR="00B8069B" w:rsidRPr="00681064" w:rsidRDefault="00B8069B" w:rsidP="00681064">
      <w:pPr>
        <w:pStyle w:val="BodyText"/>
        <w:tabs>
          <w:tab w:val="left" w:pos="426"/>
        </w:tabs>
        <w:rPr>
          <w:szCs w:val="24"/>
        </w:rPr>
      </w:pPr>
      <w:r w:rsidRPr="00681064">
        <w:rPr>
          <w:szCs w:val="24"/>
        </w:rPr>
        <w:t>Dụng cụ số (5) là</w:t>
      </w:r>
    </w:p>
    <w:p w14:paraId="092F0B96" w14:textId="77777777" w:rsidR="00B8069B" w:rsidRPr="00681064" w:rsidRDefault="00B8069B" w:rsidP="00681064">
      <w:pPr>
        <w:pStyle w:val="BodyText"/>
        <w:tabs>
          <w:tab w:val="left" w:pos="426"/>
        </w:tabs>
        <w:rPr>
          <w:szCs w:val="24"/>
        </w:rPr>
      </w:pPr>
      <w:r w:rsidRPr="00681064">
        <w:rPr>
          <w:b/>
          <w:bCs/>
          <w:color w:val="CC3300"/>
          <w:szCs w:val="24"/>
        </w:rPr>
        <w:tab/>
        <w:t>A.</w:t>
      </w:r>
      <w:r w:rsidRPr="00681064">
        <w:rPr>
          <w:szCs w:val="24"/>
        </w:rPr>
        <w:t xml:space="preserve"> nhiệt kế điện tử.</w:t>
      </w:r>
    </w:p>
    <w:p w14:paraId="6CDC1C1B" w14:textId="77777777" w:rsidR="00B8069B" w:rsidRPr="00681064" w:rsidRDefault="00B8069B" w:rsidP="00681064">
      <w:pPr>
        <w:pStyle w:val="BodyText"/>
        <w:tabs>
          <w:tab w:val="left" w:pos="426"/>
        </w:tabs>
        <w:rPr>
          <w:szCs w:val="24"/>
        </w:rPr>
      </w:pPr>
      <w:r w:rsidRPr="00681064">
        <w:rPr>
          <w:b/>
          <w:bCs/>
          <w:color w:val="CC3300"/>
          <w:szCs w:val="24"/>
        </w:rPr>
        <w:tab/>
        <w:t>B.</w:t>
      </w:r>
      <w:r w:rsidRPr="00681064">
        <w:rPr>
          <w:szCs w:val="24"/>
        </w:rPr>
        <w:t xml:space="preserve"> cân điện tử.</w:t>
      </w:r>
    </w:p>
    <w:p w14:paraId="532F34DD" w14:textId="77777777" w:rsidR="00B8069B" w:rsidRPr="00681064" w:rsidRDefault="00B8069B" w:rsidP="00681064">
      <w:pPr>
        <w:pStyle w:val="BodyText"/>
        <w:tabs>
          <w:tab w:val="left" w:pos="426"/>
        </w:tabs>
        <w:rPr>
          <w:szCs w:val="24"/>
        </w:rPr>
      </w:pPr>
      <w:r w:rsidRPr="00681064">
        <w:rPr>
          <w:b/>
          <w:bCs/>
          <w:color w:val="CC3300"/>
          <w:szCs w:val="24"/>
        </w:rPr>
        <w:tab/>
        <w:t>C.</w:t>
      </w:r>
      <w:r w:rsidRPr="00681064">
        <w:rPr>
          <w:szCs w:val="24"/>
        </w:rPr>
        <w:t xml:space="preserve"> nhiệt lượng kế.</w:t>
      </w:r>
    </w:p>
    <w:p w14:paraId="550BE244" w14:textId="77777777" w:rsidR="00B8069B" w:rsidRPr="00681064" w:rsidRDefault="00B8069B" w:rsidP="00681064">
      <w:pPr>
        <w:pStyle w:val="BodyText"/>
        <w:tabs>
          <w:tab w:val="left" w:pos="426"/>
        </w:tabs>
        <w:rPr>
          <w:szCs w:val="24"/>
        </w:rPr>
      </w:pPr>
      <w:r w:rsidRPr="00681064">
        <w:rPr>
          <w:b/>
          <w:bCs/>
          <w:color w:val="CC3300"/>
          <w:szCs w:val="24"/>
        </w:rPr>
        <w:tab/>
        <w:t>D.</w:t>
      </w:r>
      <w:r w:rsidRPr="00681064">
        <w:rPr>
          <w:szCs w:val="24"/>
        </w:rPr>
        <w:t xml:space="preserve"> biến thế nguồn.</w:t>
      </w:r>
    </w:p>
    <w:p w14:paraId="182AC501" w14:textId="77777777" w:rsidR="00B8069B" w:rsidRPr="00681064" w:rsidRDefault="00000000" w:rsidP="00681064">
      <w:pPr>
        <w:tabs>
          <w:tab w:val="left" w:pos="426"/>
        </w:tabs>
        <w:rPr>
          <w:rFonts w:cs="Times New Roman"/>
          <w:color w:val="CC3300"/>
          <w:szCs w:val="24"/>
        </w:rPr>
      </w:pPr>
      <w:r w:rsidRPr="00681064">
        <w:rPr>
          <w:rFonts w:cs="Times New Roman"/>
          <w:b/>
          <w:bCs/>
          <w:color w:val="CC3300"/>
          <w:szCs w:val="24"/>
        </w:rPr>
        <w:t>Đáp án: B.</w:t>
      </w:r>
      <w:r w:rsidRPr="00681064">
        <w:rPr>
          <w:rFonts w:cs="Times New Roman"/>
          <w:color w:val="CC3300"/>
          <w:szCs w:val="24"/>
        </w:rPr>
        <w:t xml:space="preserve"> </w:t>
      </w:r>
    </w:p>
    <w:p w14:paraId="66A3EFFA" w14:textId="2EA8AE12" w:rsidR="00EA3B5B" w:rsidRPr="00681064" w:rsidRDefault="00000000" w:rsidP="00681064">
      <w:pPr>
        <w:tabs>
          <w:tab w:val="left" w:pos="426"/>
        </w:tabs>
        <w:rPr>
          <w:rFonts w:cs="Times New Roman"/>
          <w:szCs w:val="24"/>
        </w:rPr>
      </w:pPr>
      <w:r w:rsidRPr="00681064">
        <w:rPr>
          <w:rFonts w:cs="Times New Roman"/>
          <w:szCs w:val="24"/>
        </w:rPr>
        <w:t>Dụng cụ số (5) là cân điện tử, dùng để xác định khối lượng nhiệt lượng kế và nước.</w:t>
      </w:r>
    </w:p>
    <w:p w14:paraId="0EA2796B" w14:textId="77777777" w:rsidR="00B8069B" w:rsidRPr="00681064" w:rsidRDefault="00B8069B" w:rsidP="00681064">
      <w:pPr>
        <w:pStyle w:val="BodyText"/>
        <w:tabs>
          <w:tab w:val="left" w:pos="426"/>
        </w:tabs>
        <w:rPr>
          <w:szCs w:val="24"/>
        </w:rPr>
      </w:pPr>
      <w:bookmarkStart w:id="15" w:name="câu-15"/>
      <w:bookmarkEnd w:id="14"/>
      <w:r w:rsidRPr="00681064">
        <w:rPr>
          <w:b/>
          <w:bCs/>
          <w:szCs w:val="24"/>
        </w:rPr>
        <w:t>Câu 15.</w:t>
      </w:r>
      <w:r w:rsidRPr="00681064">
        <w:rPr>
          <w:szCs w:val="24"/>
        </w:rPr>
        <w:t xml:space="preserve"> Đồ thị nào sau đây phù hợp với quá trình đẳng áp?</w:t>
      </w:r>
    </w:p>
    <w:p w14:paraId="0A18C8A7" w14:textId="77777777" w:rsidR="00B8069B" w:rsidRPr="00681064" w:rsidRDefault="00B8069B" w:rsidP="00681064">
      <w:pPr>
        <w:pStyle w:val="BodyText"/>
        <w:tabs>
          <w:tab w:val="left" w:pos="426"/>
        </w:tabs>
        <w:jc w:val="center"/>
        <w:rPr>
          <w:szCs w:val="24"/>
        </w:rPr>
      </w:pPr>
      <w:r w:rsidRPr="00681064">
        <w:rPr>
          <w:szCs w:val="24"/>
        </w:rPr>
        <w:drawing>
          <wp:inline distT="0" distB="0" distL="0" distR="0" wp14:anchorId="702EC84D" wp14:editId="4DC719F9">
            <wp:extent cx="5806159" cy="1392555"/>
            <wp:effectExtent l="0" t="0" r="4445" b="0"/>
            <wp:docPr id="1844622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22524" name=""/>
                    <pic:cNvPicPr/>
                  </pic:nvPicPr>
                  <pic:blipFill>
                    <a:blip r:embed="rId8"/>
                    <a:stretch>
                      <a:fillRect/>
                    </a:stretch>
                  </pic:blipFill>
                  <pic:spPr>
                    <a:xfrm>
                      <a:off x="0" y="0"/>
                      <a:ext cx="5807743" cy="1392935"/>
                    </a:xfrm>
                    <a:prstGeom prst="rect">
                      <a:avLst/>
                    </a:prstGeom>
                  </pic:spPr>
                </pic:pic>
              </a:graphicData>
            </a:graphic>
          </wp:inline>
        </w:drawing>
      </w:r>
    </w:p>
    <w:p w14:paraId="73D66CC8" w14:textId="77777777" w:rsidR="00B8069B" w:rsidRPr="00681064" w:rsidRDefault="00B8069B" w:rsidP="00681064">
      <w:pPr>
        <w:pStyle w:val="BodyText"/>
        <w:tabs>
          <w:tab w:val="left" w:pos="426"/>
        </w:tabs>
        <w:rPr>
          <w:szCs w:val="24"/>
        </w:rPr>
      </w:pPr>
      <w:r w:rsidRPr="00681064">
        <w:rPr>
          <w:b/>
          <w:bCs/>
          <w:color w:val="CC3300"/>
          <w:szCs w:val="24"/>
        </w:rPr>
        <w:tab/>
        <w:t>A.</w:t>
      </w:r>
      <w:r w:rsidRPr="00681064">
        <w:rPr>
          <w:szCs w:val="24"/>
        </w:rPr>
        <w:t xml:space="preserve"> Hình (a).</w:t>
      </w:r>
    </w:p>
    <w:p w14:paraId="041824C1" w14:textId="77777777" w:rsidR="00B8069B" w:rsidRPr="00681064" w:rsidRDefault="00B8069B" w:rsidP="00681064">
      <w:pPr>
        <w:pStyle w:val="BodyText"/>
        <w:tabs>
          <w:tab w:val="left" w:pos="426"/>
        </w:tabs>
        <w:rPr>
          <w:szCs w:val="24"/>
        </w:rPr>
      </w:pPr>
      <w:r w:rsidRPr="00681064">
        <w:rPr>
          <w:b/>
          <w:bCs/>
          <w:color w:val="CC3300"/>
          <w:szCs w:val="24"/>
        </w:rPr>
        <w:tab/>
        <w:t>B.</w:t>
      </w:r>
      <w:r w:rsidRPr="00681064">
        <w:rPr>
          <w:szCs w:val="24"/>
        </w:rPr>
        <w:t xml:space="preserve"> Hình (b).</w:t>
      </w:r>
    </w:p>
    <w:p w14:paraId="2D46A966" w14:textId="77777777" w:rsidR="00B8069B" w:rsidRPr="00681064" w:rsidRDefault="00B8069B" w:rsidP="00681064">
      <w:pPr>
        <w:pStyle w:val="BodyText"/>
        <w:tabs>
          <w:tab w:val="left" w:pos="426"/>
        </w:tabs>
        <w:rPr>
          <w:szCs w:val="24"/>
        </w:rPr>
      </w:pPr>
      <w:r w:rsidRPr="00681064">
        <w:rPr>
          <w:b/>
          <w:bCs/>
          <w:color w:val="CC3300"/>
          <w:szCs w:val="24"/>
        </w:rPr>
        <w:tab/>
        <w:t>C.</w:t>
      </w:r>
      <w:r w:rsidRPr="00681064">
        <w:rPr>
          <w:szCs w:val="24"/>
        </w:rPr>
        <w:t xml:space="preserve"> Hình (c).</w:t>
      </w:r>
    </w:p>
    <w:p w14:paraId="0ADD8B1F" w14:textId="77777777" w:rsidR="00B8069B" w:rsidRPr="00681064" w:rsidRDefault="00B8069B" w:rsidP="00681064">
      <w:pPr>
        <w:pStyle w:val="BodyText"/>
        <w:tabs>
          <w:tab w:val="left" w:pos="426"/>
        </w:tabs>
        <w:rPr>
          <w:szCs w:val="24"/>
        </w:rPr>
      </w:pPr>
      <w:r w:rsidRPr="00681064">
        <w:rPr>
          <w:b/>
          <w:bCs/>
          <w:color w:val="CC3300"/>
          <w:szCs w:val="24"/>
        </w:rPr>
        <w:tab/>
        <w:t>D.</w:t>
      </w:r>
      <w:r w:rsidRPr="00681064">
        <w:rPr>
          <w:szCs w:val="24"/>
        </w:rPr>
        <w:t xml:space="preserve"> Hình (d).</w:t>
      </w:r>
    </w:p>
    <w:p w14:paraId="072F30B1" w14:textId="77777777" w:rsidR="00B8069B" w:rsidRPr="00681064" w:rsidRDefault="00000000" w:rsidP="00681064">
      <w:pPr>
        <w:tabs>
          <w:tab w:val="left" w:pos="426"/>
        </w:tabs>
        <w:rPr>
          <w:rFonts w:cs="Times New Roman"/>
          <w:color w:val="CC3300"/>
          <w:szCs w:val="24"/>
        </w:rPr>
      </w:pPr>
      <w:r w:rsidRPr="00681064">
        <w:rPr>
          <w:rFonts w:cs="Times New Roman"/>
          <w:b/>
          <w:bCs/>
          <w:color w:val="CC3300"/>
          <w:szCs w:val="24"/>
        </w:rPr>
        <w:t>Đáp án: D.</w:t>
      </w:r>
      <w:r w:rsidRPr="00681064">
        <w:rPr>
          <w:rFonts w:cs="Times New Roman"/>
          <w:color w:val="CC3300"/>
          <w:szCs w:val="24"/>
        </w:rPr>
        <w:t xml:space="preserve"> </w:t>
      </w:r>
    </w:p>
    <w:p w14:paraId="659343C0" w14:textId="34003648" w:rsidR="00EA3B5B" w:rsidRPr="00681064" w:rsidRDefault="00000000" w:rsidP="00681064">
      <w:pPr>
        <w:tabs>
          <w:tab w:val="left" w:pos="426"/>
        </w:tabs>
        <w:rPr>
          <w:rFonts w:cs="Times New Roman"/>
          <w:szCs w:val="24"/>
        </w:rPr>
      </w:pPr>
      <w:r w:rsidRPr="00681064">
        <w:rPr>
          <w:rFonts w:cs="Times New Roman"/>
          <w:szCs w:val="24"/>
        </w:rPr>
        <w:t xml:space="preserve">Trên đồ thị </w:t>
      </w:r>
      <m:oMath>
        <m:r>
          <w:rPr>
            <w:rFonts w:ascii="Cambria Math" w:hAnsi="Cambria Math" w:cs="Times New Roman"/>
            <w:szCs w:val="24"/>
          </w:rPr>
          <m:t>p</m:t>
        </m:r>
        <m:r>
          <m:rPr>
            <m:sty m:val="p"/>
          </m:rPr>
          <w:rPr>
            <w:rFonts w:ascii="Cambria Math" w:hAnsi="Cambria Math" w:cs="Times New Roman"/>
            <w:szCs w:val="24"/>
          </w:rPr>
          <m:t>-</m:t>
        </m:r>
        <m:r>
          <w:rPr>
            <w:rFonts w:ascii="Cambria Math" w:hAnsi="Cambria Math" w:cs="Times New Roman"/>
            <w:szCs w:val="24"/>
          </w:rPr>
          <m:t>V</m:t>
        </m:r>
      </m:oMath>
      <w:r w:rsidRPr="00681064">
        <w:rPr>
          <w:rFonts w:cs="Times New Roman"/>
          <w:szCs w:val="24"/>
        </w:rPr>
        <w:t xml:space="preserve">, quá trình đẳng áp được biểu diễn bằng một đoạn thẳng nằm ngang vì </w:t>
      </w:r>
      <m:oMath>
        <m:r>
          <w:rPr>
            <w:rFonts w:ascii="Cambria Math" w:hAnsi="Cambria Math" w:cs="Times New Roman"/>
            <w:szCs w:val="24"/>
          </w:rPr>
          <m:t>p</m:t>
        </m:r>
      </m:oMath>
      <w:r w:rsidRPr="00681064">
        <w:rPr>
          <w:rFonts w:cs="Times New Roman"/>
          <w:szCs w:val="24"/>
        </w:rPr>
        <w:t xml:space="preserve"> không đổi.</w:t>
      </w:r>
    </w:p>
    <w:p w14:paraId="67411F8E" w14:textId="77777777" w:rsidR="00681064" w:rsidRPr="00681064" w:rsidRDefault="00681064" w:rsidP="00681064">
      <w:pPr>
        <w:pStyle w:val="BodyText"/>
        <w:tabs>
          <w:tab w:val="left" w:pos="426"/>
        </w:tabs>
        <w:rPr>
          <w:szCs w:val="24"/>
        </w:rPr>
      </w:pPr>
      <w:bookmarkStart w:id="16" w:name="câu-16"/>
      <w:bookmarkEnd w:id="15"/>
      <w:r w:rsidRPr="00681064">
        <w:rPr>
          <w:b/>
          <w:bCs/>
          <w:szCs w:val="24"/>
        </w:rPr>
        <w:t>Câu 16.</w:t>
      </w:r>
      <w:r w:rsidRPr="00681064">
        <w:rPr>
          <w:szCs w:val="24"/>
        </w:rPr>
        <w:t xml:space="preserve"> Phương trình trạng thái khí lí tưởng cho biết mối liên hệ giữa</w:t>
      </w:r>
    </w:p>
    <w:p w14:paraId="4864786E" w14:textId="77777777" w:rsidR="00681064" w:rsidRPr="00681064" w:rsidRDefault="00681064" w:rsidP="00681064">
      <w:pPr>
        <w:pStyle w:val="BodyText"/>
        <w:tabs>
          <w:tab w:val="left" w:pos="426"/>
        </w:tabs>
        <w:rPr>
          <w:szCs w:val="24"/>
        </w:rPr>
      </w:pPr>
      <w:r w:rsidRPr="00681064">
        <w:rPr>
          <w:b/>
          <w:bCs/>
          <w:color w:val="CC3300"/>
          <w:szCs w:val="24"/>
        </w:rPr>
        <w:tab/>
        <w:t>A.</w:t>
      </w:r>
      <w:r w:rsidRPr="00681064">
        <w:rPr>
          <w:szCs w:val="24"/>
        </w:rPr>
        <w:t xml:space="preserve"> nhiệt độ và áp suất.</w:t>
      </w:r>
    </w:p>
    <w:p w14:paraId="516CF8BD" w14:textId="77777777" w:rsidR="00681064" w:rsidRPr="00681064" w:rsidRDefault="00681064" w:rsidP="00681064">
      <w:pPr>
        <w:pStyle w:val="BodyText"/>
        <w:tabs>
          <w:tab w:val="left" w:pos="426"/>
        </w:tabs>
        <w:rPr>
          <w:szCs w:val="24"/>
        </w:rPr>
      </w:pPr>
      <w:r w:rsidRPr="00681064">
        <w:rPr>
          <w:b/>
          <w:bCs/>
          <w:color w:val="CC3300"/>
          <w:szCs w:val="24"/>
        </w:rPr>
        <w:lastRenderedPageBreak/>
        <w:tab/>
        <w:t>B.</w:t>
      </w:r>
      <w:r w:rsidRPr="00681064">
        <w:rPr>
          <w:szCs w:val="24"/>
        </w:rPr>
        <w:t xml:space="preserve"> nhiệt độ, thể tích và áp suất.</w:t>
      </w:r>
    </w:p>
    <w:p w14:paraId="5C8F5043" w14:textId="77777777" w:rsidR="00681064" w:rsidRPr="00681064" w:rsidRDefault="00681064" w:rsidP="00681064">
      <w:pPr>
        <w:pStyle w:val="BodyText"/>
        <w:tabs>
          <w:tab w:val="left" w:pos="426"/>
        </w:tabs>
        <w:rPr>
          <w:szCs w:val="24"/>
        </w:rPr>
      </w:pPr>
      <w:r w:rsidRPr="00681064">
        <w:rPr>
          <w:b/>
          <w:bCs/>
          <w:color w:val="CC3300"/>
          <w:szCs w:val="24"/>
        </w:rPr>
        <w:tab/>
        <w:t>C.</w:t>
      </w:r>
      <w:r w:rsidRPr="00681064">
        <w:rPr>
          <w:szCs w:val="24"/>
        </w:rPr>
        <w:t xml:space="preserve"> nhiệt độ và thể tích.</w:t>
      </w:r>
    </w:p>
    <w:p w14:paraId="0106FFDF" w14:textId="77777777" w:rsidR="00681064" w:rsidRPr="00681064" w:rsidRDefault="00681064" w:rsidP="00681064">
      <w:pPr>
        <w:pStyle w:val="BodyText"/>
        <w:tabs>
          <w:tab w:val="left" w:pos="426"/>
        </w:tabs>
        <w:rPr>
          <w:szCs w:val="24"/>
        </w:rPr>
      </w:pPr>
      <w:r w:rsidRPr="00681064">
        <w:rPr>
          <w:b/>
          <w:bCs/>
          <w:color w:val="CC3300"/>
          <w:szCs w:val="24"/>
        </w:rPr>
        <w:tab/>
        <w:t>D.</w:t>
      </w:r>
      <w:r w:rsidRPr="00681064">
        <w:rPr>
          <w:szCs w:val="24"/>
        </w:rPr>
        <w:t xml:space="preserve"> thể tích và áp suất.</w:t>
      </w:r>
    </w:p>
    <w:p w14:paraId="585384BB" w14:textId="77777777" w:rsidR="00681064" w:rsidRPr="00681064" w:rsidRDefault="00000000" w:rsidP="00681064">
      <w:pPr>
        <w:tabs>
          <w:tab w:val="left" w:pos="426"/>
        </w:tabs>
        <w:rPr>
          <w:rFonts w:cs="Times New Roman"/>
          <w:color w:val="CC3300"/>
          <w:szCs w:val="24"/>
        </w:rPr>
      </w:pPr>
      <w:r w:rsidRPr="00681064">
        <w:rPr>
          <w:rFonts w:cs="Times New Roman"/>
          <w:b/>
          <w:bCs/>
          <w:color w:val="CC3300"/>
          <w:szCs w:val="24"/>
        </w:rPr>
        <w:t>Đáp án: B.</w:t>
      </w:r>
      <w:r w:rsidRPr="00681064">
        <w:rPr>
          <w:rFonts w:cs="Times New Roman"/>
          <w:color w:val="CC3300"/>
          <w:szCs w:val="24"/>
        </w:rPr>
        <w:t xml:space="preserve"> </w:t>
      </w:r>
    </w:p>
    <w:p w14:paraId="2181DC06" w14:textId="1FAA0376" w:rsidR="00EA3B5B" w:rsidRPr="00681064" w:rsidRDefault="00000000" w:rsidP="00681064">
      <w:pPr>
        <w:tabs>
          <w:tab w:val="left" w:pos="426"/>
        </w:tabs>
        <w:rPr>
          <w:rFonts w:cs="Times New Roman"/>
          <w:szCs w:val="24"/>
        </w:rPr>
      </w:pPr>
      <w:r w:rsidRPr="00681064">
        <w:rPr>
          <w:rFonts w:cs="Times New Roman"/>
          <w:szCs w:val="24"/>
        </w:rPr>
        <w:t xml:space="preserve">Phương trình trạng thái </w:t>
      </w:r>
      <m:oMath>
        <m:r>
          <w:rPr>
            <w:rFonts w:ascii="Cambria Math" w:hAnsi="Cambria Math" w:cs="Times New Roman"/>
            <w:szCs w:val="24"/>
          </w:rPr>
          <m:t>pV</m:t>
        </m:r>
        <m:r>
          <m:rPr>
            <m:sty m:val="p"/>
          </m:rPr>
          <w:rPr>
            <w:rFonts w:ascii="Cambria Math" w:hAnsi="Cambria Math" w:cs="Times New Roman"/>
            <w:szCs w:val="24"/>
          </w:rPr>
          <m:t>=</m:t>
        </m:r>
        <m:r>
          <w:rPr>
            <w:rFonts w:ascii="Cambria Math" w:hAnsi="Cambria Math" w:cs="Times New Roman"/>
            <w:szCs w:val="24"/>
          </w:rPr>
          <m:t>nRT</m:t>
        </m:r>
      </m:oMath>
      <w:r w:rsidRPr="00681064">
        <w:rPr>
          <w:rFonts w:cs="Times New Roman"/>
          <w:szCs w:val="24"/>
        </w:rPr>
        <w:t xml:space="preserve"> liên hệ đồng thời áp suất </w:t>
      </w:r>
      <m:oMath>
        <m:r>
          <w:rPr>
            <w:rFonts w:ascii="Cambria Math" w:hAnsi="Cambria Math" w:cs="Times New Roman"/>
            <w:szCs w:val="24"/>
          </w:rPr>
          <m:t>p</m:t>
        </m:r>
      </m:oMath>
      <w:r w:rsidRPr="00681064">
        <w:rPr>
          <w:rFonts w:cs="Times New Roman"/>
          <w:szCs w:val="24"/>
        </w:rPr>
        <w:t xml:space="preserve">, thể tích </w:t>
      </w:r>
      <m:oMath>
        <m:r>
          <w:rPr>
            <w:rFonts w:ascii="Cambria Math" w:hAnsi="Cambria Math" w:cs="Times New Roman"/>
            <w:szCs w:val="24"/>
          </w:rPr>
          <m:t>V</m:t>
        </m:r>
      </m:oMath>
      <w:r w:rsidRPr="00681064">
        <w:rPr>
          <w:rFonts w:cs="Times New Roman"/>
          <w:szCs w:val="24"/>
        </w:rPr>
        <w:t xml:space="preserve"> và nhiệt độ tuyệt đối </w:t>
      </w:r>
      <m:oMath>
        <m:r>
          <w:rPr>
            <w:rFonts w:ascii="Cambria Math" w:hAnsi="Cambria Math" w:cs="Times New Roman"/>
            <w:szCs w:val="24"/>
          </w:rPr>
          <m:t>T</m:t>
        </m:r>
      </m:oMath>
      <w:r w:rsidRPr="00681064">
        <w:rPr>
          <w:rFonts w:cs="Times New Roman"/>
          <w:szCs w:val="24"/>
        </w:rPr>
        <w:t>.</w:t>
      </w:r>
    </w:p>
    <w:p w14:paraId="4B0751BA" w14:textId="77777777" w:rsidR="00681064" w:rsidRPr="00681064" w:rsidRDefault="00681064" w:rsidP="00681064">
      <w:pPr>
        <w:pStyle w:val="BodyText"/>
        <w:tabs>
          <w:tab w:val="left" w:pos="426"/>
        </w:tabs>
        <w:rPr>
          <w:szCs w:val="24"/>
        </w:rPr>
      </w:pPr>
      <w:bookmarkStart w:id="17" w:name="câu-17"/>
      <w:bookmarkEnd w:id="16"/>
      <w:r w:rsidRPr="00681064">
        <w:rPr>
          <w:b/>
          <w:bCs/>
          <w:szCs w:val="24"/>
        </w:rPr>
        <w:t>Câu 17.</w:t>
      </w:r>
      <w:r w:rsidRPr="00681064">
        <w:rPr>
          <w:szCs w:val="24"/>
        </w:rPr>
        <w:t xml:space="preserve"> Khi chưa đóng cửa, không khí trong ô tô có nhiệt độ </w:t>
      </w:r>
      <m:oMath>
        <m:r>
          <w:rPr>
            <w:rFonts w:ascii="Cambria Math" w:hAnsi="Cambria Math"/>
            <w:szCs w:val="24"/>
          </w:rPr>
          <m:t>20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Sau khi đóng cửa và đỗ ô tô dưới trời nắng, nhiệt độ không khí trong ô tô tăng đến </w:t>
      </w:r>
      <m:oMath>
        <m:r>
          <w:rPr>
            <w:rFonts w:ascii="Cambria Math" w:hAnsi="Cambria Math"/>
            <w:szCs w:val="24"/>
          </w:rPr>
          <m:t>50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Coi thể tích khoang xe và áp suất không khí trong xe không đổi. So với lúc vừa đóng cửa, tỉ lệ phần trăm số mol khí đã thoát ra là</w:t>
      </w:r>
    </w:p>
    <w:p w14:paraId="72D71CBE" w14:textId="77777777" w:rsidR="00681064" w:rsidRPr="00681064" w:rsidRDefault="00681064" w:rsidP="00681064">
      <w:pPr>
        <w:pStyle w:val="BodyText"/>
        <w:tabs>
          <w:tab w:val="left" w:pos="426"/>
        </w:tabs>
        <w:rPr>
          <w:szCs w:val="24"/>
        </w:rPr>
      </w:pPr>
      <w:r w:rsidRPr="00681064">
        <w:rPr>
          <w:b/>
          <w:bCs/>
          <w:color w:val="CC3300"/>
          <w:szCs w:val="24"/>
        </w:rPr>
        <w:tab/>
        <w:t>A.</w:t>
      </w:r>
      <w:r w:rsidRPr="00681064">
        <w:rPr>
          <w:szCs w:val="24"/>
        </w:rPr>
        <w:t xml:space="preserve"> </w:t>
      </w:r>
      <m:oMath>
        <m:r>
          <w:rPr>
            <w:rFonts w:ascii="Cambria Math" w:hAnsi="Cambria Math"/>
            <w:szCs w:val="24"/>
          </w:rPr>
          <m:t>9</m:t>
        </m:r>
        <m:r>
          <m:rPr>
            <m:sty m:val="p"/>
          </m:rPr>
          <w:rPr>
            <w:rFonts w:ascii="Cambria Math" w:hAnsi="Cambria Math"/>
            <w:szCs w:val="24"/>
          </w:rPr>
          <m:t>,</m:t>
        </m:r>
        <m:r>
          <w:rPr>
            <w:rFonts w:ascii="Cambria Math" w:hAnsi="Cambria Math"/>
            <w:szCs w:val="24"/>
          </w:rPr>
          <m:t>0</m:t>
        </m:r>
        <m:r>
          <m:rPr>
            <m:sty m:val="p"/>
          </m:rPr>
          <w:rPr>
            <w:rFonts w:ascii="Cambria Math" w:hAnsi="Cambria Math"/>
            <w:szCs w:val="24"/>
          </w:rPr>
          <m:t>%</m:t>
        </m:r>
      </m:oMath>
      <w:r w:rsidRPr="00681064">
        <w:rPr>
          <w:szCs w:val="24"/>
        </w:rPr>
        <w:t>.</w:t>
      </w:r>
    </w:p>
    <w:p w14:paraId="41768C80" w14:textId="77777777" w:rsidR="00681064" w:rsidRPr="00681064" w:rsidRDefault="00681064" w:rsidP="00681064">
      <w:pPr>
        <w:pStyle w:val="BodyText"/>
        <w:tabs>
          <w:tab w:val="left" w:pos="426"/>
        </w:tabs>
        <w:rPr>
          <w:szCs w:val="24"/>
        </w:rPr>
      </w:pPr>
      <w:r w:rsidRPr="00681064">
        <w:rPr>
          <w:b/>
          <w:bCs/>
          <w:color w:val="CC3300"/>
          <w:szCs w:val="24"/>
        </w:rPr>
        <w:tab/>
        <w:t>B.</w:t>
      </w:r>
      <w:r w:rsidRPr="00681064">
        <w:rPr>
          <w:szCs w:val="24"/>
        </w:rPr>
        <w:t xml:space="preserve"> </w:t>
      </w:r>
      <m:oMath>
        <m:r>
          <w:rPr>
            <w:rFonts w:ascii="Cambria Math" w:hAnsi="Cambria Math"/>
            <w:szCs w:val="24"/>
          </w:rPr>
          <m:t>90</m:t>
        </m:r>
        <m:r>
          <m:rPr>
            <m:sty m:val="p"/>
          </m:rPr>
          <w:rPr>
            <w:rFonts w:ascii="Cambria Math" w:hAnsi="Cambria Math"/>
            <w:szCs w:val="24"/>
          </w:rPr>
          <m:t>,</m:t>
        </m:r>
        <m:r>
          <w:rPr>
            <w:rFonts w:ascii="Cambria Math" w:hAnsi="Cambria Math"/>
            <w:szCs w:val="24"/>
          </w:rPr>
          <m:t>0</m:t>
        </m:r>
        <m:r>
          <m:rPr>
            <m:sty m:val="p"/>
          </m:rPr>
          <w:rPr>
            <w:rFonts w:ascii="Cambria Math" w:hAnsi="Cambria Math"/>
            <w:szCs w:val="24"/>
          </w:rPr>
          <m:t>%</m:t>
        </m:r>
      </m:oMath>
      <w:r w:rsidRPr="00681064">
        <w:rPr>
          <w:szCs w:val="24"/>
        </w:rPr>
        <w:t>.</w:t>
      </w:r>
    </w:p>
    <w:p w14:paraId="7BF8DE7E" w14:textId="77777777" w:rsidR="00681064" w:rsidRPr="00681064" w:rsidRDefault="00681064" w:rsidP="00681064">
      <w:pPr>
        <w:pStyle w:val="BodyText"/>
        <w:tabs>
          <w:tab w:val="left" w:pos="426"/>
        </w:tabs>
        <w:rPr>
          <w:szCs w:val="24"/>
        </w:rPr>
      </w:pPr>
      <w:r w:rsidRPr="00681064">
        <w:rPr>
          <w:b/>
          <w:bCs/>
          <w:color w:val="CC3300"/>
          <w:szCs w:val="24"/>
        </w:rPr>
        <w:tab/>
        <w:t>C.</w:t>
      </w:r>
      <w:r w:rsidRPr="00681064">
        <w:rPr>
          <w:szCs w:val="24"/>
        </w:rPr>
        <w:t xml:space="preserve"> </w:t>
      </w:r>
      <m:oMath>
        <m:r>
          <w:rPr>
            <w:rFonts w:ascii="Cambria Math" w:hAnsi="Cambria Math"/>
            <w:szCs w:val="24"/>
          </w:rPr>
          <m:t>90</m:t>
        </m:r>
        <m:r>
          <m:rPr>
            <m:sty m:val="p"/>
          </m:rPr>
          <w:rPr>
            <w:rFonts w:ascii="Cambria Math" w:hAnsi="Cambria Math"/>
            <w:szCs w:val="24"/>
          </w:rPr>
          <m:t>,</m:t>
        </m:r>
        <m:r>
          <w:rPr>
            <w:rFonts w:ascii="Cambria Math" w:hAnsi="Cambria Math"/>
            <w:szCs w:val="24"/>
          </w:rPr>
          <m:t>7</m:t>
        </m:r>
        <m:r>
          <m:rPr>
            <m:sty m:val="p"/>
          </m:rPr>
          <w:rPr>
            <w:rFonts w:ascii="Cambria Math" w:hAnsi="Cambria Math"/>
            <w:szCs w:val="24"/>
          </w:rPr>
          <m:t>%</m:t>
        </m:r>
      </m:oMath>
      <w:r w:rsidRPr="00681064">
        <w:rPr>
          <w:szCs w:val="24"/>
        </w:rPr>
        <w:t>.</w:t>
      </w:r>
    </w:p>
    <w:p w14:paraId="157C795E" w14:textId="77777777" w:rsidR="00681064" w:rsidRPr="00681064" w:rsidRDefault="00681064" w:rsidP="00681064">
      <w:pPr>
        <w:pStyle w:val="BodyText"/>
        <w:tabs>
          <w:tab w:val="left" w:pos="426"/>
        </w:tabs>
        <w:rPr>
          <w:szCs w:val="24"/>
        </w:rPr>
      </w:pPr>
      <w:r w:rsidRPr="00681064">
        <w:rPr>
          <w:b/>
          <w:bCs/>
          <w:color w:val="CC3300"/>
          <w:szCs w:val="24"/>
        </w:rPr>
        <w:tab/>
        <w:t>D.</w:t>
      </w:r>
      <w:r w:rsidRPr="00681064">
        <w:rPr>
          <w:szCs w:val="24"/>
        </w:rPr>
        <w:t xml:space="preserve"> </w:t>
      </w:r>
      <m:oMath>
        <m:r>
          <w:rPr>
            <w:rFonts w:ascii="Cambria Math" w:hAnsi="Cambria Math"/>
            <w:szCs w:val="24"/>
          </w:rPr>
          <m:t>9</m:t>
        </m:r>
        <m:r>
          <m:rPr>
            <m:sty m:val="p"/>
          </m:rPr>
          <w:rPr>
            <w:rFonts w:ascii="Cambria Math" w:hAnsi="Cambria Math"/>
            <w:szCs w:val="24"/>
          </w:rPr>
          <m:t>,</m:t>
        </m:r>
        <m:r>
          <w:rPr>
            <w:rFonts w:ascii="Cambria Math" w:hAnsi="Cambria Math"/>
            <w:szCs w:val="24"/>
          </w:rPr>
          <m:t>3</m:t>
        </m:r>
        <m:r>
          <m:rPr>
            <m:sty m:val="p"/>
          </m:rPr>
          <w:rPr>
            <w:rFonts w:ascii="Cambria Math" w:hAnsi="Cambria Math"/>
            <w:szCs w:val="24"/>
          </w:rPr>
          <m:t>%</m:t>
        </m:r>
      </m:oMath>
      <w:r w:rsidRPr="00681064">
        <w:rPr>
          <w:szCs w:val="24"/>
        </w:rPr>
        <w:t>.</w:t>
      </w:r>
    </w:p>
    <w:p w14:paraId="697C733D" w14:textId="77777777" w:rsidR="00681064" w:rsidRPr="00681064" w:rsidRDefault="00000000" w:rsidP="00681064">
      <w:pPr>
        <w:tabs>
          <w:tab w:val="left" w:pos="426"/>
        </w:tabs>
        <w:rPr>
          <w:rFonts w:cs="Times New Roman"/>
          <w:color w:val="CC3300"/>
          <w:szCs w:val="24"/>
        </w:rPr>
      </w:pPr>
      <w:r w:rsidRPr="00681064">
        <w:rPr>
          <w:rFonts w:cs="Times New Roman"/>
          <w:b/>
          <w:bCs/>
          <w:color w:val="CC3300"/>
          <w:szCs w:val="24"/>
        </w:rPr>
        <w:t>Đáp án: D.</w:t>
      </w:r>
      <w:r w:rsidRPr="00681064">
        <w:rPr>
          <w:rFonts w:cs="Times New Roman"/>
          <w:color w:val="CC3300"/>
          <w:szCs w:val="24"/>
        </w:rPr>
        <w:t xml:space="preserve"> </w:t>
      </w:r>
    </w:p>
    <w:p w14:paraId="485636DF" w14:textId="12412D88" w:rsidR="00EA3B5B" w:rsidRPr="00681064" w:rsidRDefault="00000000" w:rsidP="00681064">
      <w:pPr>
        <w:tabs>
          <w:tab w:val="left" w:pos="426"/>
        </w:tabs>
        <w:rPr>
          <w:rFonts w:cs="Times New Roman"/>
          <w:szCs w:val="24"/>
        </w:rPr>
      </w:pPr>
      <w:r w:rsidRPr="00681064">
        <w:rPr>
          <w:rFonts w:cs="Times New Roman"/>
          <w:szCs w:val="24"/>
        </w:rPr>
        <w:t xml:space="preserve">Khi </w:t>
      </w:r>
      <m:oMath>
        <m:r>
          <w:rPr>
            <w:rFonts w:ascii="Cambria Math" w:hAnsi="Cambria Math" w:cs="Times New Roman"/>
            <w:szCs w:val="24"/>
          </w:rPr>
          <m:t>p</m:t>
        </m:r>
      </m:oMath>
      <w:r w:rsidRPr="00681064">
        <w:rPr>
          <w:rFonts w:cs="Times New Roman"/>
          <w:szCs w:val="24"/>
        </w:rPr>
        <w:t xml:space="preserve"> và </w:t>
      </w:r>
      <m:oMath>
        <m:r>
          <w:rPr>
            <w:rFonts w:ascii="Cambria Math" w:hAnsi="Cambria Math" w:cs="Times New Roman"/>
            <w:szCs w:val="24"/>
          </w:rPr>
          <m:t>V</m:t>
        </m:r>
      </m:oMath>
      <w:r w:rsidRPr="00681064">
        <w:rPr>
          <w:rFonts w:cs="Times New Roman"/>
          <w:szCs w:val="24"/>
        </w:rPr>
        <w:t xml:space="preserve"> không đổi, từ </w:t>
      </w:r>
      <m:oMath>
        <m:r>
          <w:rPr>
            <w:rFonts w:ascii="Cambria Math" w:hAnsi="Cambria Math" w:cs="Times New Roman"/>
            <w:szCs w:val="24"/>
          </w:rPr>
          <m:t>pV</m:t>
        </m:r>
        <m:r>
          <m:rPr>
            <m:sty m:val="p"/>
          </m:rPr>
          <w:rPr>
            <w:rFonts w:ascii="Cambria Math" w:hAnsi="Cambria Math" w:cs="Times New Roman"/>
            <w:szCs w:val="24"/>
          </w:rPr>
          <m:t>=</m:t>
        </m:r>
        <m:r>
          <w:rPr>
            <w:rFonts w:ascii="Cambria Math" w:hAnsi="Cambria Math" w:cs="Times New Roman"/>
            <w:szCs w:val="24"/>
          </w:rPr>
          <m:t>nRT</m:t>
        </m:r>
      </m:oMath>
      <w:r w:rsidRPr="00681064">
        <w:rPr>
          <w:rFonts w:cs="Times New Roman"/>
          <w:szCs w:val="24"/>
        </w:rPr>
        <w:t xml:space="preserve"> suy ra </w:t>
      </w:r>
      <m:oMath>
        <m:r>
          <w:rPr>
            <w:rFonts w:ascii="Cambria Math" w:hAnsi="Cambria Math" w:cs="Times New Roman"/>
            <w:szCs w:val="24"/>
          </w:rPr>
          <m:t>nT</m:t>
        </m:r>
        <m:r>
          <m:rPr>
            <m:sty m:val="p"/>
          </m:rPr>
          <w:rPr>
            <w:rFonts w:ascii="Cambria Math" w:hAnsi="Cambria Math" w:cs="Times New Roman"/>
            <w:szCs w:val="24"/>
          </w:rPr>
          <m:t>=</m:t>
        </m:r>
        <m:r>
          <m:rPr>
            <m:nor/>
          </m:rPr>
          <w:rPr>
            <w:rFonts w:cs="Times New Roman"/>
            <w:szCs w:val="24"/>
          </w:rPr>
          <m:t>hằng số</m:t>
        </m:r>
      </m:oMath>
      <w:r w:rsidRPr="00681064">
        <w:rPr>
          <w:rFonts w:cs="Times New Roman"/>
          <w:szCs w:val="24"/>
        </w:rPr>
        <w:t>:</w:t>
      </w:r>
    </w:p>
    <w:p w14:paraId="2E83F0CA" w14:textId="77777777" w:rsidR="00EA3B5B" w:rsidRPr="00681064" w:rsidRDefault="00000000" w:rsidP="00681064">
      <w:pPr>
        <w:pStyle w:val="BodyText"/>
        <w:tabs>
          <w:tab w:val="left" w:pos="426"/>
        </w:tabs>
        <w:rPr>
          <w:rFonts w:cs="Times New Roman"/>
          <w:szCs w:val="24"/>
        </w:rPr>
      </w:pPr>
      <m:oMathPara>
        <m:oMathParaPr>
          <m:jc m:val="center"/>
        </m:oMathParaPr>
        <m:oMath>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2</m:t>
                  </m:r>
                </m:sub>
              </m:sSub>
            </m:num>
            <m:den>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1</m:t>
                  </m:r>
                </m:sub>
              </m:sSub>
            </m:den>
          </m:f>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num>
            <m:den>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2</m:t>
                  </m:r>
                </m:sub>
              </m:sSub>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293</m:t>
              </m:r>
            </m:num>
            <m:den>
              <m:r>
                <w:rPr>
                  <w:rFonts w:ascii="Cambria Math" w:hAnsi="Cambria Math" w:cs="Times New Roman"/>
                  <w:szCs w:val="24"/>
                </w:rPr>
                <m:t>323</m:t>
              </m:r>
            </m:den>
          </m:f>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907</m:t>
          </m:r>
          <m:r>
            <m:rPr>
              <m:sty m:val="p"/>
            </m:rPr>
            <w:rPr>
              <w:rFonts w:ascii="Cambria Math" w:hAnsi="Cambria Math" w:cs="Times New Roman"/>
              <w:szCs w:val="24"/>
            </w:rPr>
            <m:t>.</m:t>
          </m:r>
        </m:oMath>
      </m:oMathPara>
    </w:p>
    <w:p w14:paraId="16B93ED1" w14:textId="77777777" w:rsidR="00EA3B5B" w:rsidRPr="00681064" w:rsidRDefault="00000000" w:rsidP="00681064">
      <w:pPr>
        <w:tabs>
          <w:tab w:val="left" w:pos="426"/>
        </w:tabs>
        <w:rPr>
          <w:rFonts w:cs="Times New Roman"/>
          <w:szCs w:val="24"/>
        </w:rPr>
      </w:pPr>
      <w:r w:rsidRPr="00681064">
        <w:rPr>
          <w:rFonts w:cs="Times New Roman"/>
          <w:szCs w:val="24"/>
        </w:rPr>
        <w:t>Tỉ lệ số mol đã thoát ra:</w:t>
      </w:r>
    </w:p>
    <w:p w14:paraId="5BAB8BB3" w14:textId="77777777" w:rsidR="00EA3B5B" w:rsidRPr="00681064" w:rsidRDefault="00000000" w:rsidP="00681064">
      <w:pPr>
        <w:pStyle w:val="BodyText"/>
        <w:tabs>
          <w:tab w:val="left" w:pos="426"/>
        </w:tabs>
        <w:rPr>
          <w:rFonts w:cs="Times New Roman"/>
          <w:szCs w:val="24"/>
        </w:rPr>
      </w:pPr>
      <m:oMathPara>
        <m:oMathParaPr>
          <m:jc m:val="center"/>
        </m:oMathParaPr>
        <m:oMath>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1</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2</m:t>
                  </m:r>
                </m:sub>
              </m:sSub>
            </m:num>
            <m:den>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1</m:t>
                  </m:r>
                </m:sub>
              </m:sSub>
            </m:den>
          </m:f>
          <m:r>
            <m:rPr>
              <m:sty m:val="p"/>
            </m:rPr>
            <w:rPr>
              <w:rFonts w:ascii="Cambria Math" w:hAnsi="Cambria Math" w:cs="Times New Roman"/>
              <w:szCs w:val="24"/>
            </w:rPr>
            <m:t>⋅</m:t>
          </m:r>
          <m:r>
            <w:rPr>
              <w:rFonts w:ascii="Cambria Math" w:hAnsi="Cambria Math" w:cs="Times New Roman"/>
              <w:szCs w:val="24"/>
            </w:rPr>
            <m:t>100</m:t>
          </m:r>
          <m:r>
            <m:rPr>
              <m:sty m:val="p"/>
            </m:rP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1</m:t>
              </m:r>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907</m:t>
              </m:r>
            </m:e>
          </m:d>
          <m:r>
            <m:rPr>
              <m:sty m:val="p"/>
            </m:rPr>
            <w:rPr>
              <w:rFonts w:ascii="Cambria Math" w:hAnsi="Cambria Math" w:cs="Times New Roman"/>
              <w:szCs w:val="24"/>
            </w:rPr>
            <m:t>⋅</m:t>
          </m:r>
          <m:r>
            <w:rPr>
              <w:rFonts w:ascii="Cambria Math" w:hAnsi="Cambria Math" w:cs="Times New Roman"/>
              <w:szCs w:val="24"/>
            </w:rPr>
            <m:t>100</m:t>
          </m:r>
          <m:r>
            <m:rPr>
              <m:sty m:val="p"/>
            </m:rPr>
            <w:rPr>
              <w:rFonts w:ascii="Cambria Math" w:hAnsi="Cambria Math" w:cs="Times New Roman"/>
              <w:szCs w:val="24"/>
            </w:rPr>
            <m:t>%≈</m:t>
          </m:r>
          <m:r>
            <w:rPr>
              <w:rFonts w:ascii="Cambria Math" w:hAnsi="Cambria Math" w:cs="Times New Roman"/>
              <w:szCs w:val="24"/>
            </w:rPr>
            <m:t>9</m:t>
          </m:r>
          <m:r>
            <m:rPr>
              <m:sty m:val="p"/>
            </m:rPr>
            <w:rPr>
              <w:rFonts w:ascii="Cambria Math" w:hAnsi="Cambria Math" w:cs="Times New Roman"/>
              <w:szCs w:val="24"/>
            </w:rPr>
            <m:t>,</m:t>
          </m:r>
          <m:r>
            <w:rPr>
              <w:rFonts w:ascii="Cambria Math" w:hAnsi="Cambria Math" w:cs="Times New Roman"/>
              <w:szCs w:val="24"/>
            </w:rPr>
            <m:t>3</m:t>
          </m:r>
          <m:r>
            <m:rPr>
              <m:sty m:val="p"/>
            </m:rPr>
            <w:rPr>
              <w:rFonts w:ascii="Cambria Math" w:hAnsi="Cambria Math" w:cs="Times New Roman"/>
              <w:szCs w:val="24"/>
            </w:rPr>
            <m:t>%.</m:t>
          </m:r>
        </m:oMath>
      </m:oMathPara>
    </w:p>
    <w:p w14:paraId="51B7DFEA" w14:textId="77777777" w:rsidR="00681064" w:rsidRPr="00681064" w:rsidRDefault="00681064" w:rsidP="00681064">
      <w:pPr>
        <w:pStyle w:val="BodyText"/>
        <w:tabs>
          <w:tab w:val="left" w:pos="426"/>
        </w:tabs>
        <w:rPr>
          <w:szCs w:val="24"/>
        </w:rPr>
      </w:pPr>
      <w:bookmarkStart w:id="18" w:name="câu-18"/>
      <w:bookmarkEnd w:id="17"/>
      <w:r w:rsidRPr="00681064">
        <w:rPr>
          <w:b/>
          <w:bCs/>
          <w:szCs w:val="24"/>
        </w:rPr>
        <w:t>Câu 18.</w:t>
      </w:r>
      <w:r w:rsidRPr="00681064">
        <w:rPr>
          <w:szCs w:val="24"/>
        </w:rPr>
        <w:t xml:space="preserve"> Hình dưới là sơ đồ thí nghiệm đo nhiệt dung riêng của nước.</w:t>
      </w:r>
    </w:p>
    <w:p w14:paraId="1615E59C" w14:textId="77777777" w:rsidR="00681064" w:rsidRPr="00681064" w:rsidRDefault="00681064" w:rsidP="00681064">
      <w:pPr>
        <w:pStyle w:val="BodyText"/>
        <w:tabs>
          <w:tab w:val="left" w:pos="426"/>
        </w:tabs>
        <w:jc w:val="center"/>
        <w:rPr>
          <w:szCs w:val="24"/>
        </w:rPr>
      </w:pPr>
      <w:r w:rsidRPr="00681064">
        <w:rPr>
          <w:szCs w:val="24"/>
        </w:rPr>
        <w:drawing>
          <wp:inline distT="0" distB="0" distL="0" distR="0" wp14:anchorId="400A0172" wp14:editId="5AE659AA">
            <wp:extent cx="1681201" cy="1873679"/>
            <wp:effectExtent l="0" t="0" r="0" b="0"/>
            <wp:docPr id="869126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26140" name=""/>
                    <pic:cNvPicPr/>
                  </pic:nvPicPr>
                  <pic:blipFill>
                    <a:blip r:embed="rId9"/>
                    <a:stretch>
                      <a:fillRect/>
                    </a:stretch>
                  </pic:blipFill>
                  <pic:spPr>
                    <a:xfrm>
                      <a:off x="0" y="0"/>
                      <a:ext cx="1688357" cy="1881654"/>
                    </a:xfrm>
                    <a:prstGeom prst="rect">
                      <a:avLst/>
                    </a:prstGeom>
                  </pic:spPr>
                </pic:pic>
              </a:graphicData>
            </a:graphic>
          </wp:inline>
        </w:drawing>
      </w:r>
    </w:p>
    <w:p w14:paraId="61163DBA" w14:textId="77777777" w:rsidR="00681064" w:rsidRPr="00681064" w:rsidRDefault="00681064" w:rsidP="00681064">
      <w:pPr>
        <w:pStyle w:val="BodyText"/>
        <w:tabs>
          <w:tab w:val="left" w:pos="426"/>
        </w:tabs>
        <w:rPr>
          <w:szCs w:val="24"/>
        </w:rPr>
      </w:pPr>
      <w:r w:rsidRPr="00681064">
        <w:rPr>
          <w:szCs w:val="24"/>
        </w:rPr>
        <w:t xml:space="preserve">Một học sinh dùng </w:t>
      </w:r>
      <m:oMath>
        <m:r>
          <w:rPr>
            <w:rFonts w:ascii="Cambria Math" w:hAnsi="Cambria Math"/>
            <w:szCs w:val="24"/>
          </w:rPr>
          <m:t>150 </m:t>
        </m:r>
        <m:r>
          <m:rPr>
            <m:sty m:val="p"/>
          </m:rPr>
          <w:rPr>
            <w:rFonts w:ascii="Cambria Math" w:hAnsi="Cambria Math"/>
            <w:szCs w:val="24"/>
          </w:rPr>
          <m:t>g</m:t>
        </m:r>
      </m:oMath>
      <w:r w:rsidRPr="00681064">
        <w:rPr>
          <w:szCs w:val="24"/>
        </w:rPr>
        <w:t xml:space="preserve"> nước, nhiệt độ ban đầu </w:t>
      </w:r>
      <m:oMath>
        <m:r>
          <w:rPr>
            <w:rFonts w:ascii="Cambria Math" w:hAnsi="Cambria Math"/>
            <w:szCs w:val="24"/>
          </w:rPr>
          <m:t>62</m:t>
        </m:r>
        <m:r>
          <m:rPr>
            <m:sty m:val="p"/>
          </m:rPr>
          <w:rPr>
            <w:rFonts w:ascii="Cambria Math" w:hAnsi="Cambria Math"/>
            <w:szCs w:val="24"/>
          </w:rPr>
          <m:t>,</m:t>
        </m:r>
        <m:r>
          <w:rPr>
            <w:rFonts w:ascii="Cambria Math" w:hAnsi="Cambria Math"/>
            <w:szCs w:val="24"/>
          </w:rPr>
          <m:t>5</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Vôn kế và ampe kế lần lượt chỉ </w:t>
      </w:r>
      <m:oMath>
        <m:r>
          <w:rPr>
            <w:rFonts w:ascii="Cambria Math" w:hAnsi="Cambria Math"/>
            <w:szCs w:val="24"/>
          </w:rPr>
          <m:t>1</m:t>
        </m:r>
        <m:r>
          <m:rPr>
            <m:sty m:val="p"/>
          </m:rPr>
          <w:rPr>
            <w:rFonts w:ascii="Cambria Math" w:hAnsi="Cambria Math"/>
            <w:szCs w:val="24"/>
          </w:rPr>
          <m:t>,</m:t>
        </m:r>
        <m:r>
          <w:rPr>
            <w:rFonts w:ascii="Cambria Math" w:hAnsi="Cambria Math"/>
            <w:szCs w:val="24"/>
          </w:rPr>
          <m:t>55 </m:t>
        </m:r>
        <m:r>
          <m:rPr>
            <m:sty m:val="p"/>
          </m:rPr>
          <w:rPr>
            <w:rFonts w:ascii="Cambria Math" w:hAnsi="Cambria Math"/>
            <w:szCs w:val="24"/>
          </w:rPr>
          <m:t>V</m:t>
        </m:r>
      </m:oMath>
      <w:r w:rsidRPr="00681064">
        <w:rPr>
          <w:szCs w:val="24"/>
        </w:rPr>
        <w:t xml:space="preserve"> và </w:t>
      </w:r>
      <m:oMath>
        <m:r>
          <w:rPr>
            <w:rFonts w:ascii="Cambria Math" w:hAnsi="Cambria Math"/>
            <w:szCs w:val="24"/>
          </w:rPr>
          <m:t>2</m:t>
        </m:r>
        <m:r>
          <m:rPr>
            <m:sty m:val="p"/>
          </m:rPr>
          <w:rPr>
            <w:rFonts w:ascii="Cambria Math" w:hAnsi="Cambria Math"/>
            <w:szCs w:val="24"/>
          </w:rPr>
          <m:t>,</m:t>
        </m:r>
        <m:r>
          <w:rPr>
            <w:rFonts w:ascii="Cambria Math" w:hAnsi="Cambria Math"/>
            <w:szCs w:val="24"/>
          </w:rPr>
          <m:t>60 </m:t>
        </m:r>
        <m:r>
          <m:rPr>
            <m:sty m:val="p"/>
          </m:rPr>
          <w:rPr>
            <w:rFonts w:ascii="Cambria Math" w:hAnsi="Cambria Math"/>
            <w:szCs w:val="24"/>
          </w:rPr>
          <m:t>A.</m:t>
        </m:r>
      </m:oMath>
      <w:r w:rsidRPr="00681064">
        <w:rPr>
          <w:szCs w:val="24"/>
        </w:rPr>
        <w:t xml:space="preserve"> Sau </w:t>
      </w:r>
      <m:oMath>
        <m:r>
          <w:rPr>
            <w:rFonts w:ascii="Cambria Math" w:hAnsi="Cambria Math"/>
            <w:szCs w:val="24"/>
          </w:rPr>
          <m:t>8</m:t>
        </m:r>
      </m:oMath>
      <w:r w:rsidRPr="00681064">
        <w:rPr>
          <w:szCs w:val="24"/>
        </w:rPr>
        <w:t xml:space="preserve"> phút </w:t>
      </w:r>
      <m:oMath>
        <m:r>
          <w:rPr>
            <w:rFonts w:ascii="Cambria Math" w:hAnsi="Cambria Math"/>
            <w:szCs w:val="24"/>
          </w:rPr>
          <m:t>52</m:t>
        </m:r>
      </m:oMath>
      <w:r w:rsidRPr="00681064">
        <w:rPr>
          <w:szCs w:val="24"/>
        </w:rPr>
        <w:t xml:space="preserve"> giây, nhiệt độ của nước là </w:t>
      </w:r>
      <m:oMath>
        <m:r>
          <w:rPr>
            <w:rFonts w:ascii="Cambria Math" w:hAnsi="Cambria Math"/>
            <w:szCs w:val="24"/>
          </w:rPr>
          <m:t>66</m:t>
        </m:r>
        <m:r>
          <m:rPr>
            <m:sty m:val="p"/>
          </m:rPr>
          <w:rPr>
            <w:rFonts w:ascii="Cambria Math" w:hAnsi="Cambria Math"/>
            <w:szCs w:val="24"/>
          </w:rPr>
          <m:t>,</m:t>
        </m:r>
        <m:r>
          <w:rPr>
            <w:rFonts w:ascii="Cambria Math" w:hAnsi="Cambria Math"/>
            <w:szCs w:val="24"/>
          </w:rPr>
          <m:t>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Bỏ qua nhiệt lượng mà nhiệt lượng kế và đũa khuấy thu vào. Nhiệt dung riêng của nước đo được là</w:t>
      </w:r>
    </w:p>
    <w:p w14:paraId="2D4B0148" w14:textId="77777777" w:rsidR="00681064" w:rsidRPr="00681064" w:rsidRDefault="00681064" w:rsidP="00681064">
      <w:pPr>
        <w:pStyle w:val="BodyText"/>
        <w:tabs>
          <w:tab w:val="left" w:pos="426"/>
        </w:tabs>
        <w:rPr>
          <w:szCs w:val="24"/>
        </w:rPr>
      </w:pPr>
      <w:r w:rsidRPr="00681064">
        <w:rPr>
          <w:b/>
          <w:bCs/>
          <w:color w:val="CC3300"/>
          <w:szCs w:val="24"/>
        </w:rPr>
        <w:tab/>
        <w:t>A.</w:t>
      </w:r>
      <w:r w:rsidRPr="00681064">
        <w:rPr>
          <w:szCs w:val="24"/>
        </w:rPr>
        <w:t xml:space="preserve"> </w:t>
      </w:r>
      <m:oMath>
        <m:r>
          <w:rPr>
            <w:rFonts w:ascii="Cambria Math" w:hAnsi="Cambria Math"/>
            <w:szCs w:val="24"/>
          </w:rPr>
          <m:t>4023 </m:t>
        </m:r>
        <m:r>
          <m:rPr>
            <m:sty m:val="p"/>
          </m:rPr>
          <w:rPr>
            <w:rFonts w:ascii="Cambria Math" w:hAnsi="Cambria Math"/>
            <w:szCs w:val="24"/>
          </w:rPr>
          <m:t>J/</m:t>
        </m:r>
        <m:d>
          <m:dPr>
            <m:ctrlPr>
              <w:rPr>
                <w:rFonts w:ascii="Cambria Math" w:hAnsi="Cambria Math"/>
                <w:szCs w:val="24"/>
              </w:rPr>
            </m:ctrlPr>
          </m:dPr>
          <m:e>
            <m:r>
              <m:rPr>
                <m:sty m:val="p"/>
              </m:rPr>
              <w:rPr>
                <w:rFonts w:ascii="Cambria Math" w:hAnsi="Cambria Math"/>
                <w:szCs w:val="24"/>
              </w:rPr>
              <m:t>kg⋅K</m:t>
            </m:r>
          </m:e>
        </m:d>
      </m:oMath>
      <w:r w:rsidRPr="00681064">
        <w:rPr>
          <w:szCs w:val="24"/>
        </w:rPr>
        <w:t>.</w:t>
      </w:r>
    </w:p>
    <w:p w14:paraId="317CF289" w14:textId="77777777" w:rsidR="00681064" w:rsidRPr="00681064" w:rsidRDefault="00681064" w:rsidP="00681064">
      <w:pPr>
        <w:pStyle w:val="BodyText"/>
        <w:tabs>
          <w:tab w:val="left" w:pos="426"/>
        </w:tabs>
        <w:rPr>
          <w:szCs w:val="24"/>
        </w:rPr>
      </w:pPr>
      <w:r w:rsidRPr="00681064">
        <w:rPr>
          <w:b/>
          <w:bCs/>
          <w:color w:val="CC3300"/>
          <w:szCs w:val="24"/>
        </w:rPr>
        <w:tab/>
        <w:t>B.</w:t>
      </w:r>
      <w:r w:rsidRPr="00681064">
        <w:rPr>
          <w:szCs w:val="24"/>
        </w:rPr>
        <w:t xml:space="preserve"> </w:t>
      </w:r>
      <m:oMath>
        <m:r>
          <w:rPr>
            <w:rFonts w:ascii="Cambria Math" w:hAnsi="Cambria Math"/>
            <w:szCs w:val="24"/>
          </w:rPr>
          <m:t>4084 </m:t>
        </m:r>
        <m:r>
          <m:rPr>
            <m:sty m:val="p"/>
          </m:rPr>
          <w:rPr>
            <w:rFonts w:ascii="Cambria Math" w:hAnsi="Cambria Math"/>
            <w:szCs w:val="24"/>
          </w:rPr>
          <m:t>J/</m:t>
        </m:r>
        <m:d>
          <m:dPr>
            <m:ctrlPr>
              <w:rPr>
                <w:rFonts w:ascii="Cambria Math" w:hAnsi="Cambria Math"/>
                <w:szCs w:val="24"/>
              </w:rPr>
            </m:ctrlPr>
          </m:dPr>
          <m:e>
            <m:r>
              <m:rPr>
                <m:sty m:val="p"/>
              </m:rPr>
              <w:rPr>
                <w:rFonts w:ascii="Cambria Math" w:hAnsi="Cambria Math"/>
                <w:szCs w:val="24"/>
              </w:rPr>
              <m:t>kg⋅K</m:t>
            </m:r>
          </m:e>
        </m:d>
      </m:oMath>
      <w:r w:rsidRPr="00681064">
        <w:rPr>
          <w:szCs w:val="24"/>
        </w:rPr>
        <w:t>.</w:t>
      </w:r>
    </w:p>
    <w:p w14:paraId="21714145" w14:textId="77777777" w:rsidR="00681064" w:rsidRPr="00681064" w:rsidRDefault="00681064" w:rsidP="00681064">
      <w:pPr>
        <w:pStyle w:val="BodyText"/>
        <w:tabs>
          <w:tab w:val="left" w:pos="426"/>
        </w:tabs>
        <w:rPr>
          <w:szCs w:val="24"/>
        </w:rPr>
      </w:pPr>
      <w:r w:rsidRPr="00681064">
        <w:rPr>
          <w:b/>
          <w:bCs/>
          <w:color w:val="CC3300"/>
          <w:szCs w:val="24"/>
        </w:rPr>
        <w:tab/>
        <w:t>C.</w:t>
      </w:r>
      <w:r w:rsidRPr="00681064">
        <w:rPr>
          <w:szCs w:val="24"/>
        </w:rPr>
        <w:t xml:space="preserve"> </w:t>
      </w:r>
      <m:oMath>
        <m:r>
          <w:rPr>
            <w:rFonts w:ascii="Cambria Math" w:hAnsi="Cambria Math"/>
            <w:szCs w:val="24"/>
          </w:rPr>
          <m:t>4200 </m:t>
        </m:r>
        <m:r>
          <m:rPr>
            <m:sty m:val="p"/>
          </m:rPr>
          <w:rPr>
            <w:rFonts w:ascii="Cambria Math" w:hAnsi="Cambria Math"/>
            <w:szCs w:val="24"/>
          </w:rPr>
          <m:t>J/</m:t>
        </m:r>
        <m:d>
          <m:dPr>
            <m:ctrlPr>
              <w:rPr>
                <w:rFonts w:ascii="Cambria Math" w:hAnsi="Cambria Math"/>
                <w:szCs w:val="24"/>
              </w:rPr>
            </m:ctrlPr>
          </m:dPr>
          <m:e>
            <m:r>
              <m:rPr>
                <m:sty m:val="p"/>
              </m:rPr>
              <w:rPr>
                <w:rFonts w:ascii="Cambria Math" w:hAnsi="Cambria Math"/>
                <w:szCs w:val="24"/>
              </w:rPr>
              <m:t>kg⋅K</m:t>
            </m:r>
          </m:e>
        </m:d>
      </m:oMath>
      <w:r w:rsidRPr="00681064">
        <w:rPr>
          <w:szCs w:val="24"/>
        </w:rPr>
        <w:t>.</w:t>
      </w:r>
    </w:p>
    <w:p w14:paraId="10E1C332" w14:textId="77777777" w:rsidR="00681064" w:rsidRPr="00681064" w:rsidRDefault="00681064" w:rsidP="00681064">
      <w:pPr>
        <w:pStyle w:val="BodyText"/>
        <w:tabs>
          <w:tab w:val="left" w:pos="426"/>
        </w:tabs>
        <w:rPr>
          <w:szCs w:val="24"/>
        </w:rPr>
      </w:pPr>
      <w:r w:rsidRPr="00681064">
        <w:rPr>
          <w:b/>
          <w:bCs/>
          <w:color w:val="CC3300"/>
          <w:szCs w:val="24"/>
        </w:rPr>
        <w:tab/>
        <w:t>D.</w:t>
      </w:r>
      <w:r w:rsidRPr="00681064">
        <w:rPr>
          <w:szCs w:val="24"/>
        </w:rPr>
        <w:t xml:space="preserve"> </w:t>
      </w:r>
      <m:oMath>
        <m:r>
          <w:rPr>
            <w:rFonts w:ascii="Cambria Math" w:hAnsi="Cambria Math"/>
            <w:szCs w:val="24"/>
          </w:rPr>
          <m:t>4050 </m:t>
        </m:r>
        <m:r>
          <m:rPr>
            <m:sty m:val="p"/>
          </m:rPr>
          <w:rPr>
            <w:rFonts w:ascii="Cambria Math" w:hAnsi="Cambria Math"/>
            <w:szCs w:val="24"/>
          </w:rPr>
          <m:t>J/</m:t>
        </m:r>
        <m:d>
          <m:dPr>
            <m:ctrlPr>
              <w:rPr>
                <w:rFonts w:ascii="Cambria Math" w:hAnsi="Cambria Math"/>
                <w:szCs w:val="24"/>
              </w:rPr>
            </m:ctrlPr>
          </m:dPr>
          <m:e>
            <m:r>
              <m:rPr>
                <m:sty m:val="p"/>
              </m:rPr>
              <w:rPr>
                <w:rFonts w:ascii="Cambria Math" w:hAnsi="Cambria Math"/>
                <w:szCs w:val="24"/>
              </w:rPr>
              <m:t>kg⋅K</m:t>
            </m:r>
          </m:e>
        </m:d>
      </m:oMath>
      <w:r w:rsidRPr="00681064">
        <w:rPr>
          <w:szCs w:val="24"/>
        </w:rPr>
        <w:t>.</w:t>
      </w:r>
    </w:p>
    <w:p w14:paraId="695E2BB8" w14:textId="77777777" w:rsidR="00681064" w:rsidRPr="00681064" w:rsidRDefault="00000000" w:rsidP="00681064">
      <w:pPr>
        <w:tabs>
          <w:tab w:val="left" w:pos="426"/>
        </w:tabs>
        <w:rPr>
          <w:rFonts w:cs="Times New Roman"/>
          <w:color w:val="CC3300"/>
          <w:szCs w:val="24"/>
        </w:rPr>
      </w:pPr>
      <w:r w:rsidRPr="00681064">
        <w:rPr>
          <w:rFonts w:cs="Times New Roman"/>
          <w:b/>
          <w:bCs/>
          <w:color w:val="CC3300"/>
          <w:szCs w:val="24"/>
        </w:rPr>
        <w:t>Đáp án: B.</w:t>
      </w:r>
      <w:r w:rsidRPr="00681064">
        <w:rPr>
          <w:rFonts w:cs="Times New Roman"/>
          <w:color w:val="CC3300"/>
          <w:szCs w:val="24"/>
        </w:rPr>
        <w:t xml:space="preserve"> </w:t>
      </w:r>
    </w:p>
    <w:p w14:paraId="3362B34F" w14:textId="121276A4" w:rsidR="00EA3B5B" w:rsidRPr="00681064" w:rsidRDefault="00000000" w:rsidP="00681064">
      <w:pPr>
        <w:tabs>
          <w:tab w:val="left" w:pos="426"/>
        </w:tabs>
        <w:rPr>
          <w:rFonts w:cs="Times New Roman"/>
          <w:szCs w:val="24"/>
        </w:rPr>
      </w:pPr>
      <w:r w:rsidRPr="00681064">
        <w:rPr>
          <w:rFonts w:cs="Times New Roman"/>
          <w:szCs w:val="24"/>
        </w:rPr>
        <w:t xml:space="preserve">Thời gian đun </w:t>
      </w:r>
      <m:oMath>
        <m:r>
          <w:rPr>
            <w:rFonts w:ascii="Cambria Math" w:hAnsi="Cambria Math" w:cs="Times New Roman"/>
            <w:szCs w:val="24"/>
          </w:rPr>
          <m:t>t</m:t>
        </m:r>
        <m:r>
          <m:rPr>
            <m:sty m:val="p"/>
          </m:rPr>
          <w:rPr>
            <w:rFonts w:ascii="Cambria Math" w:hAnsi="Cambria Math" w:cs="Times New Roman"/>
            <w:szCs w:val="24"/>
          </w:rPr>
          <m:t>=</m:t>
        </m:r>
        <m:r>
          <w:rPr>
            <w:rFonts w:ascii="Cambria Math" w:hAnsi="Cambria Math" w:cs="Times New Roman"/>
            <w:szCs w:val="24"/>
          </w:rPr>
          <m:t>8</m:t>
        </m:r>
        <m:r>
          <m:rPr>
            <m:sty m:val="p"/>
          </m:rPr>
          <w:rPr>
            <w:rFonts w:ascii="Cambria Math" w:hAnsi="Cambria Math" w:cs="Times New Roman"/>
            <w:szCs w:val="24"/>
          </w:rPr>
          <m:t>⋅</m:t>
        </m:r>
        <m:r>
          <w:rPr>
            <w:rFonts w:ascii="Cambria Math" w:hAnsi="Cambria Math" w:cs="Times New Roman"/>
            <w:szCs w:val="24"/>
          </w:rPr>
          <m:t>60</m:t>
        </m:r>
        <m:r>
          <m:rPr>
            <m:sty m:val="p"/>
          </m:rPr>
          <w:rPr>
            <w:rFonts w:ascii="Cambria Math" w:hAnsi="Cambria Math" w:cs="Times New Roman"/>
            <w:szCs w:val="24"/>
          </w:rPr>
          <m:t>+</m:t>
        </m:r>
        <m:r>
          <w:rPr>
            <w:rFonts w:ascii="Cambria Math" w:hAnsi="Cambria Math" w:cs="Times New Roman"/>
            <w:szCs w:val="24"/>
          </w:rPr>
          <m:t>52</m:t>
        </m:r>
        <m:r>
          <m:rPr>
            <m:sty m:val="p"/>
          </m:rPr>
          <w:rPr>
            <w:rFonts w:ascii="Cambria Math" w:hAnsi="Cambria Math" w:cs="Times New Roman"/>
            <w:szCs w:val="24"/>
          </w:rPr>
          <m:t>=</m:t>
        </m:r>
        <m:r>
          <w:rPr>
            <w:rFonts w:ascii="Cambria Math" w:hAnsi="Cambria Math" w:cs="Times New Roman"/>
            <w:szCs w:val="24"/>
          </w:rPr>
          <m:t>532 s</m:t>
        </m:r>
      </m:oMath>
      <w:r w:rsidRPr="00681064">
        <w:rPr>
          <w:rFonts w:cs="Times New Roman"/>
          <w:szCs w:val="24"/>
        </w:rPr>
        <w:t xml:space="preserve">, độ tăng nhiệt độ </w:t>
      </w:r>
      <m:oMath>
        <m:r>
          <w:rPr>
            <w:rFonts w:ascii="Cambria Math" w:hAnsi="Cambria Math" w:cs="Times New Roman"/>
            <w:szCs w:val="24"/>
          </w:rPr>
          <m:t>ΔT</m:t>
        </m:r>
        <m:r>
          <m:rPr>
            <m:sty m:val="p"/>
          </m:rPr>
          <w:rPr>
            <w:rFonts w:ascii="Cambria Math" w:hAnsi="Cambria Math" w:cs="Times New Roman"/>
            <w:szCs w:val="24"/>
          </w:rPr>
          <m:t>=</m:t>
        </m:r>
        <m:r>
          <w:rPr>
            <w:rFonts w:ascii="Cambria Math" w:hAnsi="Cambria Math" w:cs="Times New Roman"/>
            <w:szCs w:val="24"/>
          </w:rPr>
          <m:t>66</m:t>
        </m:r>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62</m:t>
        </m:r>
        <m:r>
          <m:rPr>
            <m:sty m:val="p"/>
          </m:rPr>
          <w:rPr>
            <w:rFonts w:ascii="Cambria Math" w:hAnsi="Cambria Math" w:cs="Times New Roman"/>
            <w:szCs w:val="24"/>
          </w:rPr>
          <m:t>,</m:t>
        </m:r>
        <m:r>
          <w:rPr>
            <w:rFonts w:ascii="Cambria Math" w:hAnsi="Cambria Math" w:cs="Times New Roman"/>
            <w:szCs w:val="24"/>
          </w:rPr>
          <m:t>5</m:t>
        </m:r>
        <m:r>
          <m:rPr>
            <m:sty m:val="p"/>
          </m:rPr>
          <w:rPr>
            <w:rFonts w:ascii="Cambria Math" w:hAnsi="Cambria Math" w:cs="Times New Roman"/>
            <w:szCs w:val="24"/>
          </w:rPr>
          <m:t>=</m:t>
        </m:r>
        <m:r>
          <w:rPr>
            <w:rFonts w:ascii="Cambria Math" w:hAnsi="Cambria Math" w:cs="Times New Roman"/>
            <w:szCs w:val="24"/>
          </w:rPr>
          <m:t>3</m:t>
        </m:r>
        <m:r>
          <m:rPr>
            <m:sty m:val="p"/>
          </m:rPr>
          <w:rPr>
            <w:rFonts w:ascii="Cambria Math" w:hAnsi="Cambria Math" w:cs="Times New Roman"/>
            <w:szCs w:val="24"/>
          </w:rPr>
          <m:t>,</m:t>
        </m:r>
        <m:r>
          <w:rPr>
            <w:rFonts w:ascii="Cambria Math" w:hAnsi="Cambria Math" w:cs="Times New Roman"/>
            <w:szCs w:val="24"/>
          </w:rPr>
          <m:t>5 K</m:t>
        </m:r>
      </m:oMath>
      <w:r w:rsidRPr="00681064">
        <w:rPr>
          <w:rFonts w:cs="Times New Roman"/>
          <w:szCs w:val="24"/>
        </w:rPr>
        <w:t>. Bỏ qua hao phí:</w:t>
      </w:r>
    </w:p>
    <w:p w14:paraId="6C85AD6C"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w:lastRenderedPageBreak/>
            <m:t>UIt</m:t>
          </m:r>
          <m:r>
            <m:rPr>
              <m:sty m:val="p"/>
            </m:rPr>
            <w:rPr>
              <w:rFonts w:ascii="Cambria Math" w:hAnsi="Cambria Math" w:cs="Times New Roman"/>
              <w:szCs w:val="24"/>
            </w:rPr>
            <m:t>=</m:t>
          </m:r>
          <m:r>
            <w:rPr>
              <w:rFonts w:ascii="Cambria Math" w:hAnsi="Cambria Math" w:cs="Times New Roman"/>
              <w:szCs w:val="24"/>
            </w:rPr>
            <m:t>mcΔT</m:t>
          </m:r>
          <m:r>
            <m:rPr>
              <m:sty m:val="p"/>
            </m:rPr>
            <w:rPr>
              <w:rFonts w:ascii="Cambria Math" w:hAnsi="Cambria Math" w:cs="Times New Roman"/>
              <w:szCs w:val="24"/>
            </w:rPr>
            <m:t>⇒</m:t>
          </m:r>
          <m:r>
            <w:rPr>
              <w:rFonts w:ascii="Cambria Math" w:hAnsi="Cambria Math" w:cs="Times New Roman"/>
              <w:szCs w:val="24"/>
            </w:rPr>
            <m:t>c</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UIt</m:t>
              </m:r>
            </m:num>
            <m:den>
              <m:r>
                <w:rPr>
                  <w:rFonts w:ascii="Cambria Math" w:hAnsi="Cambria Math" w:cs="Times New Roman"/>
                  <w:szCs w:val="24"/>
                </w:rPr>
                <m:t>mΔT</m:t>
              </m:r>
            </m:den>
          </m:f>
          <m:r>
            <m:rPr>
              <m:sty m:val="p"/>
            </m:rPr>
            <w:rPr>
              <w:rFonts w:ascii="Cambria Math" w:hAnsi="Cambria Math" w:cs="Times New Roman"/>
              <w:szCs w:val="24"/>
            </w:rPr>
            <m:t>.</m:t>
          </m:r>
        </m:oMath>
      </m:oMathPara>
    </w:p>
    <w:p w14:paraId="5F5AEC43" w14:textId="77777777" w:rsidR="00EA3B5B" w:rsidRPr="00681064" w:rsidRDefault="00000000" w:rsidP="00681064">
      <w:pPr>
        <w:tabs>
          <w:tab w:val="left" w:pos="426"/>
        </w:tabs>
        <w:rPr>
          <w:rFonts w:cs="Times New Roman"/>
          <w:szCs w:val="24"/>
        </w:rPr>
      </w:pPr>
      <m:oMathPara>
        <m:oMathParaPr>
          <m:jc m:val="center"/>
        </m:oMathParaPr>
        <m:oMath>
          <m:r>
            <w:rPr>
              <w:rFonts w:ascii="Cambria Math" w:hAnsi="Cambria Math" w:cs="Times New Roman"/>
              <w:szCs w:val="24"/>
            </w:rPr>
            <m:t>c</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r>
                <m:rPr>
                  <m:sty m:val="p"/>
                </m:rPr>
                <w:rPr>
                  <w:rFonts w:ascii="Cambria Math" w:hAnsi="Cambria Math" w:cs="Times New Roman"/>
                  <w:szCs w:val="24"/>
                </w:rPr>
                <m:t>,</m:t>
              </m:r>
              <m:r>
                <w:rPr>
                  <w:rFonts w:ascii="Cambria Math" w:hAnsi="Cambria Math" w:cs="Times New Roman"/>
                  <w:szCs w:val="24"/>
                </w:rPr>
                <m:t>55</m:t>
              </m:r>
              <m:r>
                <m:rPr>
                  <m:sty m:val="p"/>
                </m:rPr>
                <w:rPr>
                  <w:rFonts w:ascii="Cambria Math" w:hAnsi="Cambria Math" w:cs="Times New Roman"/>
                  <w:szCs w:val="24"/>
                </w:rPr>
                <m:t>⋅</m:t>
              </m:r>
              <m:r>
                <w:rPr>
                  <w:rFonts w:ascii="Cambria Math" w:hAnsi="Cambria Math" w:cs="Times New Roman"/>
                  <w:szCs w:val="24"/>
                </w:rPr>
                <m:t>2</m:t>
              </m:r>
              <m:r>
                <m:rPr>
                  <m:sty m:val="p"/>
                </m:rPr>
                <w:rPr>
                  <w:rFonts w:ascii="Cambria Math" w:hAnsi="Cambria Math" w:cs="Times New Roman"/>
                  <w:szCs w:val="24"/>
                </w:rPr>
                <m:t>,</m:t>
              </m:r>
              <m:r>
                <w:rPr>
                  <w:rFonts w:ascii="Cambria Math" w:hAnsi="Cambria Math" w:cs="Times New Roman"/>
                  <w:szCs w:val="24"/>
                </w:rPr>
                <m:t>60</m:t>
              </m:r>
              <m:r>
                <m:rPr>
                  <m:sty m:val="p"/>
                </m:rPr>
                <w:rPr>
                  <w:rFonts w:ascii="Cambria Math" w:hAnsi="Cambria Math" w:cs="Times New Roman"/>
                  <w:szCs w:val="24"/>
                </w:rPr>
                <m:t>⋅</m:t>
              </m:r>
              <m:r>
                <w:rPr>
                  <w:rFonts w:ascii="Cambria Math" w:hAnsi="Cambria Math" w:cs="Times New Roman"/>
                  <w:szCs w:val="24"/>
                </w:rPr>
                <m:t>532</m:t>
              </m:r>
            </m:num>
            <m:den>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150</m:t>
              </m:r>
              <m:r>
                <m:rPr>
                  <m:sty m:val="p"/>
                </m:rPr>
                <w:rPr>
                  <w:rFonts w:ascii="Cambria Math" w:hAnsi="Cambria Math" w:cs="Times New Roman"/>
                  <w:szCs w:val="24"/>
                </w:rPr>
                <m:t>⋅</m:t>
              </m:r>
              <m:r>
                <w:rPr>
                  <w:rFonts w:ascii="Cambria Math" w:hAnsi="Cambria Math" w:cs="Times New Roman"/>
                  <w:szCs w:val="24"/>
                </w:rPr>
                <m:t>3</m:t>
              </m:r>
              <m:r>
                <m:rPr>
                  <m:sty m:val="p"/>
                </m:rPr>
                <w:rPr>
                  <w:rFonts w:ascii="Cambria Math" w:hAnsi="Cambria Math" w:cs="Times New Roman"/>
                  <w:szCs w:val="24"/>
                </w:rPr>
                <m:t>,</m:t>
              </m:r>
              <m:r>
                <w:rPr>
                  <w:rFonts w:ascii="Cambria Math" w:hAnsi="Cambria Math" w:cs="Times New Roman"/>
                  <w:szCs w:val="24"/>
                </w:rPr>
                <m:t>5</m:t>
              </m:r>
            </m:den>
          </m:f>
          <m:r>
            <m:rPr>
              <m:sty m:val="p"/>
            </m:rPr>
            <w:rPr>
              <w:rFonts w:ascii="Cambria Math" w:hAnsi="Cambria Math" w:cs="Times New Roman"/>
              <w:szCs w:val="24"/>
            </w:rPr>
            <m:t>≈</m:t>
          </m:r>
          <m:r>
            <w:rPr>
              <w:rFonts w:ascii="Cambria Math" w:hAnsi="Cambria Math" w:cs="Times New Roman"/>
              <w:szCs w:val="24"/>
            </w:rPr>
            <m:t>4084 J</m:t>
          </m:r>
          <m:r>
            <m:rPr>
              <m:sty m:val="p"/>
            </m:rP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kg</m:t>
              </m:r>
              <m:r>
                <m:rPr>
                  <m:sty m:val="p"/>
                </m:rPr>
                <w:rPr>
                  <w:rFonts w:ascii="Cambria Math" w:hAnsi="Cambria Math" w:cs="Times New Roman"/>
                  <w:szCs w:val="24"/>
                </w:rPr>
                <m:t>⋅</m:t>
              </m:r>
              <m:r>
                <w:rPr>
                  <w:rFonts w:ascii="Cambria Math" w:hAnsi="Cambria Math" w:cs="Times New Roman"/>
                  <w:szCs w:val="24"/>
                </w:rPr>
                <m:t>K</m:t>
              </m:r>
            </m:e>
          </m:d>
          <m:r>
            <m:rPr>
              <m:sty m:val="p"/>
            </m:rPr>
            <w:rPr>
              <w:rFonts w:ascii="Cambria Math" w:hAnsi="Cambria Math" w:cs="Times New Roman"/>
              <w:szCs w:val="24"/>
            </w:rPr>
            <m:t>.</m:t>
          </m:r>
        </m:oMath>
      </m:oMathPara>
    </w:p>
    <w:p w14:paraId="3E26B310" w14:textId="77777777" w:rsidR="00EA3B5B" w:rsidRPr="00681064" w:rsidRDefault="00000000" w:rsidP="00681064">
      <w:pPr>
        <w:pStyle w:val="Heading1"/>
        <w:tabs>
          <w:tab w:val="left" w:pos="426"/>
        </w:tabs>
        <w:rPr>
          <w:rFonts w:ascii="Times New Roman" w:hAnsi="Times New Roman" w:cs="Times New Roman"/>
          <w:sz w:val="24"/>
          <w:szCs w:val="24"/>
        </w:rPr>
      </w:pPr>
      <w:bookmarkStart w:id="19" w:name="phần-ii-trắc-nghiệm-đúng--sai"/>
      <w:bookmarkEnd w:id="0"/>
      <w:bookmarkEnd w:id="18"/>
      <w:r w:rsidRPr="00681064">
        <w:rPr>
          <w:rFonts w:ascii="Times New Roman" w:hAnsi="Times New Roman" w:cs="Times New Roman"/>
          <w:sz w:val="24"/>
          <w:szCs w:val="24"/>
        </w:rPr>
        <w:t>PHẦN II. TRẮC NGHIỆM ĐÚNG – SAI</w:t>
      </w:r>
    </w:p>
    <w:p w14:paraId="3DBE4589" w14:textId="77777777" w:rsidR="00681064" w:rsidRPr="00681064" w:rsidRDefault="00681064" w:rsidP="00681064">
      <w:pPr>
        <w:pStyle w:val="BodyText"/>
        <w:tabs>
          <w:tab w:val="left" w:pos="426"/>
        </w:tabs>
        <w:rPr>
          <w:szCs w:val="24"/>
        </w:rPr>
      </w:pPr>
      <w:bookmarkStart w:id="20" w:name="câu-1-1"/>
      <w:r w:rsidRPr="00681064">
        <w:rPr>
          <w:b/>
          <w:bCs/>
          <w:szCs w:val="24"/>
        </w:rPr>
        <w:t>Câu 1.</w:t>
      </w:r>
      <w:r w:rsidRPr="00681064">
        <w:rPr>
          <w:szCs w:val="24"/>
        </w:rPr>
        <w:t xml:space="preserve"> Để xác định gần đúng nhiệt hóa hơi riêng của nước, một học sinh cho </w:t>
      </w:r>
      <m:oMath>
        <m:r>
          <w:rPr>
            <w:rFonts w:ascii="Cambria Math" w:hAnsi="Cambria Math"/>
            <w:szCs w:val="24"/>
          </w:rPr>
          <m:t>0</m:t>
        </m:r>
        <m:r>
          <m:rPr>
            <m:sty m:val="p"/>
          </m:rPr>
          <w:rPr>
            <w:rFonts w:ascii="Cambria Math" w:hAnsi="Cambria Math"/>
            <w:szCs w:val="24"/>
          </w:rPr>
          <m:t>,</m:t>
        </m:r>
        <m:r>
          <w:rPr>
            <w:rFonts w:ascii="Cambria Math" w:hAnsi="Cambria Math"/>
            <w:szCs w:val="24"/>
          </w:rPr>
          <m:t>5 </m:t>
        </m:r>
        <m:r>
          <m:rPr>
            <m:sty m:val="p"/>
          </m:rPr>
          <w:rPr>
            <w:rFonts w:ascii="Cambria Math" w:hAnsi="Cambria Math"/>
            <w:szCs w:val="24"/>
          </w:rPr>
          <m:t>kg</m:t>
        </m:r>
      </m:oMath>
      <w:r w:rsidRPr="00681064">
        <w:rPr>
          <w:szCs w:val="24"/>
        </w:rPr>
        <w:t xml:space="preserve"> nước ở </w:t>
      </w:r>
      <m:oMath>
        <m:r>
          <w:rPr>
            <w:rFonts w:ascii="Cambria Math" w:hAnsi="Cambria Math"/>
            <w:szCs w:val="24"/>
          </w:rPr>
          <m:t>20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vào ấm điện. Thời gian đun từ </w:t>
      </w:r>
      <m:oMath>
        <m:r>
          <w:rPr>
            <w:rFonts w:ascii="Cambria Math" w:hAnsi="Cambria Math"/>
            <w:szCs w:val="24"/>
          </w:rPr>
          <m:t>20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đến </w:t>
      </w:r>
      <m:oMath>
        <m:r>
          <w:rPr>
            <w:rFonts w:ascii="Cambria Math" w:hAnsi="Cambria Math"/>
            <w:szCs w:val="24"/>
          </w:rPr>
          <m:t>100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là </w:t>
      </w:r>
      <m:oMath>
        <m:r>
          <w:rPr>
            <w:rFonts w:ascii="Cambria Math" w:hAnsi="Cambria Math"/>
            <w:szCs w:val="24"/>
          </w:rPr>
          <m:t>5</m:t>
        </m:r>
      </m:oMath>
      <w:r w:rsidRPr="00681064">
        <w:rPr>
          <w:szCs w:val="24"/>
        </w:rPr>
        <w:t xml:space="preserve"> phút </w:t>
      </w:r>
      <m:oMath>
        <m:r>
          <w:rPr>
            <w:rFonts w:ascii="Cambria Math" w:hAnsi="Cambria Math"/>
            <w:szCs w:val="24"/>
          </w:rPr>
          <m:t>41</m:t>
        </m:r>
      </m:oMath>
      <w:r w:rsidRPr="00681064">
        <w:rPr>
          <w:szCs w:val="24"/>
        </w:rPr>
        <w:t xml:space="preserve"> giây; thời gian để </w:t>
      </w:r>
      <m:oMath>
        <m:r>
          <w:rPr>
            <w:rFonts w:ascii="Cambria Math" w:hAnsi="Cambria Math"/>
            <w:szCs w:val="24"/>
          </w:rPr>
          <m:t>0</m:t>
        </m:r>
        <m:r>
          <m:rPr>
            <m:sty m:val="p"/>
          </m:rPr>
          <w:rPr>
            <w:rFonts w:ascii="Cambria Math" w:hAnsi="Cambria Math"/>
            <w:szCs w:val="24"/>
          </w:rPr>
          <m:t>,</m:t>
        </m:r>
        <m:r>
          <w:rPr>
            <w:rFonts w:ascii="Cambria Math" w:hAnsi="Cambria Math"/>
            <w:szCs w:val="24"/>
          </w:rPr>
          <m:t>2 </m:t>
        </m:r>
        <m:r>
          <m:rPr>
            <m:sty m:val="p"/>
          </m:rPr>
          <w:rPr>
            <w:rFonts w:ascii="Cambria Math" w:hAnsi="Cambria Math"/>
            <w:szCs w:val="24"/>
          </w:rPr>
          <m:t>kg</m:t>
        </m:r>
      </m:oMath>
      <w:r w:rsidRPr="00681064">
        <w:rPr>
          <w:szCs w:val="24"/>
        </w:rPr>
        <w:t xml:space="preserve"> nước hóa hơi ở nhiệt độ sôi là </w:t>
      </w:r>
      <m:oMath>
        <m:r>
          <w:rPr>
            <w:rFonts w:ascii="Cambria Math" w:hAnsi="Cambria Math"/>
            <w:szCs w:val="24"/>
          </w:rPr>
          <m:t>16</m:t>
        </m:r>
      </m:oMath>
      <w:r w:rsidRPr="00681064">
        <w:rPr>
          <w:szCs w:val="24"/>
        </w:rPr>
        <w:t xml:space="preserve"> phút </w:t>
      </w:r>
      <m:oMath>
        <m:r>
          <w:rPr>
            <w:rFonts w:ascii="Cambria Math" w:hAnsi="Cambria Math"/>
            <w:szCs w:val="24"/>
          </w:rPr>
          <m:t>30</m:t>
        </m:r>
      </m:oMath>
      <w:r w:rsidRPr="00681064">
        <w:rPr>
          <w:szCs w:val="24"/>
        </w:rPr>
        <w:t xml:space="preserve"> giây. Bỏ qua nhiệt dung của ấm, lấy </w:t>
      </w:r>
      <m:oMath>
        <m:r>
          <w:rPr>
            <w:rFonts w:ascii="Cambria Math" w:hAnsi="Cambria Math"/>
            <w:szCs w:val="24"/>
          </w:rPr>
          <m:t>c</m:t>
        </m:r>
        <m:r>
          <m:rPr>
            <m:sty m:val="p"/>
          </m:rPr>
          <w:rPr>
            <w:rFonts w:ascii="Cambria Math" w:hAnsi="Cambria Math"/>
            <w:szCs w:val="24"/>
          </w:rPr>
          <m:t>=</m:t>
        </m:r>
        <m:r>
          <w:rPr>
            <w:rFonts w:ascii="Cambria Math" w:hAnsi="Cambria Math"/>
            <w:szCs w:val="24"/>
          </w:rPr>
          <m:t>4</m:t>
        </m:r>
        <m:r>
          <m:rPr>
            <m:sty m:val="p"/>
          </m:rPr>
          <w:rPr>
            <w:rFonts w:ascii="Cambria Math" w:hAnsi="Cambria Math"/>
            <w:szCs w:val="24"/>
          </w:rPr>
          <m:t>,</m:t>
        </m:r>
        <m:r>
          <w:rPr>
            <w:rFonts w:ascii="Cambria Math" w:hAnsi="Cambria Math"/>
            <w:szCs w:val="24"/>
          </w:rPr>
          <m:t>18</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w:rPr>
                <w:rFonts w:ascii="Cambria Math" w:hAnsi="Cambria Math"/>
                <w:szCs w:val="24"/>
              </w:rPr>
              <m:t>3</m:t>
            </m:r>
          </m:sup>
        </m:sSup>
        <m:r>
          <w:rPr>
            <w:rFonts w:ascii="Cambria Math" w:hAnsi="Cambria Math"/>
            <w:szCs w:val="24"/>
          </w:rPr>
          <m:t> </m:t>
        </m:r>
        <m:r>
          <m:rPr>
            <m:sty m:val="p"/>
          </m:rPr>
          <w:rPr>
            <w:rFonts w:ascii="Cambria Math" w:hAnsi="Cambria Math"/>
            <w:szCs w:val="24"/>
          </w:rPr>
          <m:t>J/</m:t>
        </m:r>
        <m:d>
          <m:dPr>
            <m:ctrlPr>
              <w:rPr>
                <w:rFonts w:ascii="Cambria Math" w:hAnsi="Cambria Math"/>
                <w:szCs w:val="24"/>
              </w:rPr>
            </m:ctrlPr>
          </m:dPr>
          <m:e>
            <m:r>
              <m:rPr>
                <m:sty m:val="p"/>
              </m:rPr>
              <w:rPr>
                <w:rFonts w:ascii="Cambria Math" w:hAnsi="Cambria Math"/>
                <w:szCs w:val="24"/>
              </w:rPr>
              <m:t>kg⋅K</m:t>
            </m:r>
          </m:e>
        </m:d>
      </m:oMath>
      <w:r w:rsidRPr="00681064">
        <w:rPr>
          <w:szCs w:val="24"/>
        </w:rPr>
        <w:t>.</w:t>
      </w:r>
    </w:p>
    <w:p w14:paraId="477E79CD" w14:textId="77777777" w:rsidR="00681064" w:rsidRPr="00681064" w:rsidRDefault="00681064" w:rsidP="00681064">
      <w:pPr>
        <w:pStyle w:val="BodyText"/>
        <w:tabs>
          <w:tab w:val="left" w:pos="426"/>
        </w:tabs>
        <w:rPr>
          <w:szCs w:val="24"/>
        </w:rPr>
      </w:pPr>
      <w:r w:rsidRPr="00681064">
        <w:rPr>
          <w:b/>
          <w:bCs/>
          <w:szCs w:val="24"/>
        </w:rPr>
        <w:tab/>
        <w:t>a)</w:t>
      </w:r>
      <w:r w:rsidRPr="00681064">
        <w:rPr>
          <w:szCs w:val="24"/>
        </w:rPr>
        <w:t xml:space="preserve"> Nhiệt lượng làm nóng </w:t>
      </w:r>
      <m:oMath>
        <m:r>
          <w:rPr>
            <w:rFonts w:ascii="Cambria Math" w:hAnsi="Cambria Math"/>
            <w:szCs w:val="24"/>
          </w:rPr>
          <m:t>0</m:t>
        </m:r>
        <m:r>
          <m:rPr>
            <m:sty m:val="p"/>
          </m:rPr>
          <w:rPr>
            <w:rFonts w:ascii="Cambria Math" w:hAnsi="Cambria Math"/>
            <w:szCs w:val="24"/>
          </w:rPr>
          <m:t>,</m:t>
        </m:r>
        <m:r>
          <w:rPr>
            <w:rFonts w:ascii="Cambria Math" w:hAnsi="Cambria Math"/>
            <w:szCs w:val="24"/>
          </w:rPr>
          <m:t>5 </m:t>
        </m:r>
        <m:r>
          <m:rPr>
            <m:sty m:val="p"/>
          </m:rPr>
          <w:rPr>
            <w:rFonts w:ascii="Cambria Math" w:hAnsi="Cambria Math"/>
            <w:szCs w:val="24"/>
          </w:rPr>
          <m:t>kg</m:t>
        </m:r>
      </m:oMath>
      <w:r w:rsidRPr="00681064">
        <w:rPr>
          <w:szCs w:val="24"/>
        </w:rPr>
        <w:t xml:space="preserve"> nước từ </w:t>
      </w:r>
      <m:oMath>
        <m:r>
          <w:rPr>
            <w:rFonts w:ascii="Cambria Math" w:hAnsi="Cambria Math"/>
            <w:szCs w:val="24"/>
          </w:rPr>
          <m:t>20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đến </w:t>
      </w:r>
      <m:oMath>
        <m:r>
          <w:rPr>
            <w:rFonts w:ascii="Cambria Math" w:hAnsi="Cambria Math"/>
            <w:szCs w:val="24"/>
          </w:rPr>
          <m:t>100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là </w:t>
      </w:r>
      <m:oMath>
        <m:r>
          <w:rPr>
            <w:rFonts w:ascii="Cambria Math" w:hAnsi="Cambria Math"/>
            <w:szCs w:val="24"/>
          </w:rPr>
          <m:t>176200 </m:t>
        </m:r>
        <m:r>
          <m:rPr>
            <m:sty m:val="p"/>
          </m:rPr>
          <w:rPr>
            <w:rFonts w:ascii="Cambria Math" w:hAnsi="Cambria Math"/>
            <w:szCs w:val="24"/>
          </w:rPr>
          <m:t>J</m:t>
        </m:r>
      </m:oMath>
      <w:r w:rsidRPr="00681064">
        <w:rPr>
          <w:szCs w:val="24"/>
        </w:rPr>
        <w:t>.</w:t>
      </w:r>
    </w:p>
    <w:p w14:paraId="5A138FED" w14:textId="77777777" w:rsidR="00681064" w:rsidRPr="00681064" w:rsidRDefault="00681064" w:rsidP="00681064">
      <w:pPr>
        <w:pStyle w:val="BodyText"/>
        <w:tabs>
          <w:tab w:val="left" w:pos="426"/>
        </w:tabs>
        <w:rPr>
          <w:szCs w:val="24"/>
        </w:rPr>
      </w:pPr>
      <w:r w:rsidRPr="00681064">
        <w:rPr>
          <w:b/>
          <w:bCs/>
          <w:szCs w:val="24"/>
        </w:rPr>
        <w:tab/>
        <w:t>b)</w:t>
      </w:r>
      <w:r w:rsidRPr="00681064">
        <w:rPr>
          <w:szCs w:val="24"/>
        </w:rPr>
        <w:t xml:space="preserve"> Công suất của bếp điện xấp xỉ </w:t>
      </w:r>
      <m:oMath>
        <m:r>
          <w:rPr>
            <w:rFonts w:ascii="Cambria Math" w:hAnsi="Cambria Math"/>
            <w:szCs w:val="24"/>
          </w:rPr>
          <m:t>490 </m:t>
        </m:r>
        <m:r>
          <m:rPr>
            <m:sty m:val="p"/>
          </m:rPr>
          <w:rPr>
            <w:rFonts w:ascii="Cambria Math" w:hAnsi="Cambria Math"/>
            <w:szCs w:val="24"/>
          </w:rPr>
          <m:t>W</m:t>
        </m:r>
      </m:oMath>
      <w:r w:rsidRPr="00681064">
        <w:rPr>
          <w:szCs w:val="24"/>
        </w:rPr>
        <w:t>.</w:t>
      </w:r>
    </w:p>
    <w:p w14:paraId="3B856ADD" w14:textId="77777777" w:rsidR="00681064" w:rsidRPr="00681064" w:rsidRDefault="00681064" w:rsidP="00681064">
      <w:pPr>
        <w:pStyle w:val="BodyText"/>
        <w:tabs>
          <w:tab w:val="left" w:pos="426"/>
        </w:tabs>
        <w:rPr>
          <w:szCs w:val="24"/>
        </w:rPr>
      </w:pPr>
      <w:r w:rsidRPr="00681064">
        <w:rPr>
          <w:b/>
          <w:bCs/>
          <w:szCs w:val="24"/>
        </w:rPr>
        <w:tab/>
        <w:t>c)</w:t>
      </w:r>
      <w:r w:rsidRPr="00681064">
        <w:rPr>
          <w:szCs w:val="24"/>
        </w:rPr>
        <w:t xml:space="preserve"> Nhiệt lượng làm hóa hơi </w:t>
      </w:r>
      <m:oMath>
        <m:r>
          <w:rPr>
            <w:rFonts w:ascii="Cambria Math" w:hAnsi="Cambria Math"/>
            <w:szCs w:val="24"/>
          </w:rPr>
          <m:t>0</m:t>
        </m:r>
        <m:r>
          <m:rPr>
            <m:sty m:val="p"/>
          </m:rPr>
          <w:rPr>
            <w:rFonts w:ascii="Cambria Math" w:hAnsi="Cambria Math"/>
            <w:szCs w:val="24"/>
          </w:rPr>
          <m:t>,</m:t>
        </m:r>
        <m:r>
          <w:rPr>
            <w:rFonts w:ascii="Cambria Math" w:hAnsi="Cambria Math"/>
            <w:szCs w:val="24"/>
          </w:rPr>
          <m:t>2 </m:t>
        </m:r>
        <m:r>
          <m:rPr>
            <m:sty m:val="p"/>
          </m:rPr>
          <w:rPr>
            <w:rFonts w:ascii="Cambria Math" w:hAnsi="Cambria Math"/>
            <w:szCs w:val="24"/>
          </w:rPr>
          <m:t>kg</m:t>
        </m:r>
      </m:oMath>
      <w:r w:rsidRPr="00681064">
        <w:rPr>
          <w:szCs w:val="24"/>
        </w:rPr>
        <w:t xml:space="preserve"> nước là </w:t>
      </w:r>
      <m:oMath>
        <m:r>
          <w:rPr>
            <w:rFonts w:ascii="Cambria Math" w:hAnsi="Cambria Math"/>
            <w:szCs w:val="24"/>
          </w:rPr>
          <m:t>48419 </m:t>
        </m:r>
        <m:r>
          <m:rPr>
            <m:sty m:val="p"/>
          </m:rPr>
          <w:rPr>
            <w:rFonts w:ascii="Cambria Math" w:hAnsi="Cambria Math"/>
            <w:szCs w:val="24"/>
          </w:rPr>
          <m:t>J</m:t>
        </m:r>
      </m:oMath>
      <w:r w:rsidRPr="00681064">
        <w:rPr>
          <w:szCs w:val="24"/>
        </w:rPr>
        <w:t>.</w:t>
      </w:r>
    </w:p>
    <w:p w14:paraId="08616C1E" w14:textId="77777777" w:rsidR="00681064" w:rsidRPr="00681064" w:rsidRDefault="00681064" w:rsidP="00681064">
      <w:pPr>
        <w:pStyle w:val="BodyText"/>
        <w:tabs>
          <w:tab w:val="left" w:pos="426"/>
        </w:tabs>
        <w:rPr>
          <w:szCs w:val="24"/>
        </w:rPr>
      </w:pPr>
      <w:r w:rsidRPr="00681064">
        <w:rPr>
          <w:b/>
          <w:bCs/>
          <w:szCs w:val="24"/>
        </w:rPr>
        <w:tab/>
        <w:t>d)</w:t>
      </w:r>
      <w:r w:rsidRPr="00681064">
        <w:rPr>
          <w:szCs w:val="24"/>
        </w:rPr>
        <w:t xml:space="preserve"> Nhiệt hóa hơi riêng của nước xấp xỉ </w:t>
      </w:r>
      <m:oMath>
        <m:r>
          <w:rPr>
            <w:rFonts w:ascii="Cambria Math" w:hAnsi="Cambria Math"/>
            <w:szCs w:val="24"/>
          </w:rPr>
          <m:t>2</m:t>
        </m:r>
        <m:r>
          <m:rPr>
            <m:sty m:val="p"/>
          </m:rPr>
          <w:rPr>
            <w:rFonts w:ascii="Cambria Math" w:hAnsi="Cambria Math"/>
            <w:szCs w:val="24"/>
          </w:rPr>
          <m:t>,</m:t>
        </m:r>
        <m:r>
          <w:rPr>
            <w:rFonts w:ascii="Cambria Math" w:hAnsi="Cambria Math"/>
            <w:szCs w:val="24"/>
          </w:rPr>
          <m:t>43</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w:rPr>
                <w:rFonts w:ascii="Cambria Math" w:hAnsi="Cambria Math"/>
                <w:szCs w:val="24"/>
              </w:rPr>
              <m:t>6</m:t>
            </m:r>
          </m:sup>
        </m:sSup>
        <m:r>
          <w:rPr>
            <w:rFonts w:ascii="Cambria Math" w:hAnsi="Cambria Math"/>
            <w:szCs w:val="24"/>
          </w:rPr>
          <m:t> </m:t>
        </m:r>
        <m:r>
          <m:rPr>
            <m:sty m:val="p"/>
          </m:rPr>
          <w:rPr>
            <w:rFonts w:ascii="Cambria Math" w:hAnsi="Cambria Math"/>
            <w:szCs w:val="24"/>
          </w:rPr>
          <m:t>J/kg</m:t>
        </m:r>
      </m:oMath>
      <w:r w:rsidRPr="00681064">
        <w:rPr>
          <w:szCs w:val="24"/>
        </w:rPr>
        <w:t>.</w:t>
      </w:r>
    </w:p>
    <w:p w14:paraId="50991DE6" w14:textId="5D25B086" w:rsidR="00681064" w:rsidRPr="00681064" w:rsidRDefault="00681064" w:rsidP="00681064">
      <w:pPr>
        <w:tabs>
          <w:tab w:val="left" w:pos="426"/>
        </w:tabs>
        <w:rPr>
          <w:rFonts w:cs="Times New Roman"/>
          <w:b/>
          <w:bCs/>
          <w:color w:val="CC3300"/>
          <w:szCs w:val="24"/>
        </w:rPr>
      </w:pPr>
      <w:r w:rsidRPr="00681064">
        <w:rPr>
          <w:rFonts w:cs="Times New Roman"/>
          <w:b/>
          <w:bCs/>
          <w:color w:val="CC3300"/>
          <w:szCs w:val="24"/>
        </w:rPr>
        <w:t>Trả lời: a) Sai; b) Đúng; c) Sai; d) Đúng</w:t>
      </w:r>
    </w:p>
    <w:p w14:paraId="1C0C8371" w14:textId="6AAED7C9" w:rsidR="00EA3B5B" w:rsidRPr="00681064" w:rsidRDefault="00000000" w:rsidP="00681064">
      <w:pPr>
        <w:tabs>
          <w:tab w:val="left" w:pos="426"/>
        </w:tabs>
        <w:rPr>
          <w:rFonts w:cs="Times New Roman"/>
          <w:szCs w:val="24"/>
        </w:rPr>
      </w:pPr>
      <w:r w:rsidRPr="00681064">
        <w:rPr>
          <w:rFonts w:cs="Times New Roman"/>
          <w:szCs w:val="24"/>
        </w:rPr>
        <w:t>Nhiệt lượng làm nóng nước:</w:t>
      </w:r>
    </w:p>
    <w:p w14:paraId="271B3FAC" w14:textId="77777777" w:rsidR="00EA3B5B" w:rsidRPr="00681064" w:rsidRDefault="00000000" w:rsidP="00681064">
      <w:pPr>
        <w:pStyle w:val="BodyText"/>
        <w:tabs>
          <w:tab w:val="left" w:pos="426"/>
        </w:tabs>
        <w:rPr>
          <w:rFonts w:cs="Times New Roman"/>
          <w:szCs w:val="24"/>
        </w:rPr>
      </w:pPr>
      <m:oMathPara>
        <m:oMathParaPr>
          <m:jc m:val="center"/>
        </m:oMathParaPr>
        <m:oMath>
          <m:sSub>
            <m:sSubPr>
              <m:ctrlPr>
                <w:rPr>
                  <w:rFonts w:ascii="Cambria Math" w:hAnsi="Cambria Math" w:cs="Times New Roman"/>
                  <w:szCs w:val="24"/>
                </w:rPr>
              </m:ctrlPr>
            </m:sSubPr>
            <m:e>
              <m:r>
                <w:rPr>
                  <w:rFonts w:ascii="Cambria Math" w:hAnsi="Cambria Math" w:cs="Times New Roman"/>
                  <w:szCs w:val="24"/>
                </w:rPr>
                <m:t>Q</m:t>
              </m:r>
            </m:e>
            <m:sub>
              <m:r>
                <w:rPr>
                  <w:rFonts w:ascii="Cambria Math" w:hAnsi="Cambria Math" w:cs="Times New Roman"/>
                  <w:szCs w:val="24"/>
                </w:rPr>
                <m:t>1</m:t>
              </m:r>
            </m:sub>
          </m:sSub>
          <m:r>
            <m:rPr>
              <m:sty m:val="p"/>
            </m:rPr>
            <w:rPr>
              <w:rFonts w:ascii="Cambria Math" w:hAnsi="Cambria Math" w:cs="Times New Roman"/>
              <w:szCs w:val="24"/>
            </w:rPr>
            <m:t>=</m:t>
          </m:r>
          <m:r>
            <w:rPr>
              <w:rFonts w:ascii="Cambria Math" w:hAnsi="Cambria Math" w:cs="Times New Roman"/>
              <w:szCs w:val="24"/>
            </w:rPr>
            <m:t>mcΔT</m:t>
          </m:r>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5</m:t>
          </m:r>
          <m:r>
            <m:rPr>
              <m:sty m:val="p"/>
            </m:rPr>
            <w:rPr>
              <w:rFonts w:ascii="Cambria Math" w:hAnsi="Cambria Math" w:cs="Times New Roman"/>
              <w:szCs w:val="24"/>
            </w:rPr>
            <m:t>⋅</m:t>
          </m:r>
          <m:r>
            <w:rPr>
              <w:rFonts w:ascii="Cambria Math" w:hAnsi="Cambria Math" w:cs="Times New Roman"/>
              <w:szCs w:val="24"/>
            </w:rPr>
            <m:t>4</m:t>
          </m:r>
          <m:r>
            <m:rPr>
              <m:sty m:val="p"/>
            </m:rPr>
            <w:rPr>
              <w:rFonts w:ascii="Cambria Math" w:hAnsi="Cambria Math" w:cs="Times New Roman"/>
              <w:szCs w:val="24"/>
            </w:rPr>
            <m:t>,</m:t>
          </m:r>
          <m:r>
            <w:rPr>
              <w:rFonts w:ascii="Cambria Math" w:hAnsi="Cambria Math" w:cs="Times New Roman"/>
              <w:szCs w:val="24"/>
            </w:rPr>
            <m:t>18</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3</m:t>
              </m:r>
            </m:sup>
          </m:sSup>
          <m:r>
            <m:rPr>
              <m:sty m:val="p"/>
            </m:rPr>
            <w:rPr>
              <w:rFonts w:ascii="Cambria Math" w:hAnsi="Cambria Math" w:cs="Times New Roman"/>
              <w:szCs w:val="24"/>
            </w:rPr>
            <m:t>⋅</m:t>
          </m:r>
          <m:r>
            <w:rPr>
              <w:rFonts w:ascii="Cambria Math" w:hAnsi="Cambria Math" w:cs="Times New Roman"/>
              <w:szCs w:val="24"/>
            </w:rPr>
            <m:t>80</m:t>
          </m:r>
          <m:r>
            <m:rPr>
              <m:sty m:val="p"/>
            </m:rPr>
            <w:rPr>
              <w:rFonts w:ascii="Cambria Math" w:hAnsi="Cambria Math" w:cs="Times New Roman"/>
              <w:szCs w:val="24"/>
            </w:rPr>
            <m:t>=</m:t>
          </m:r>
          <m:r>
            <w:rPr>
              <w:rFonts w:ascii="Cambria Math" w:hAnsi="Cambria Math" w:cs="Times New Roman"/>
              <w:szCs w:val="24"/>
            </w:rPr>
            <m:t>167200 J</m:t>
          </m:r>
          <m:r>
            <m:rPr>
              <m:sty m:val="p"/>
            </m:rPr>
            <w:rPr>
              <w:rFonts w:ascii="Cambria Math" w:hAnsi="Cambria Math" w:cs="Times New Roman"/>
              <w:szCs w:val="24"/>
            </w:rPr>
            <m:t>.</m:t>
          </m:r>
        </m:oMath>
      </m:oMathPara>
    </w:p>
    <w:p w14:paraId="5B66771C" w14:textId="77777777" w:rsidR="00EA3B5B" w:rsidRPr="00681064" w:rsidRDefault="00000000" w:rsidP="00681064">
      <w:pPr>
        <w:tabs>
          <w:tab w:val="left" w:pos="426"/>
        </w:tabs>
        <w:rPr>
          <w:rFonts w:cs="Times New Roman"/>
          <w:szCs w:val="24"/>
        </w:rPr>
      </w:pPr>
      <w:r w:rsidRPr="00681064">
        <w:rPr>
          <w:rFonts w:cs="Times New Roman"/>
          <w:szCs w:val="24"/>
        </w:rPr>
        <w:t>Công suất bếp:</w:t>
      </w:r>
    </w:p>
    <w:p w14:paraId="04F44DE9"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P</m:t>
          </m:r>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Q</m:t>
                  </m:r>
                </m:e>
                <m:sub>
                  <m:r>
                    <w:rPr>
                      <w:rFonts w:ascii="Cambria Math" w:hAnsi="Cambria Math" w:cs="Times New Roman"/>
                      <w:szCs w:val="24"/>
                    </w:rPr>
                    <m:t>1</m:t>
                  </m:r>
                </m:sub>
              </m:sSub>
            </m:num>
            <m:den>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167200</m:t>
              </m:r>
            </m:num>
            <m:den>
              <m:r>
                <w:rPr>
                  <w:rFonts w:ascii="Cambria Math" w:hAnsi="Cambria Math" w:cs="Times New Roman"/>
                  <w:szCs w:val="24"/>
                </w:rPr>
                <m:t>5</m:t>
              </m:r>
              <m:r>
                <m:rPr>
                  <m:sty m:val="p"/>
                </m:rPr>
                <w:rPr>
                  <w:rFonts w:ascii="Cambria Math" w:hAnsi="Cambria Math" w:cs="Times New Roman"/>
                  <w:szCs w:val="24"/>
                </w:rPr>
                <m:t>⋅</m:t>
              </m:r>
              <m:r>
                <w:rPr>
                  <w:rFonts w:ascii="Cambria Math" w:hAnsi="Cambria Math" w:cs="Times New Roman"/>
                  <w:szCs w:val="24"/>
                </w:rPr>
                <m:t>60</m:t>
              </m:r>
              <m:r>
                <m:rPr>
                  <m:sty m:val="p"/>
                </m:rPr>
                <w:rPr>
                  <w:rFonts w:ascii="Cambria Math" w:hAnsi="Cambria Math" w:cs="Times New Roman"/>
                  <w:szCs w:val="24"/>
                </w:rPr>
                <m:t>+</m:t>
              </m:r>
              <m:r>
                <w:rPr>
                  <w:rFonts w:ascii="Cambria Math" w:hAnsi="Cambria Math" w:cs="Times New Roman"/>
                  <w:szCs w:val="24"/>
                </w:rPr>
                <m:t>41</m:t>
              </m:r>
            </m:den>
          </m:f>
          <m:r>
            <m:rPr>
              <m:sty m:val="p"/>
            </m:rPr>
            <w:rPr>
              <w:rFonts w:ascii="Cambria Math" w:hAnsi="Cambria Math" w:cs="Times New Roman"/>
              <w:szCs w:val="24"/>
            </w:rPr>
            <m:t>≈</m:t>
          </m:r>
          <m:r>
            <w:rPr>
              <w:rFonts w:ascii="Cambria Math" w:hAnsi="Cambria Math" w:cs="Times New Roman"/>
              <w:szCs w:val="24"/>
            </w:rPr>
            <m:t>490 W</m:t>
          </m:r>
          <m:r>
            <m:rPr>
              <m:sty m:val="p"/>
            </m:rPr>
            <w:rPr>
              <w:rFonts w:ascii="Cambria Math" w:hAnsi="Cambria Math" w:cs="Times New Roman"/>
              <w:szCs w:val="24"/>
            </w:rPr>
            <m:t>.</m:t>
          </m:r>
        </m:oMath>
      </m:oMathPara>
    </w:p>
    <w:p w14:paraId="2B5D83DE" w14:textId="77777777" w:rsidR="00EA3B5B" w:rsidRPr="00681064" w:rsidRDefault="00000000" w:rsidP="00681064">
      <w:pPr>
        <w:tabs>
          <w:tab w:val="left" w:pos="426"/>
        </w:tabs>
        <w:rPr>
          <w:rFonts w:cs="Times New Roman"/>
          <w:szCs w:val="24"/>
        </w:rPr>
      </w:pPr>
      <w:r w:rsidRPr="00681064">
        <w:rPr>
          <w:rFonts w:cs="Times New Roman"/>
          <w:szCs w:val="24"/>
        </w:rPr>
        <w:t xml:space="preserve">Nhiệt lượng dùng để hóa hơi </w:t>
      </w:r>
      <m:oMath>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2 kg</m:t>
        </m:r>
      </m:oMath>
      <w:r w:rsidRPr="00681064">
        <w:rPr>
          <w:rFonts w:cs="Times New Roman"/>
          <w:szCs w:val="24"/>
        </w:rPr>
        <w:t xml:space="preserve"> nước:</w:t>
      </w:r>
    </w:p>
    <w:p w14:paraId="3D98932C" w14:textId="77777777" w:rsidR="00EA3B5B" w:rsidRPr="00681064" w:rsidRDefault="00000000" w:rsidP="00681064">
      <w:pPr>
        <w:pStyle w:val="BodyText"/>
        <w:tabs>
          <w:tab w:val="left" w:pos="426"/>
        </w:tabs>
        <w:rPr>
          <w:rFonts w:cs="Times New Roman"/>
          <w:szCs w:val="24"/>
        </w:rPr>
      </w:pPr>
      <m:oMathPara>
        <m:oMathParaPr>
          <m:jc m:val="center"/>
        </m:oMathParaPr>
        <m:oMath>
          <m:sSub>
            <m:sSubPr>
              <m:ctrlPr>
                <w:rPr>
                  <w:rFonts w:ascii="Cambria Math" w:hAnsi="Cambria Math" w:cs="Times New Roman"/>
                  <w:szCs w:val="24"/>
                </w:rPr>
              </m:ctrlPr>
            </m:sSubPr>
            <m:e>
              <m:r>
                <w:rPr>
                  <w:rFonts w:ascii="Cambria Math" w:hAnsi="Cambria Math" w:cs="Times New Roman"/>
                  <w:szCs w:val="24"/>
                </w:rPr>
                <m:t>Q</m:t>
              </m:r>
            </m:e>
            <m:sub>
              <m:r>
                <w:rPr>
                  <w:rFonts w:ascii="Cambria Math" w:hAnsi="Cambria Math" w:cs="Times New Roman"/>
                  <w:szCs w:val="24"/>
                </w:rPr>
                <m:t>2</m:t>
              </m:r>
            </m:sub>
          </m:sSub>
          <m:r>
            <m:rPr>
              <m:sty m:val="p"/>
            </m:rPr>
            <w:rPr>
              <w:rFonts w:ascii="Cambria Math" w:hAnsi="Cambria Math" w:cs="Times New Roman"/>
              <w:szCs w:val="24"/>
            </w:rPr>
            <m:t>=</m:t>
          </m:r>
          <m:r>
            <w:rPr>
              <w:rFonts w:ascii="Cambria Math" w:hAnsi="Cambria Math" w:cs="Times New Roman"/>
              <w:szCs w:val="24"/>
            </w:rPr>
            <m:t>P</m:t>
          </m:r>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2</m:t>
              </m:r>
            </m:sub>
          </m:sSub>
          <m:r>
            <m:rPr>
              <m:sty m:val="p"/>
            </m:rPr>
            <w:rPr>
              <w:rFonts w:ascii="Cambria Math" w:hAnsi="Cambria Math" w:cs="Times New Roman"/>
              <w:szCs w:val="24"/>
            </w:rPr>
            <m:t>≈</m:t>
          </m:r>
          <m:r>
            <w:rPr>
              <w:rFonts w:ascii="Cambria Math" w:hAnsi="Cambria Math" w:cs="Times New Roman"/>
              <w:szCs w:val="24"/>
            </w:rPr>
            <m:t>490</m:t>
          </m:r>
          <m:r>
            <m:rPr>
              <m:sty m:val="p"/>
            </m:rPr>
            <w:rPr>
              <w:rFonts w:ascii="Cambria Math" w:hAnsi="Cambria Math" w:cs="Times New Roman"/>
              <w:szCs w:val="24"/>
            </w:rPr>
            <m:t>,</m:t>
          </m:r>
          <m:r>
            <w:rPr>
              <w:rFonts w:ascii="Cambria Math" w:hAnsi="Cambria Math" w:cs="Times New Roman"/>
              <w:szCs w:val="24"/>
            </w:rPr>
            <m:t>3</m:t>
          </m:r>
          <m:r>
            <m:rPr>
              <m:sty m:val="p"/>
            </m:rP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16</m:t>
              </m:r>
              <m:r>
                <m:rPr>
                  <m:sty m:val="p"/>
                </m:rPr>
                <w:rPr>
                  <w:rFonts w:ascii="Cambria Math" w:hAnsi="Cambria Math" w:cs="Times New Roman"/>
                  <w:szCs w:val="24"/>
                </w:rPr>
                <m:t>⋅</m:t>
              </m:r>
              <m:r>
                <w:rPr>
                  <w:rFonts w:ascii="Cambria Math" w:hAnsi="Cambria Math" w:cs="Times New Roman"/>
                  <w:szCs w:val="24"/>
                </w:rPr>
                <m:t>60</m:t>
              </m:r>
              <m:r>
                <m:rPr>
                  <m:sty m:val="p"/>
                </m:rPr>
                <w:rPr>
                  <w:rFonts w:ascii="Cambria Math" w:hAnsi="Cambria Math" w:cs="Times New Roman"/>
                  <w:szCs w:val="24"/>
                </w:rPr>
                <m:t>+</m:t>
              </m:r>
              <m:r>
                <w:rPr>
                  <w:rFonts w:ascii="Cambria Math" w:hAnsi="Cambria Math" w:cs="Times New Roman"/>
                  <w:szCs w:val="24"/>
                </w:rPr>
                <m:t>30</m:t>
              </m:r>
            </m:e>
          </m:d>
          <m:r>
            <m:rPr>
              <m:sty m:val="p"/>
            </m:rPr>
            <w:rPr>
              <w:rFonts w:ascii="Cambria Math" w:hAnsi="Cambria Math" w:cs="Times New Roman"/>
              <w:szCs w:val="24"/>
            </w:rPr>
            <m:t>≈</m:t>
          </m:r>
          <m:r>
            <w:rPr>
              <w:rFonts w:ascii="Cambria Math" w:hAnsi="Cambria Math" w:cs="Times New Roman"/>
              <w:szCs w:val="24"/>
            </w:rPr>
            <m:t>4</m:t>
          </m:r>
          <m:r>
            <m:rPr>
              <m:sty m:val="p"/>
            </m:rPr>
            <w:rPr>
              <w:rFonts w:ascii="Cambria Math" w:hAnsi="Cambria Math" w:cs="Times New Roman"/>
              <w:szCs w:val="24"/>
            </w:rPr>
            <m:t>,</m:t>
          </m:r>
          <m:r>
            <w:rPr>
              <w:rFonts w:ascii="Cambria Math" w:hAnsi="Cambria Math" w:cs="Times New Roman"/>
              <w:szCs w:val="24"/>
            </w:rPr>
            <m:t>85</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5</m:t>
              </m:r>
            </m:sup>
          </m:sSup>
          <m:r>
            <w:rPr>
              <w:rFonts w:ascii="Cambria Math" w:hAnsi="Cambria Math" w:cs="Times New Roman"/>
              <w:szCs w:val="24"/>
            </w:rPr>
            <m:t> J</m:t>
          </m:r>
          <m:r>
            <m:rPr>
              <m:sty m:val="p"/>
            </m:rPr>
            <w:rPr>
              <w:rFonts w:ascii="Cambria Math" w:hAnsi="Cambria Math" w:cs="Times New Roman"/>
              <w:szCs w:val="24"/>
            </w:rPr>
            <m:t>.</m:t>
          </m:r>
        </m:oMath>
      </m:oMathPara>
    </w:p>
    <w:p w14:paraId="2152C951" w14:textId="77777777" w:rsidR="00EA3B5B" w:rsidRPr="00681064" w:rsidRDefault="00000000" w:rsidP="00681064">
      <w:pPr>
        <w:tabs>
          <w:tab w:val="left" w:pos="426"/>
        </w:tabs>
        <w:rPr>
          <w:rFonts w:cs="Times New Roman"/>
          <w:szCs w:val="24"/>
        </w:rPr>
      </w:pPr>
      <w:r w:rsidRPr="00681064">
        <w:rPr>
          <w:rFonts w:cs="Times New Roman"/>
          <w:szCs w:val="24"/>
        </w:rPr>
        <w:t>Nhiệt hóa hơi riêng:</w:t>
      </w:r>
    </w:p>
    <w:p w14:paraId="0001E319"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L</m:t>
          </m:r>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Q</m:t>
                  </m:r>
                </m:e>
                <m:sub>
                  <m:r>
                    <w:rPr>
                      <w:rFonts w:ascii="Cambria Math" w:hAnsi="Cambria Math" w:cs="Times New Roman"/>
                      <w:szCs w:val="24"/>
                    </w:rPr>
                    <m:t>2</m:t>
                  </m:r>
                </m:sub>
              </m:sSub>
            </m:num>
            <m:den>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2</m:t>
              </m:r>
            </m:den>
          </m:f>
          <m:r>
            <m:rPr>
              <m:sty m:val="p"/>
            </m:rPr>
            <w:rPr>
              <w:rFonts w:ascii="Cambria Math" w:hAnsi="Cambria Math" w:cs="Times New Roman"/>
              <w:szCs w:val="24"/>
            </w:rPr>
            <m:t>≈</m:t>
          </m:r>
          <m:r>
            <w:rPr>
              <w:rFonts w:ascii="Cambria Math" w:hAnsi="Cambria Math" w:cs="Times New Roman"/>
              <w:szCs w:val="24"/>
            </w:rPr>
            <m:t>2</m:t>
          </m:r>
          <m:r>
            <m:rPr>
              <m:sty m:val="p"/>
            </m:rPr>
            <w:rPr>
              <w:rFonts w:ascii="Cambria Math" w:hAnsi="Cambria Math" w:cs="Times New Roman"/>
              <w:szCs w:val="24"/>
            </w:rPr>
            <m:t>,</m:t>
          </m:r>
          <m:r>
            <w:rPr>
              <w:rFonts w:ascii="Cambria Math" w:hAnsi="Cambria Math" w:cs="Times New Roman"/>
              <w:szCs w:val="24"/>
            </w:rPr>
            <m:t>43</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6</m:t>
              </m:r>
            </m:sup>
          </m:sSup>
          <m:r>
            <w:rPr>
              <w:rFonts w:ascii="Cambria Math" w:hAnsi="Cambria Math" w:cs="Times New Roman"/>
              <w:szCs w:val="24"/>
            </w:rPr>
            <m:t> J</m:t>
          </m:r>
          <m:r>
            <m:rPr>
              <m:sty m:val="p"/>
            </m:rPr>
            <w:rPr>
              <w:rFonts w:ascii="Cambria Math" w:hAnsi="Cambria Math" w:cs="Times New Roman"/>
              <w:szCs w:val="24"/>
            </w:rPr>
            <m:t>/</m:t>
          </m:r>
          <m:r>
            <w:rPr>
              <w:rFonts w:ascii="Cambria Math" w:hAnsi="Cambria Math" w:cs="Times New Roman"/>
              <w:szCs w:val="24"/>
            </w:rPr>
            <m:t>kg</m:t>
          </m:r>
          <m:r>
            <m:rPr>
              <m:sty m:val="p"/>
            </m:rPr>
            <w:rPr>
              <w:rFonts w:ascii="Cambria Math" w:hAnsi="Cambria Math" w:cs="Times New Roman"/>
              <w:szCs w:val="24"/>
            </w:rPr>
            <m:t>.</m:t>
          </m:r>
        </m:oMath>
      </m:oMathPara>
    </w:p>
    <w:p w14:paraId="6371F22C" w14:textId="77777777" w:rsidR="00EA3B5B" w:rsidRPr="00681064" w:rsidRDefault="00000000" w:rsidP="00681064">
      <w:pPr>
        <w:tabs>
          <w:tab w:val="left" w:pos="426"/>
        </w:tabs>
        <w:ind w:left="426"/>
        <w:rPr>
          <w:rFonts w:cs="Times New Roman"/>
          <w:szCs w:val="24"/>
        </w:rPr>
      </w:pPr>
      <w:r w:rsidRPr="00681064">
        <w:rPr>
          <w:rFonts w:cs="Times New Roman"/>
          <w:b/>
          <w:bCs/>
          <w:szCs w:val="24"/>
        </w:rPr>
        <w:t>a) Sai.</w:t>
      </w:r>
      <w:r w:rsidRPr="00681064">
        <w:rPr>
          <w:rFonts w:cs="Times New Roman"/>
          <w:szCs w:val="24"/>
        </w:rPr>
        <w:t xml:space="preserve"> Giá trị đúng là </w:t>
      </w:r>
      <m:oMath>
        <m:r>
          <w:rPr>
            <w:rFonts w:ascii="Cambria Math" w:hAnsi="Cambria Math" w:cs="Times New Roman"/>
            <w:szCs w:val="24"/>
          </w:rPr>
          <m:t>167200 J</m:t>
        </m:r>
      </m:oMath>
      <w:r w:rsidRPr="00681064">
        <w:rPr>
          <w:rFonts w:cs="Times New Roman"/>
          <w:szCs w:val="24"/>
        </w:rPr>
        <w:t xml:space="preserve">, không phải </w:t>
      </w:r>
      <m:oMath>
        <m:r>
          <w:rPr>
            <w:rFonts w:ascii="Cambria Math" w:hAnsi="Cambria Math" w:cs="Times New Roman"/>
            <w:szCs w:val="24"/>
          </w:rPr>
          <m:t>176200 J</m:t>
        </m:r>
      </m:oMath>
      <w:r w:rsidRPr="00681064">
        <w:rPr>
          <w:rFonts w:cs="Times New Roman"/>
          <w:szCs w:val="24"/>
        </w:rPr>
        <w:t>.</w:t>
      </w:r>
    </w:p>
    <w:p w14:paraId="256475C0"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b) Đúng.</w:t>
      </w:r>
      <w:r w:rsidRPr="00681064">
        <w:rPr>
          <w:rFonts w:cs="Times New Roman"/>
          <w:szCs w:val="24"/>
        </w:rPr>
        <w:t xml:space="preserve"> Công suất bếp xấp xỉ </w:t>
      </w:r>
      <m:oMath>
        <m:r>
          <w:rPr>
            <w:rFonts w:ascii="Cambria Math" w:hAnsi="Cambria Math" w:cs="Times New Roman"/>
            <w:szCs w:val="24"/>
          </w:rPr>
          <m:t>490 W</m:t>
        </m:r>
      </m:oMath>
      <w:r w:rsidRPr="00681064">
        <w:rPr>
          <w:rFonts w:cs="Times New Roman"/>
          <w:szCs w:val="24"/>
        </w:rPr>
        <w:t>.</w:t>
      </w:r>
    </w:p>
    <w:p w14:paraId="1A062071"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c) Sai.</w:t>
      </w:r>
      <w:r w:rsidRPr="00681064">
        <w:rPr>
          <w:rFonts w:cs="Times New Roman"/>
          <w:szCs w:val="24"/>
        </w:rPr>
        <w:t xml:space="preserve"> Nhiệt lượng hóa hơi xấp xỉ </w:t>
      </w:r>
      <m:oMath>
        <m:r>
          <w:rPr>
            <w:rFonts w:ascii="Cambria Math" w:hAnsi="Cambria Math" w:cs="Times New Roman"/>
            <w:szCs w:val="24"/>
          </w:rPr>
          <m:t>4</m:t>
        </m:r>
        <m:r>
          <m:rPr>
            <m:sty m:val="p"/>
          </m:rPr>
          <w:rPr>
            <w:rFonts w:ascii="Cambria Math" w:hAnsi="Cambria Math" w:cs="Times New Roman"/>
            <w:szCs w:val="24"/>
          </w:rPr>
          <m:t>,</m:t>
        </m:r>
        <m:r>
          <w:rPr>
            <w:rFonts w:ascii="Cambria Math" w:hAnsi="Cambria Math" w:cs="Times New Roman"/>
            <w:szCs w:val="24"/>
          </w:rPr>
          <m:t>85</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5</m:t>
            </m:r>
          </m:sup>
        </m:sSup>
        <m:r>
          <w:rPr>
            <w:rFonts w:ascii="Cambria Math" w:hAnsi="Cambria Math" w:cs="Times New Roman"/>
            <w:szCs w:val="24"/>
          </w:rPr>
          <m:t> J</m:t>
        </m:r>
      </m:oMath>
      <w:r w:rsidRPr="00681064">
        <w:rPr>
          <w:rFonts w:cs="Times New Roman"/>
          <w:szCs w:val="24"/>
        </w:rPr>
        <w:t xml:space="preserve">, không phải </w:t>
      </w:r>
      <m:oMath>
        <m:r>
          <w:rPr>
            <w:rFonts w:ascii="Cambria Math" w:hAnsi="Cambria Math" w:cs="Times New Roman"/>
            <w:szCs w:val="24"/>
          </w:rPr>
          <m:t>48419 J</m:t>
        </m:r>
      </m:oMath>
      <w:r w:rsidRPr="00681064">
        <w:rPr>
          <w:rFonts w:cs="Times New Roman"/>
          <w:szCs w:val="24"/>
        </w:rPr>
        <w:t>.</w:t>
      </w:r>
    </w:p>
    <w:p w14:paraId="781752C8"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d) Đúng.</w:t>
      </w:r>
      <w:r w:rsidRPr="00681064">
        <w:rPr>
          <w:rFonts w:cs="Times New Roman"/>
          <w:szCs w:val="24"/>
        </w:rPr>
        <w:t xml:space="preserve"> </w:t>
      </w:r>
      <m:oMath>
        <m:r>
          <w:rPr>
            <w:rFonts w:ascii="Cambria Math" w:hAnsi="Cambria Math" w:cs="Times New Roman"/>
            <w:szCs w:val="24"/>
          </w:rPr>
          <m:t>L</m:t>
        </m:r>
        <m:r>
          <m:rPr>
            <m:sty m:val="p"/>
          </m:rPr>
          <w:rPr>
            <w:rFonts w:ascii="Cambria Math" w:hAnsi="Cambria Math" w:cs="Times New Roman"/>
            <w:szCs w:val="24"/>
          </w:rPr>
          <m:t>≈</m:t>
        </m:r>
        <m:r>
          <w:rPr>
            <w:rFonts w:ascii="Cambria Math" w:hAnsi="Cambria Math" w:cs="Times New Roman"/>
            <w:szCs w:val="24"/>
          </w:rPr>
          <m:t>2</m:t>
        </m:r>
        <m:r>
          <m:rPr>
            <m:sty m:val="p"/>
          </m:rPr>
          <w:rPr>
            <w:rFonts w:ascii="Cambria Math" w:hAnsi="Cambria Math" w:cs="Times New Roman"/>
            <w:szCs w:val="24"/>
          </w:rPr>
          <m:t>,</m:t>
        </m:r>
        <m:r>
          <w:rPr>
            <w:rFonts w:ascii="Cambria Math" w:hAnsi="Cambria Math" w:cs="Times New Roman"/>
            <w:szCs w:val="24"/>
          </w:rPr>
          <m:t>43</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6</m:t>
            </m:r>
          </m:sup>
        </m:sSup>
        <m:r>
          <w:rPr>
            <w:rFonts w:ascii="Cambria Math" w:hAnsi="Cambria Math" w:cs="Times New Roman"/>
            <w:szCs w:val="24"/>
          </w:rPr>
          <m:t> J</m:t>
        </m:r>
        <m:r>
          <m:rPr>
            <m:sty m:val="p"/>
          </m:rPr>
          <w:rPr>
            <w:rFonts w:ascii="Cambria Math" w:hAnsi="Cambria Math" w:cs="Times New Roman"/>
            <w:szCs w:val="24"/>
          </w:rPr>
          <m:t>/</m:t>
        </m:r>
        <m:r>
          <w:rPr>
            <w:rFonts w:ascii="Cambria Math" w:hAnsi="Cambria Math" w:cs="Times New Roman"/>
            <w:szCs w:val="24"/>
          </w:rPr>
          <m:t>kg</m:t>
        </m:r>
      </m:oMath>
      <w:r w:rsidRPr="00681064">
        <w:rPr>
          <w:rFonts w:cs="Times New Roman"/>
          <w:szCs w:val="24"/>
        </w:rPr>
        <w:t>.</w:t>
      </w:r>
    </w:p>
    <w:p w14:paraId="79139EE0" w14:textId="77777777" w:rsidR="00681064" w:rsidRPr="00681064" w:rsidRDefault="00681064" w:rsidP="00681064">
      <w:pPr>
        <w:pStyle w:val="BodyText"/>
        <w:tabs>
          <w:tab w:val="left" w:pos="426"/>
        </w:tabs>
        <w:rPr>
          <w:szCs w:val="24"/>
        </w:rPr>
      </w:pPr>
      <w:bookmarkStart w:id="21" w:name="câu-2-1"/>
      <w:bookmarkEnd w:id="20"/>
      <w:r w:rsidRPr="00681064">
        <w:rPr>
          <w:b/>
          <w:bCs/>
          <w:szCs w:val="24"/>
        </w:rPr>
        <w:t>Câu 2.</w:t>
      </w:r>
      <w:r w:rsidRPr="00681064">
        <w:rPr>
          <w:szCs w:val="24"/>
        </w:rPr>
        <w:t xml:space="preserve"> Quan sát hình mô tả chuyển động Brown trong chất khí.</w:t>
      </w:r>
    </w:p>
    <w:p w14:paraId="00C2F4F6" w14:textId="77777777" w:rsidR="00681064" w:rsidRPr="00681064" w:rsidRDefault="00681064" w:rsidP="00681064">
      <w:pPr>
        <w:pStyle w:val="BodyText"/>
        <w:tabs>
          <w:tab w:val="left" w:pos="426"/>
        </w:tabs>
        <w:jc w:val="center"/>
        <w:rPr>
          <w:szCs w:val="24"/>
        </w:rPr>
      </w:pPr>
      <w:r w:rsidRPr="00681064">
        <w:rPr>
          <w:szCs w:val="24"/>
        </w:rPr>
        <w:drawing>
          <wp:inline distT="0" distB="0" distL="0" distR="0" wp14:anchorId="5CAF1F51" wp14:editId="45513BB2">
            <wp:extent cx="4419903" cy="1733433"/>
            <wp:effectExtent l="0" t="0" r="0" b="635"/>
            <wp:docPr id="944519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19359" name=""/>
                    <pic:cNvPicPr/>
                  </pic:nvPicPr>
                  <pic:blipFill>
                    <a:blip r:embed="rId10"/>
                    <a:stretch>
                      <a:fillRect/>
                    </a:stretch>
                  </pic:blipFill>
                  <pic:spPr>
                    <a:xfrm>
                      <a:off x="0" y="0"/>
                      <a:ext cx="4431160" cy="1737848"/>
                    </a:xfrm>
                    <a:prstGeom prst="rect">
                      <a:avLst/>
                    </a:prstGeom>
                  </pic:spPr>
                </pic:pic>
              </a:graphicData>
            </a:graphic>
          </wp:inline>
        </w:drawing>
      </w:r>
    </w:p>
    <w:p w14:paraId="523C1EF7" w14:textId="77777777" w:rsidR="00681064" w:rsidRPr="00681064" w:rsidRDefault="00681064" w:rsidP="00681064">
      <w:pPr>
        <w:pStyle w:val="BodyText"/>
        <w:tabs>
          <w:tab w:val="left" w:pos="426"/>
        </w:tabs>
        <w:rPr>
          <w:szCs w:val="24"/>
        </w:rPr>
      </w:pPr>
    </w:p>
    <w:p w14:paraId="677CB9E7" w14:textId="77777777" w:rsidR="00681064" w:rsidRPr="00681064" w:rsidRDefault="00681064" w:rsidP="00681064">
      <w:pPr>
        <w:pStyle w:val="BodyText"/>
        <w:tabs>
          <w:tab w:val="left" w:pos="426"/>
        </w:tabs>
        <w:rPr>
          <w:szCs w:val="24"/>
        </w:rPr>
      </w:pPr>
      <w:r w:rsidRPr="00681064">
        <w:rPr>
          <w:b/>
          <w:bCs/>
          <w:szCs w:val="24"/>
        </w:rPr>
        <w:tab/>
        <w:t>a)</w:t>
      </w:r>
      <w:r w:rsidRPr="00681064">
        <w:rPr>
          <w:szCs w:val="24"/>
        </w:rPr>
        <w:t xml:space="preserve"> Kính hiển vi dùng để quan sát trực tiếp các phân tử không khí.</w:t>
      </w:r>
    </w:p>
    <w:p w14:paraId="36F4C5DC" w14:textId="77777777" w:rsidR="00681064" w:rsidRPr="00681064" w:rsidRDefault="00681064" w:rsidP="00681064">
      <w:pPr>
        <w:pStyle w:val="BodyText"/>
        <w:tabs>
          <w:tab w:val="left" w:pos="426"/>
        </w:tabs>
        <w:rPr>
          <w:szCs w:val="24"/>
        </w:rPr>
      </w:pPr>
      <w:r w:rsidRPr="00681064">
        <w:rPr>
          <w:b/>
          <w:bCs/>
          <w:szCs w:val="24"/>
        </w:rPr>
        <w:tab/>
        <w:t>b)</w:t>
      </w:r>
      <w:r w:rsidRPr="00681064">
        <w:rPr>
          <w:szCs w:val="24"/>
        </w:rPr>
        <w:t xml:space="preserve"> Ánh sáng giúp quan sát rõ hơn chuyển động của các hạt khói.</w:t>
      </w:r>
    </w:p>
    <w:p w14:paraId="675754D2" w14:textId="77777777" w:rsidR="00681064" w:rsidRPr="00681064" w:rsidRDefault="00681064" w:rsidP="00681064">
      <w:pPr>
        <w:pStyle w:val="BodyText"/>
        <w:tabs>
          <w:tab w:val="left" w:pos="426"/>
        </w:tabs>
        <w:rPr>
          <w:szCs w:val="24"/>
        </w:rPr>
      </w:pPr>
      <w:r w:rsidRPr="00681064">
        <w:rPr>
          <w:b/>
          <w:bCs/>
          <w:szCs w:val="24"/>
        </w:rPr>
        <w:lastRenderedPageBreak/>
        <w:tab/>
        <w:t>c)</w:t>
      </w:r>
      <w:r w:rsidRPr="00681064">
        <w:rPr>
          <w:szCs w:val="24"/>
        </w:rPr>
        <w:t xml:space="preserve"> Quỹ đạo chuyển động của hạt khói có dạng ziczac</w:t>
      </w:r>
    </w:p>
    <w:p w14:paraId="1C5DFC92" w14:textId="77777777" w:rsidR="00681064" w:rsidRPr="00681064" w:rsidRDefault="00681064" w:rsidP="00681064">
      <w:pPr>
        <w:pStyle w:val="BodyText"/>
        <w:tabs>
          <w:tab w:val="left" w:pos="426"/>
        </w:tabs>
        <w:rPr>
          <w:szCs w:val="24"/>
        </w:rPr>
      </w:pPr>
      <w:r w:rsidRPr="00681064">
        <w:rPr>
          <w:b/>
          <w:bCs/>
          <w:szCs w:val="24"/>
        </w:rPr>
        <w:tab/>
        <w:t>d)</w:t>
      </w:r>
      <w:r w:rsidRPr="00681064">
        <w:rPr>
          <w:szCs w:val="24"/>
        </w:rPr>
        <w:t xml:space="preserve"> Chuyển động ziczac của hạt khói là do ánh sáng chiếu vào làm hạt khói chuyển động.</w:t>
      </w:r>
    </w:p>
    <w:p w14:paraId="24E7C241" w14:textId="2448956E" w:rsidR="00681064" w:rsidRPr="00681064" w:rsidRDefault="00681064" w:rsidP="00681064">
      <w:pPr>
        <w:tabs>
          <w:tab w:val="left" w:pos="426"/>
        </w:tabs>
        <w:rPr>
          <w:rFonts w:cs="Times New Roman"/>
          <w:b/>
          <w:bCs/>
          <w:color w:val="CC3300"/>
          <w:szCs w:val="24"/>
        </w:rPr>
      </w:pPr>
      <w:r w:rsidRPr="00681064">
        <w:rPr>
          <w:rFonts w:cs="Times New Roman"/>
          <w:b/>
          <w:bCs/>
          <w:color w:val="CC3300"/>
          <w:szCs w:val="24"/>
        </w:rPr>
        <w:t xml:space="preserve">Trả lời: a) Sai; b) Đúng; c) </w:t>
      </w:r>
      <w:r w:rsidRPr="00681064">
        <w:rPr>
          <w:rFonts w:cs="Times New Roman"/>
          <w:b/>
          <w:bCs/>
          <w:color w:val="CC3300"/>
          <w:szCs w:val="24"/>
        </w:rPr>
        <w:t>Đúng</w:t>
      </w:r>
      <w:r w:rsidRPr="00681064">
        <w:rPr>
          <w:rFonts w:cs="Times New Roman"/>
          <w:b/>
          <w:bCs/>
          <w:color w:val="CC3300"/>
          <w:szCs w:val="24"/>
        </w:rPr>
        <w:t xml:space="preserve">; d) </w:t>
      </w:r>
      <w:r w:rsidRPr="00681064">
        <w:rPr>
          <w:rFonts w:cs="Times New Roman"/>
          <w:b/>
          <w:bCs/>
          <w:color w:val="CC3300"/>
          <w:szCs w:val="24"/>
        </w:rPr>
        <w:t>Sai</w:t>
      </w:r>
    </w:p>
    <w:p w14:paraId="0B9E3639" w14:textId="6F2E6AB0" w:rsidR="00EA3B5B" w:rsidRPr="00681064" w:rsidRDefault="00000000" w:rsidP="00681064">
      <w:pPr>
        <w:tabs>
          <w:tab w:val="left" w:pos="426"/>
        </w:tabs>
        <w:ind w:left="426"/>
        <w:rPr>
          <w:rFonts w:cs="Times New Roman"/>
          <w:szCs w:val="24"/>
        </w:rPr>
      </w:pPr>
      <w:r w:rsidRPr="00681064">
        <w:rPr>
          <w:rFonts w:cs="Times New Roman"/>
          <w:b/>
          <w:bCs/>
          <w:szCs w:val="24"/>
        </w:rPr>
        <w:t>a) Sai.</w:t>
      </w:r>
      <w:r w:rsidRPr="00681064">
        <w:rPr>
          <w:rFonts w:cs="Times New Roman"/>
          <w:szCs w:val="24"/>
        </w:rPr>
        <w:t xml:space="preserve"> Kính hiển vi quan sát các hạt khói có kích thước đủ lớn, không quan sát trực tiếp các phân tử không khí.</w:t>
      </w:r>
    </w:p>
    <w:p w14:paraId="4F92DC1B"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b) Đúng.</w:t>
      </w:r>
      <w:r w:rsidRPr="00681064">
        <w:rPr>
          <w:rFonts w:cs="Times New Roman"/>
          <w:szCs w:val="24"/>
        </w:rPr>
        <w:t xml:space="preserve"> Ánh sáng làm các hạt khói hiện rõ để quan sát chuyển động.</w:t>
      </w:r>
    </w:p>
    <w:p w14:paraId="5012E8E0"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c) Đúng.</w:t>
      </w:r>
      <w:r w:rsidRPr="00681064">
        <w:rPr>
          <w:rFonts w:cs="Times New Roman"/>
          <w:szCs w:val="24"/>
        </w:rPr>
        <w:t xml:space="preserve"> Hạt khói chuyển động theo quỹ đạo gấp khúc, hỗn loạn dạng ziczac.</w:t>
      </w:r>
    </w:p>
    <w:p w14:paraId="007CB6E4"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d) Sai.</w:t>
      </w:r>
      <w:r w:rsidRPr="00681064">
        <w:rPr>
          <w:rFonts w:cs="Times New Roman"/>
          <w:szCs w:val="24"/>
        </w:rPr>
        <w:t xml:space="preserve"> Chuyển động Brown do các phân tử không khí va chạm không cân bằng vào hạt khói, không phải do ánh sáng gây ra.</w:t>
      </w:r>
    </w:p>
    <w:p w14:paraId="5FA3A906" w14:textId="77777777" w:rsidR="00681064" w:rsidRPr="00681064" w:rsidRDefault="00681064" w:rsidP="00681064">
      <w:pPr>
        <w:pStyle w:val="BodyText"/>
        <w:tabs>
          <w:tab w:val="left" w:pos="426"/>
        </w:tabs>
        <w:rPr>
          <w:szCs w:val="24"/>
        </w:rPr>
      </w:pPr>
      <w:bookmarkStart w:id="22" w:name="câu-3-1"/>
      <w:bookmarkEnd w:id="21"/>
      <w:r w:rsidRPr="00681064">
        <w:rPr>
          <w:b/>
          <w:bCs/>
          <w:szCs w:val="24"/>
        </w:rPr>
        <w:t>Câu 3.</w:t>
      </w:r>
      <w:r w:rsidRPr="00681064">
        <w:rPr>
          <w:szCs w:val="24"/>
        </w:rPr>
        <w:t xml:space="preserve"> Xét khối khí như hình. Dùng tay ấn mạnh và nhanh pit-tông, đồng thời nung nóng khí bằng ngọn lửa đèn cồn. Gọi </w:t>
      </w:r>
      <m:oMath>
        <m:r>
          <w:rPr>
            <w:rFonts w:ascii="Cambria Math" w:hAnsi="Cambria Math"/>
            <w:szCs w:val="24"/>
          </w:rPr>
          <m:t>A</m:t>
        </m:r>
      </m:oMath>
      <w:r w:rsidRPr="00681064">
        <w:rPr>
          <w:szCs w:val="24"/>
        </w:rPr>
        <w:t xml:space="preserve"> và </w:t>
      </w:r>
      <m:oMath>
        <m:r>
          <w:rPr>
            <w:rFonts w:ascii="Cambria Math" w:hAnsi="Cambria Math"/>
            <w:szCs w:val="24"/>
          </w:rPr>
          <m:t>Q</m:t>
        </m:r>
      </m:oMath>
      <w:r w:rsidRPr="00681064">
        <w:rPr>
          <w:szCs w:val="24"/>
        </w:rPr>
        <w:t xml:space="preserve"> lần lượt là công và nhiệt lượng mà khí nhận được.</w:t>
      </w:r>
    </w:p>
    <w:p w14:paraId="2498423E" w14:textId="77777777" w:rsidR="00681064" w:rsidRPr="00681064" w:rsidRDefault="00681064" w:rsidP="00681064">
      <w:pPr>
        <w:pStyle w:val="BodyText"/>
        <w:tabs>
          <w:tab w:val="left" w:pos="426"/>
        </w:tabs>
        <w:jc w:val="center"/>
        <w:rPr>
          <w:szCs w:val="24"/>
        </w:rPr>
      </w:pPr>
      <w:r w:rsidRPr="00681064">
        <w:rPr>
          <w:noProof/>
          <w:szCs w:val="24"/>
        </w:rPr>
        <w:drawing>
          <wp:inline distT="0" distB="0" distL="0" distR="0" wp14:anchorId="35BDBB51" wp14:editId="4AC7DCFB">
            <wp:extent cx="647999" cy="1834786"/>
            <wp:effectExtent l="0" t="0" r="0" b="0"/>
            <wp:docPr id="45" name="Picture"/>
            <wp:cNvGraphicFramePr/>
            <a:graphic xmlns:a="http://schemas.openxmlformats.org/drawingml/2006/main">
              <a:graphicData uri="http://schemas.openxmlformats.org/drawingml/2006/picture">
                <pic:pic xmlns:pic="http://schemas.openxmlformats.org/drawingml/2006/picture">
                  <pic:nvPicPr>
                    <pic:cNvPr id="46" name="Picture" descr="/mnt/data/md/1/media/media/image15.png"/>
                    <pic:cNvPicPr>
                      <a:picLocks noChangeAspect="1" noChangeArrowheads="1"/>
                    </pic:cNvPicPr>
                  </pic:nvPicPr>
                  <pic:blipFill>
                    <a:blip r:embed="rId11"/>
                    <a:stretch>
                      <a:fillRect/>
                    </a:stretch>
                  </pic:blipFill>
                  <pic:spPr bwMode="auto">
                    <a:xfrm>
                      <a:off x="0" y="0"/>
                      <a:ext cx="647999" cy="1834786"/>
                    </a:xfrm>
                    <a:prstGeom prst="rect">
                      <a:avLst/>
                    </a:prstGeom>
                    <a:noFill/>
                    <a:ln w="9525">
                      <a:noFill/>
                      <a:headEnd/>
                      <a:tailEnd/>
                    </a:ln>
                  </pic:spPr>
                </pic:pic>
              </a:graphicData>
            </a:graphic>
          </wp:inline>
        </w:drawing>
      </w:r>
    </w:p>
    <w:p w14:paraId="0032100E" w14:textId="77777777" w:rsidR="00681064" w:rsidRPr="00681064" w:rsidRDefault="00681064" w:rsidP="00681064">
      <w:pPr>
        <w:pStyle w:val="BodyText"/>
        <w:tabs>
          <w:tab w:val="left" w:pos="426"/>
        </w:tabs>
        <w:rPr>
          <w:szCs w:val="24"/>
        </w:rPr>
      </w:pPr>
      <w:r w:rsidRPr="00681064">
        <w:rPr>
          <w:b/>
          <w:bCs/>
          <w:szCs w:val="24"/>
        </w:rPr>
        <w:tab/>
        <w:t>a)</w:t>
      </w:r>
      <w:r w:rsidRPr="00681064">
        <w:rPr>
          <w:szCs w:val="24"/>
        </w:rPr>
        <w:t xml:space="preserve"> </w:t>
      </w:r>
      <m:oMath>
        <m:r>
          <w:rPr>
            <w:rFonts w:ascii="Cambria Math" w:hAnsi="Cambria Math"/>
            <w:szCs w:val="24"/>
          </w:rPr>
          <m:t>A</m:t>
        </m:r>
        <m:r>
          <m:rPr>
            <m:sty m:val="p"/>
          </m:rPr>
          <w:rPr>
            <w:rFonts w:ascii="Cambria Math" w:hAnsi="Cambria Math"/>
            <w:szCs w:val="24"/>
          </w:rPr>
          <m:t>&gt;</m:t>
        </m:r>
        <m:r>
          <w:rPr>
            <w:rFonts w:ascii="Cambria Math" w:hAnsi="Cambria Math"/>
            <w:szCs w:val="24"/>
          </w:rPr>
          <m:t>0</m:t>
        </m:r>
      </m:oMath>
      <w:r w:rsidRPr="00681064">
        <w:rPr>
          <w:szCs w:val="24"/>
        </w:rPr>
        <w:t xml:space="preserve"> vì khí bị nén và nhận công.</w:t>
      </w:r>
    </w:p>
    <w:p w14:paraId="1B9EA029" w14:textId="77777777" w:rsidR="00681064" w:rsidRPr="00681064" w:rsidRDefault="00681064" w:rsidP="00681064">
      <w:pPr>
        <w:pStyle w:val="BodyText"/>
        <w:tabs>
          <w:tab w:val="left" w:pos="426"/>
        </w:tabs>
        <w:rPr>
          <w:szCs w:val="24"/>
        </w:rPr>
      </w:pPr>
      <w:r w:rsidRPr="00681064">
        <w:rPr>
          <w:b/>
          <w:bCs/>
          <w:szCs w:val="24"/>
        </w:rPr>
        <w:tab/>
        <w:t>b)</w:t>
      </w:r>
      <w:r w:rsidRPr="00681064">
        <w:rPr>
          <w:szCs w:val="24"/>
        </w:rPr>
        <w:t xml:space="preserve"> </w:t>
      </w:r>
      <m:oMath>
        <m:r>
          <w:rPr>
            <w:rFonts w:ascii="Cambria Math" w:hAnsi="Cambria Math"/>
            <w:szCs w:val="24"/>
          </w:rPr>
          <m:t>Q</m:t>
        </m:r>
        <m:r>
          <m:rPr>
            <m:sty m:val="p"/>
          </m:rPr>
          <w:rPr>
            <w:rFonts w:ascii="Cambria Math" w:hAnsi="Cambria Math"/>
            <w:szCs w:val="24"/>
          </w:rPr>
          <m:t>&lt;</m:t>
        </m:r>
        <m:r>
          <w:rPr>
            <w:rFonts w:ascii="Cambria Math" w:hAnsi="Cambria Math"/>
            <w:szCs w:val="24"/>
          </w:rPr>
          <m:t>0</m:t>
        </m:r>
      </m:oMath>
      <w:r w:rsidRPr="00681064">
        <w:rPr>
          <w:szCs w:val="24"/>
        </w:rPr>
        <w:t xml:space="preserve"> vì khí được nung nóng.</w:t>
      </w:r>
    </w:p>
    <w:p w14:paraId="2F730BC8" w14:textId="77777777" w:rsidR="00681064" w:rsidRPr="00681064" w:rsidRDefault="00681064" w:rsidP="00681064">
      <w:pPr>
        <w:pStyle w:val="BodyText"/>
        <w:tabs>
          <w:tab w:val="left" w:pos="426"/>
        </w:tabs>
        <w:rPr>
          <w:szCs w:val="24"/>
        </w:rPr>
      </w:pPr>
      <w:r w:rsidRPr="00681064">
        <w:rPr>
          <w:b/>
          <w:bCs/>
          <w:szCs w:val="24"/>
        </w:rPr>
        <w:tab/>
        <w:t>c)</w:t>
      </w:r>
      <w:r w:rsidRPr="00681064">
        <w:rPr>
          <w:szCs w:val="24"/>
        </w:rPr>
        <w:t xml:space="preserve"> Nội năng của khí tăng nhưng </w:t>
      </w:r>
      <m:oMath>
        <m:r>
          <w:rPr>
            <w:rFonts w:ascii="Cambria Math" w:hAnsi="Cambria Math"/>
            <w:szCs w:val="24"/>
          </w:rPr>
          <m:t>ΔU</m:t>
        </m:r>
        <m:r>
          <m:rPr>
            <m:sty m:val="p"/>
          </m:rPr>
          <w:rPr>
            <w:rFonts w:ascii="Cambria Math" w:hAnsi="Cambria Math"/>
            <w:szCs w:val="24"/>
          </w:rPr>
          <m:t>&lt;</m:t>
        </m:r>
        <m:r>
          <w:rPr>
            <w:rFonts w:ascii="Cambria Math" w:hAnsi="Cambria Math"/>
            <w:szCs w:val="24"/>
          </w:rPr>
          <m:t>0</m:t>
        </m:r>
      </m:oMath>
      <w:r w:rsidRPr="00681064">
        <w:rPr>
          <w:szCs w:val="24"/>
        </w:rPr>
        <w:t>.</w:t>
      </w:r>
    </w:p>
    <w:p w14:paraId="6B97B312" w14:textId="77777777" w:rsidR="00681064" w:rsidRPr="00681064" w:rsidRDefault="00681064" w:rsidP="00681064">
      <w:pPr>
        <w:pStyle w:val="BodyText"/>
        <w:tabs>
          <w:tab w:val="left" w:pos="426"/>
        </w:tabs>
        <w:rPr>
          <w:szCs w:val="24"/>
        </w:rPr>
      </w:pPr>
      <w:r w:rsidRPr="00681064">
        <w:rPr>
          <w:b/>
          <w:bCs/>
          <w:szCs w:val="24"/>
        </w:rPr>
        <w:tab/>
        <w:t>d)</w:t>
      </w:r>
      <w:r w:rsidRPr="00681064">
        <w:rPr>
          <w:szCs w:val="24"/>
        </w:rPr>
        <w:t xml:space="preserve"> Nếu khí nhận công </w:t>
      </w:r>
      <m:oMath>
        <m:r>
          <w:rPr>
            <w:rFonts w:ascii="Cambria Math" w:hAnsi="Cambria Math"/>
            <w:szCs w:val="24"/>
          </w:rPr>
          <m:t>100 </m:t>
        </m:r>
        <m:r>
          <m:rPr>
            <m:sty m:val="p"/>
          </m:rPr>
          <w:rPr>
            <w:rFonts w:ascii="Cambria Math" w:hAnsi="Cambria Math"/>
            <w:szCs w:val="24"/>
          </w:rPr>
          <m:t>J</m:t>
        </m:r>
      </m:oMath>
      <w:r w:rsidRPr="00681064">
        <w:rPr>
          <w:szCs w:val="24"/>
        </w:rPr>
        <w:t xml:space="preserve"> và nhận nhiệt lượng </w:t>
      </w:r>
      <m:oMath>
        <m:r>
          <w:rPr>
            <w:rFonts w:ascii="Cambria Math" w:hAnsi="Cambria Math"/>
            <w:szCs w:val="24"/>
          </w:rPr>
          <m:t>60 </m:t>
        </m:r>
        <m:r>
          <m:rPr>
            <m:sty m:val="p"/>
          </m:rPr>
          <w:rPr>
            <w:rFonts w:ascii="Cambria Math" w:hAnsi="Cambria Math"/>
            <w:szCs w:val="24"/>
          </w:rPr>
          <m:t>J</m:t>
        </m:r>
      </m:oMath>
      <w:r w:rsidRPr="00681064">
        <w:rPr>
          <w:szCs w:val="24"/>
        </w:rPr>
        <w:t xml:space="preserve"> thì </w:t>
      </w:r>
      <m:oMath>
        <m:r>
          <w:rPr>
            <w:rFonts w:ascii="Cambria Math" w:hAnsi="Cambria Math"/>
            <w:szCs w:val="24"/>
          </w:rPr>
          <m:t>ΔU</m:t>
        </m:r>
        <m:r>
          <m:rPr>
            <m:sty m:val="p"/>
          </m:rPr>
          <w:rPr>
            <w:rFonts w:ascii="Cambria Math" w:hAnsi="Cambria Math"/>
            <w:szCs w:val="24"/>
          </w:rPr>
          <m:t>=</m:t>
        </m:r>
        <m:r>
          <w:rPr>
            <w:rFonts w:ascii="Cambria Math" w:hAnsi="Cambria Math"/>
            <w:szCs w:val="24"/>
          </w:rPr>
          <m:t>160 </m:t>
        </m:r>
        <m:r>
          <m:rPr>
            <m:sty m:val="p"/>
          </m:rPr>
          <w:rPr>
            <w:rFonts w:ascii="Cambria Math" w:hAnsi="Cambria Math"/>
            <w:szCs w:val="24"/>
          </w:rPr>
          <m:t>J</m:t>
        </m:r>
      </m:oMath>
      <w:r w:rsidRPr="00681064">
        <w:rPr>
          <w:szCs w:val="24"/>
        </w:rPr>
        <w:t>.</w:t>
      </w:r>
    </w:p>
    <w:p w14:paraId="1B05C656" w14:textId="73486853" w:rsidR="00681064" w:rsidRPr="00681064" w:rsidRDefault="00681064" w:rsidP="00681064">
      <w:pPr>
        <w:tabs>
          <w:tab w:val="left" w:pos="426"/>
        </w:tabs>
        <w:rPr>
          <w:rFonts w:cs="Times New Roman"/>
          <w:b/>
          <w:bCs/>
          <w:color w:val="CC3300"/>
          <w:szCs w:val="24"/>
        </w:rPr>
      </w:pPr>
      <w:r w:rsidRPr="00681064">
        <w:rPr>
          <w:rFonts w:cs="Times New Roman"/>
          <w:b/>
          <w:bCs/>
          <w:color w:val="CC3300"/>
          <w:szCs w:val="24"/>
        </w:rPr>
        <w:t xml:space="preserve">Trả lời: a) </w:t>
      </w:r>
      <w:r w:rsidRPr="00681064">
        <w:rPr>
          <w:rFonts w:cs="Times New Roman"/>
          <w:b/>
          <w:bCs/>
          <w:color w:val="CC3300"/>
          <w:szCs w:val="24"/>
        </w:rPr>
        <w:t>Đúng</w:t>
      </w:r>
      <w:r w:rsidRPr="00681064">
        <w:rPr>
          <w:rFonts w:cs="Times New Roman"/>
          <w:b/>
          <w:bCs/>
          <w:color w:val="CC3300"/>
          <w:szCs w:val="24"/>
        </w:rPr>
        <w:t xml:space="preserve">; b) </w:t>
      </w:r>
      <w:r w:rsidRPr="00681064">
        <w:rPr>
          <w:rFonts w:cs="Times New Roman"/>
          <w:b/>
          <w:bCs/>
          <w:color w:val="CC3300"/>
          <w:szCs w:val="24"/>
        </w:rPr>
        <w:t>Sai</w:t>
      </w:r>
      <w:r w:rsidRPr="00681064">
        <w:rPr>
          <w:rFonts w:cs="Times New Roman"/>
          <w:b/>
          <w:bCs/>
          <w:color w:val="CC3300"/>
          <w:szCs w:val="24"/>
        </w:rPr>
        <w:t xml:space="preserve">; c) </w:t>
      </w:r>
      <w:r w:rsidRPr="00681064">
        <w:rPr>
          <w:rFonts w:cs="Times New Roman"/>
          <w:b/>
          <w:bCs/>
          <w:color w:val="CC3300"/>
          <w:szCs w:val="24"/>
        </w:rPr>
        <w:t>Sai</w:t>
      </w:r>
      <w:r w:rsidRPr="00681064">
        <w:rPr>
          <w:rFonts w:cs="Times New Roman"/>
          <w:b/>
          <w:bCs/>
          <w:color w:val="CC3300"/>
          <w:szCs w:val="24"/>
        </w:rPr>
        <w:t xml:space="preserve">; d) </w:t>
      </w:r>
      <w:r w:rsidRPr="00681064">
        <w:rPr>
          <w:rFonts w:cs="Times New Roman"/>
          <w:b/>
          <w:bCs/>
          <w:color w:val="CC3300"/>
          <w:szCs w:val="24"/>
        </w:rPr>
        <w:t>Đúng</w:t>
      </w:r>
    </w:p>
    <w:p w14:paraId="2C9022B4" w14:textId="5EA6CEC1" w:rsidR="00EA3B5B" w:rsidRPr="00681064" w:rsidRDefault="00000000" w:rsidP="00681064">
      <w:pPr>
        <w:tabs>
          <w:tab w:val="left" w:pos="426"/>
        </w:tabs>
        <w:ind w:left="426"/>
        <w:rPr>
          <w:rFonts w:cs="Times New Roman"/>
          <w:szCs w:val="24"/>
        </w:rPr>
      </w:pPr>
      <w:r w:rsidRPr="00681064">
        <w:rPr>
          <w:rFonts w:cs="Times New Roman"/>
          <w:b/>
          <w:bCs/>
          <w:szCs w:val="24"/>
        </w:rPr>
        <w:t>a) Đúng.</w:t>
      </w:r>
      <w:r w:rsidRPr="00681064">
        <w:rPr>
          <w:rFonts w:cs="Times New Roman"/>
          <w:szCs w:val="24"/>
        </w:rPr>
        <w:t xml:space="preserve"> Khí bị nén nên nhận công, do đó </w:t>
      </w:r>
      <m:oMath>
        <m:r>
          <w:rPr>
            <w:rFonts w:ascii="Cambria Math" w:hAnsi="Cambria Math" w:cs="Times New Roman"/>
            <w:szCs w:val="24"/>
          </w:rPr>
          <m:t>A</m:t>
        </m:r>
        <m:r>
          <m:rPr>
            <m:sty m:val="p"/>
          </m:rPr>
          <w:rPr>
            <w:rFonts w:ascii="Cambria Math" w:hAnsi="Cambria Math" w:cs="Times New Roman"/>
            <w:szCs w:val="24"/>
          </w:rPr>
          <m:t>&gt;</m:t>
        </m:r>
        <m:r>
          <w:rPr>
            <w:rFonts w:ascii="Cambria Math" w:hAnsi="Cambria Math" w:cs="Times New Roman"/>
            <w:szCs w:val="24"/>
          </w:rPr>
          <m:t>0</m:t>
        </m:r>
      </m:oMath>
      <w:r w:rsidRPr="00681064">
        <w:rPr>
          <w:rFonts w:cs="Times New Roman"/>
          <w:szCs w:val="24"/>
        </w:rPr>
        <w:t>.</w:t>
      </w:r>
    </w:p>
    <w:p w14:paraId="30901913"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b) Sai.</w:t>
      </w:r>
      <w:r w:rsidRPr="00681064">
        <w:rPr>
          <w:rFonts w:cs="Times New Roman"/>
          <w:szCs w:val="24"/>
        </w:rPr>
        <w:t xml:space="preserve"> Khí được nung nóng nên nhận nhiệt lượng, do đó </w:t>
      </w:r>
      <m:oMath>
        <m:r>
          <w:rPr>
            <w:rFonts w:ascii="Cambria Math" w:hAnsi="Cambria Math" w:cs="Times New Roman"/>
            <w:szCs w:val="24"/>
          </w:rPr>
          <m:t>Q</m:t>
        </m:r>
        <m:r>
          <m:rPr>
            <m:sty m:val="p"/>
          </m:rPr>
          <w:rPr>
            <w:rFonts w:ascii="Cambria Math" w:hAnsi="Cambria Math" w:cs="Times New Roman"/>
            <w:szCs w:val="24"/>
          </w:rPr>
          <m:t>&gt;</m:t>
        </m:r>
        <m:r>
          <w:rPr>
            <w:rFonts w:ascii="Cambria Math" w:hAnsi="Cambria Math" w:cs="Times New Roman"/>
            <w:szCs w:val="24"/>
          </w:rPr>
          <m:t>0</m:t>
        </m:r>
      </m:oMath>
      <w:r w:rsidRPr="00681064">
        <w:rPr>
          <w:rFonts w:cs="Times New Roman"/>
          <w:szCs w:val="24"/>
        </w:rPr>
        <w:t>.</w:t>
      </w:r>
    </w:p>
    <w:p w14:paraId="231EC4E5"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c) Sai.</w:t>
      </w:r>
      <w:r w:rsidRPr="00681064">
        <w:rPr>
          <w:rFonts w:cs="Times New Roman"/>
          <w:szCs w:val="24"/>
        </w:rPr>
        <w:t xml:space="preserve"> Vì </w:t>
      </w:r>
      <m:oMath>
        <m:r>
          <w:rPr>
            <w:rFonts w:ascii="Cambria Math" w:hAnsi="Cambria Math" w:cs="Times New Roman"/>
            <w:szCs w:val="24"/>
          </w:rPr>
          <m:t>A</m:t>
        </m:r>
        <m:r>
          <m:rPr>
            <m:sty m:val="p"/>
          </m:rPr>
          <w:rPr>
            <w:rFonts w:ascii="Cambria Math" w:hAnsi="Cambria Math" w:cs="Times New Roman"/>
            <w:szCs w:val="24"/>
          </w:rPr>
          <m:t>&gt;</m:t>
        </m:r>
        <m:r>
          <w:rPr>
            <w:rFonts w:ascii="Cambria Math" w:hAnsi="Cambria Math" w:cs="Times New Roman"/>
            <w:szCs w:val="24"/>
          </w:rPr>
          <m:t>0</m:t>
        </m:r>
      </m:oMath>
      <w:r w:rsidRPr="00681064">
        <w:rPr>
          <w:rFonts w:cs="Times New Roman"/>
          <w:szCs w:val="24"/>
        </w:rPr>
        <w:t xml:space="preserve"> và </w:t>
      </w:r>
      <m:oMath>
        <m:r>
          <w:rPr>
            <w:rFonts w:ascii="Cambria Math" w:hAnsi="Cambria Math" w:cs="Times New Roman"/>
            <w:szCs w:val="24"/>
          </w:rPr>
          <m:t>Q</m:t>
        </m:r>
        <m:r>
          <m:rPr>
            <m:sty m:val="p"/>
          </m:rPr>
          <w:rPr>
            <w:rFonts w:ascii="Cambria Math" w:hAnsi="Cambria Math" w:cs="Times New Roman"/>
            <w:szCs w:val="24"/>
          </w:rPr>
          <m:t>&gt;</m:t>
        </m:r>
        <m:r>
          <w:rPr>
            <w:rFonts w:ascii="Cambria Math" w:hAnsi="Cambria Math" w:cs="Times New Roman"/>
            <w:szCs w:val="24"/>
          </w:rPr>
          <m:t>0</m:t>
        </m:r>
      </m:oMath>
      <w:r w:rsidRPr="00681064">
        <w:rPr>
          <w:rFonts w:cs="Times New Roman"/>
          <w:szCs w:val="24"/>
        </w:rPr>
        <w:t xml:space="preserve"> nên </w:t>
      </w:r>
      <m:oMath>
        <m:r>
          <w:rPr>
            <w:rFonts w:ascii="Cambria Math" w:hAnsi="Cambria Math" w:cs="Times New Roman"/>
            <w:szCs w:val="24"/>
          </w:rPr>
          <m:t>ΔU</m:t>
        </m:r>
        <m:r>
          <m:rPr>
            <m:sty m:val="p"/>
          </m:rPr>
          <w:rPr>
            <w:rFonts w:ascii="Cambria Math" w:hAnsi="Cambria Math" w:cs="Times New Roman"/>
            <w:szCs w:val="24"/>
          </w:rPr>
          <m:t>=</m:t>
        </m:r>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Q</m:t>
        </m:r>
        <m:r>
          <m:rPr>
            <m:sty m:val="p"/>
          </m:rPr>
          <w:rPr>
            <w:rFonts w:ascii="Cambria Math" w:hAnsi="Cambria Math" w:cs="Times New Roman"/>
            <w:szCs w:val="24"/>
          </w:rPr>
          <m:t>&gt;</m:t>
        </m:r>
        <m:r>
          <w:rPr>
            <w:rFonts w:ascii="Cambria Math" w:hAnsi="Cambria Math" w:cs="Times New Roman"/>
            <w:szCs w:val="24"/>
          </w:rPr>
          <m:t>0</m:t>
        </m:r>
      </m:oMath>
      <w:r w:rsidRPr="00681064">
        <w:rPr>
          <w:rFonts w:cs="Times New Roman"/>
          <w:szCs w:val="24"/>
        </w:rPr>
        <w:t>.</w:t>
      </w:r>
    </w:p>
    <w:p w14:paraId="6E745A9B"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d) Đúng.</w:t>
      </w:r>
      <w:r w:rsidRPr="00681064">
        <w:rPr>
          <w:rFonts w:cs="Times New Roman"/>
          <w:szCs w:val="24"/>
        </w:rPr>
        <w:t xml:space="preserve"> </w:t>
      </w:r>
      <m:oMath>
        <m:r>
          <w:rPr>
            <w:rFonts w:ascii="Cambria Math" w:hAnsi="Cambria Math" w:cs="Times New Roman"/>
            <w:szCs w:val="24"/>
          </w:rPr>
          <m:t>ΔU</m:t>
        </m:r>
        <m:r>
          <m:rPr>
            <m:sty m:val="p"/>
          </m:rPr>
          <w:rPr>
            <w:rFonts w:ascii="Cambria Math" w:hAnsi="Cambria Math" w:cs="Times New Roman"/>
            <w:szCs w:val="24"/>
          </w:rPr>
          <m:t>=</m:t>
        </m:r>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Q</m:t>
        </m:r>
        <m:r>
          <m:rPr>
            <m:sty m:val="p"/>
          </m:rPr>
          <w:rPr>
            <w:rFonts w:ascii="Cambria Math" w:hAnsi="Cambria Math" w:cs="Times New Roman"/>
            <w:szCs w:val="24"/>
          </w:rPr>
          <m:t>=</m:t>
        </m:r>
        <m:r>
          <w:rPr>
            <w:rFonts w:ascii="Cambria Math" w:hAnsi="Cambria Math" w:cs="Times New Roman"/>
            <w:szCs w:val="24"/>
          </w:rPr>
          <m:t>100</m:t>
        </m:r>
        <m:r>
          <m:rPr>
            <m:sty m:val="p"/>
          </m:rPr>
          <w:rPr>
            <w:rFonts w:ascii="Cambria Math" w:hAnsi="Cambria Math" w:cs="Times New Roman"/>
            <w:szCs w:val="24"/>
          </w:rPr>
          <m:t>+</m:t>
        </m:r>
        <m:r>
          <w:rPr>
            <w:rFonts w:ascii="Cambria Math" w:hAnsi="Cambria Math" w:cs="Times New Roman"/>
            <w:szCs w:val="24"/>
          </w:rPr>
          <m:t>60</m:t>
        </m:r>
        <m:r>
          <m:rPr>
            <m:sty m:val="p"/>
          </m:rPr>
          <w:rPr>
            <w:rFonts w:ascii="Cambria Math" w:hAnsi="Cambria Math" w:cs="Times New Roman"/>
            <w:szCs w:val="24"/>
          </w:rPr>
          <m:t>=</m:t>
        </m:r>
        <m:r>
          <w:rPr>
            <w:rFonts w:ascii="Cambria Math" w:hAnsi="Cambria Math" w:cs="Times New Roman"/>
            <w:szCs w:val="24"/>
          </w:rPr>
          <m:t>160 J</m:t>
        </m:r>
      </m:oMath>
      <w:r w:rsidRPr="00681064">
        <w:rPr>
          <w:rFonts w:cs="Times New Roman"/>
          <w:szCs w:val="24"/>
        </w:rPr>
        <w:t>.</w:t>
      </w:r>
    </w:p>
    <w:p w14:paraId="4236F8DC" w14:textId="77777777" w:rsidR="00681064" w:rsidRPr="00681064" w:rsidRDefault="00681064" w:rsidP="00681064">
      <w:pPr>
        <w:pStyle w:val="BodyText"/>
        <w:tabs>
          <w:tab w:val="left" w:pos="426"/>
        </w:tabs>
        <w:rPr>
          <w:szCs w:val="24"/>
        </w:rPr>
      </w:pPr>
      <w:bookmarkStart w:id="23" w:name="câu-4-1"/>
      <w:bookmarkEnd w:id="22"/>
      <w:r w:rsidRPr="00681064">
        <w:rPr>
          <w:b/>
          <w:bCs/>
          <w:szCs w:val="24"/>
        </w:rPr>
        <w:t>Câu 4.</w:t>
      </w:r>
      <w:r w:rsidRPr="00681064">
        <w:rPr>
          <w:szCs w:val="24"/>
        </w:rPr>
        <w:t xml:space="preserve"> Cho </w:t>
      </w:r>
      <m:oMath>
        <m:r>
          <w:rPr>
            <w:rFonts w:ascii="Cambria Math" w:hAnsi="Cambria Math"/>
            <w:szCs w:val="24"/>
          </w:rPr>
          <m:t>20 </m:t>
        </m:r>
        <m:r>
          <m:rPr>
            <m:sty m:val="p"/>
          </m:rPr>
          <w:rPr>
            <w:rFonts w:ascii="Cambria Math" w:hAnsi="Cambria Math"/>
            <w:szCs w:val="24"/>
          </w:rPr>
          <m:t>g</m:t>
        </m:r>
      </m:oMath>
      <w:r w:rsidRPr="00681064">
        <w:rPr>
          <w:szCs w:val="24"/>
        </w:rPr>
        <w:t xml:space="preserve"> khí lí tưởng biến đổi từ trạng thái (1) sang trạng thái (2) theo đồ thị. Biết </w:t>
      </w:r>
      <m:oMath>
        <m:sSub>
          <m:sSubPr>
            <m:ctrlPr>
              <w:rPr>
                <w:rFonts w:ascii="Cambria Math" w:hAnsi="Cambria Math"/>
                <w:szCs w:val="24"/>
              </w:rPr>
            </m:ctrlPr>
          </m:sSubPr>
          <m:e>
            <m:r>
              <w:rPr>
                <w:rFonts w:ascii="Cambria Math" w:hAnsi="Cambria Math"/>
                <w:szCs w:val="24"/>
              </w:rPr>
              <m:t>T</m:t>
            </m:r>
          </m:e>
          <m:sub>
            <m:r>
              <w:rPr>
                <w:rFonts w:ascii="Cambria Math" w:hAnsi="Cambria Math"/>
                <w:szCs w:val="24"/>
              </w:rPr>
              <m:t>1</m:t>
            </m:r>
          </m:sub>
        </m:sSub>
        <m:r>
          <m:rPr>
            <m:sty m:val="p"/>
          </m:rPr>
          <w:rPr>
            <w:rFonts w:ascii="Cambria Math" w:hAnsi="Cambria Math"/>
            <w:szCs w:val="24"/>
          </w:rPr>
          <m:t>=</m:t>
        </m:r>
        <m:r>
          <w:rPr>
            <w:rFonts w:ascii="Cambria Math" w:hAnsi="Cambria Math"/>
            <w:szCs w:val="24"/>
          </w:rPr>
          <m:t>400 </m:t>
        </m:r>
        <m:r>
          <m:rPr>
            <m:sty m:val="p"/>
          </m:rPr>
          <w:rPr>
            <w:rFonts w:ascii="Cambria Math" w:hAnsi="Cambria Math"/>
            <w:szCs w:val="24"/>
          </w:rPr>
          <m:t>K</m:t>
        </m:r>
      </m:oMath>
      <w:r w:rsidRPr="00681064">
        <w:rPr>
          <w:szCs w:val="24"/>
        </w:rPr>
        <w:t xml:space="preserve"> và nhiệt dung riêng đẳng áp </w:t>
      </w:r>
      <m:oMath>
        <m:sSub>
          <m:sSubPr>
            <m:ctrlPr>
              <w:rPr>
                <w:rFonts w:ascii="Cambria Math" w:hAnsi="Cambria Math"/>
                <w:szCs w:val="24"/>
              </w:rPr>
            </m:ctrlPr>
          </m:sSubPr>
          <m:e>
            <m:r>
              <w:rPr>
                <w:rFonts w:ascii="Cambria Math" w:hAnsi="Cambria Math"/>
                <w:szCs w:val="24"/>
              </w:rPr>
              <m:t>c</m:t>
            </m:r>
          </m:e>
          <m:sub>
            <m:r>
              <w:rPr>
                <w:rFonts w:ascii="Cambria Math" w:hAnsi="Cambria Math"/>
                <w:szCs w:val="24"/>
              </w:rPr>
              <m:t>p</m:t>
            </m:r>
          </m:sub>
        </m:sSub>
        <m:r>
          <m:rPr>
            <m:sty m:val="p"/>
          </m:rPr>
          <w:rPr>
            <w:rFonts w:ascii="Cambria Math" w:hAnsi="Cambria Math"/>
            <w:szCs w:val="24"/>
          </w:rPr>
          <m:t>=</m:t>
        </m:r>
        <m:r>
          <w:rPr>
            <w:rFonts w:ascii="Cambria Math" w:hAnsi="Cambria Math"/>
            <w:szCs w:val="24"/>
          </w:rPr>
          <m:t>910 </m:t>
        </m:r>
        <m:r>
          <m:rPr>
            <m:sty m:val="p"/>
          </m:rPr>
          <w:rPr>
            <w:rFonts w:ascii="Cambria Math" w:hAnsi="Cambria Math"/>
            <w:szCs w:val="24"/>
          </w:rPr>
          <m:t>J/</m:t>
        </m:r>
        <m:d>
          <m:dPr>
            <m:ctrlPr>
              <w:rPr>
                <w:rFonts w:ascii="Cambria Math" w:hAnsi="Cambria Math"/>
                <w:szCs w:val="24"/>
              </w:rPr>
            </m:ctrlPr>
          </m:dPr>
          <m:e>
            <m:r>
              <m:rPr>
                <m:sty m:val="p"/>
              </m:rPr>
              <w:rPr>
                <w:rFonts w:ascii="Cambria Math" w:hAnsi="Cambria Math"/>
                <w:szCs w:val="24"/>
              </w:rPr>
              <m:t>kg⋅K</m:t>
            </m:r>
          </m:e>
        </m:d>
      </m:oMath>
      <w:r w:rsidRPr="00681064">
        <w:rPr>
          <w:szCs w:val="24"/>
        </w:rPr>
        <w:t>.</w:t>
      </w:r>
    </w:p>
    <w:p w14:paraId="51F5E1E5" w14:textId="77777777" w:rsidR="00681064" w:rsidRPr="00681064" w:rsidRDefault="00681064" w:rsidP="00681064">
      <w:pPr>
        <w:pStyle w:val="BodyText"/>
        <w:tabs>
          <w:tab w:val="left" w:pos="426"/>
        </w:tabs>
        <w:jc w:val="center"/>
        <w:rPr>
          <w:szCs w:val="24"/>
        </w:rPr>
      </w:pPr>
      <w:r w:rsidRPr="00681064">
        <w:rPr>
          <w:noProof/>
          <w:szCs w:val="24"/>
        </w:rPr>
        <w:drawing>
          <wp:inline distT="0" distB="0" distL="0" distR="0" wp14:anchorId="0949215C" wp14:editId="55917C12">
            <wp:extent cx="1727999" cy="1118652"/>
            <wp:effectExtent l="0" t="0" r="0" b="0"/>
            <wp:docPr id="48" name="Picture"/>
            <wp:cNvGraphicFramePr/>
            <a:graphic xmlns:a="http://schemas.openxmlformats.org/drawingml/2006/main">
              <a:graphicData uri="http://schemas.openxmlformats.org/drawingml/2006/picture">
                <pic:pic xmlns:pic="http://schemas.openxmlformats.org/drawingml/2006/picture">
                  <pic:nvPicPr>
                    <pic:cNvPr id="49" name="Picture" descr="/mnt/data/md/1/media/media/image16.png"/>
                    <pic:cNvPicPr>
                      <a:picLocks noChangeAspect="1" noChangeArrowheads="1"/>
                    </pic:cNvPicPr>
                  </pic:nvPicPr>
                  <pic:blipFill>
                    <a:blip r:embed="rId12"/>
                    <a:stretch>
                      <a:fillRect/>
                    </a:stretch>
                  </pic:blipFill>
                  <pic:spPr bwMode="auto">
                    <a:xfrm>
                      <a:off x="0" y="0"/>
                      <a:ext cx="1727999" cy="1118652"/>
                    </a:xfrm>
                    <a:prstGeom prst="rect">
                      <a:avLst/>
                    </a:prstGeom>
                    <a:noFill/>
                    <a:ln w="9525">
                      <a:noFill/>
                      <a:headEnd/>
                      <a:tailEnd/>
                    </a:ln>
                  </pic:spPr>
                </pic:pic>
              </a:graphicData>
            </a:graphic>
          </wp:inline>
        </w:drawing>
      </w:r>
    </w:p>
    <w:p w14:paraId="60E7DD17" w14:textId="77777777" w:rsidR="00681064" w:rsidRPr="00681064" w:rsidRDefault="00681064" w:rsidP="00681064">
      <w:pPr>
        <w:pStyle w:val="BodyText"/>
        <w:tabs>
          <w:tab w:val="left" w:pos="426"/>
        </w:tabs>
        <w:rPr>
          <w:szCs w:val="24"/>
        </w:rPr>
      </w:pPr>
      <w:r w:rsidRPr="00681064">
        <w:rPr>
          <w:b/>
          <w:bCs/>
          <w:szCs w:val="24"/>
        </w:rPr>
        <w:tab/>
        <w:t>a)</w:t>
      </w:r>
      <w:r w:rsidRPr="00681064">
        <w:rPr>
          <w:szCs w:val="24"/>
        </w:rPr>
        <w:t xml:space="preserve"> Quá trình (1) sang (2) là quá trình đẳng áp.</w:t>
      </w:r>
    </w:p>
    <w:p w14:paraId="3A199F76" w14:textId="77777777" w:rsidR="00681064" w:rsidRPr="00681064" w:rsidRDefault="00681064" w:rsidP="00681064">
      <w:pPr>
        <w:pStyle w:val="BodyText"/>
        <w:tabs>
          <w:tab w:val="left" w:pos="426"/>
        </w:tabs>
        <w:rPr>
          <w:szCs w:val="24"/>
        </w:rPr>
      </w:pPr>
      <w:r w:rsidRPr="00681064">
        <w:rPr>
          <w:b/>
          <w:bCs/>
          <w:szCs w:val="24"/>
        </w:rPr>
        <w:tab/>
        <w:t>b)</w:t>
      </w:r>
      <w:r w:rsidRPr="00681064">
        <w:rPr>
          <w:szCs w:val="24"/>
        </w:rPr>
        <w:t xml:space="preserve"> Chất khí nhận công </w:t>
      </w:r>
      <m:oMath>
        <m:r>
          <w:rPr>
            <w:rFonts w:ascii="Cambria Math" w:hAnsi="Cambria Math"/>
            <w:szCs w:val="24"/>
          </w:rPr>
          <m:t>400 </m:t>
        </m:r>
        <m:r>
          <m:rPr>
            <m:sty m:val="p"/>
          </m:rPr>
          <w:rPr>
            <w:rFonts w:ascii="Cambria Math" w:hAnsi="Cambria Math"/>
            <w:szCs w:val="24"/>
          </w:rPr>
          <m:t>J</m:t>
        </m:r>
      </m:oMath>
      <w:r w:rsidRPr="00681064">
        <w:rPr>
          <w:szCs w:val="24"/>
        </w:rPr>
        <w:t>.</w:t>
      </w:r>
    </w:p>
    <w:p w14:paraId="04073F1F" w14:textId="77777777" w:rsidR="00681064" w:rsidRPr="00681064" w:rsidRDefault="00681064" w:rsidP="00681064">
      <w:pPr>
        <w:pStyle w:val="BodyText"/>
        <w:tabs>
          <w:tab w:val="left" w:pos="426"/>
        </w:tabs>
        <w:rPr>
          <w:szCs w:val="24"/>
        </w:rPr>
      </w:pPr>
      <w:r w:rsidRPr="00681064">
        <w:rPr>
          <w:b/>
          <w:bCs/>
          <w:szCs w:val="24"/>
        </w:rPr>
        <w:tab/>
        <w:t>c)</w:t>
      </w:r>
      <w:r w:rsidRPr="00681064">
        <w:rPr>
          <w:szCs w:val="24"/>
        </w:rPr>
        <w:t xml:space="preserve"> Chất khí truyền ra môi trường nhiệt lượng </w:t>
      </w:r>
      <m:oMath>
        <m:r>
          <w:rPr>
            <w:rFonts w:ascii="Cambria Math" w:hAnsi="Cambria Math"/>
            <w:szCs w:val="24"/>
          </w:rPr>
          <m:t>2192 </m:t>
        </m:r>
        <m:r>
          <m:rPr>
            <m:sty m:val="p"/>
          </m:rPr>
          <w:rPr>
            <w:rFonts w:ascii="Cambria Math" w:hAnsi="Cambria Math"/>
            <w:szCs w:val="24"/>
          </w:rPr>
          <m:t>J</m:t>
        </m:r>
      </m:oMath>
      <w:r w:rsidRPr="00681064">
        <w:rPr>
          <w:szCs w:val="24"/>
        </w:rPr>
        <w:t>.</w:t>
      </w:r>
    </w:p>
    <w:p w14:paraId="250D4628" w14:textId="77777777" w:rsidR="00681064" w:rsidRPr="00681064" w:rsidRDefault="00681064" w:rsidP="00681064">
      <w:pPr>
        <w:pStyle w:val="BodyText"/>
        <w:tabs>
          <w:tab w:val="left" w:pos="426"/>
        </w:tabs>
        <w:rPr>
          <w:szCs w:val="24"/>
        </w:rPr>
      </w:pPr>
      <w:r w:rsidRPr="00681064">
        <w:rPr>
          <w:b/>
          <w:bCs/>
          <w:szCs w:val="24"/>
        </w:rPr>
        <w:lastRenderedPageBreak/>
        <w:tab/>
        <w:t>d)</w:t>
      </w:r>
      <w:r w:rsidRPr="00681064">
        <w:rPr>
          <w:szCs w:val="24"/>
        </w:rPr>
        <w:t xml:space="preserve"> Nội năng của khí giảm </w:t>
      </w:r>
      <m:oMath>
        <m:r>
          <w:rPr>
            <w:rFonts w:ascii="Cambria Math" w:hAnsi="Cambria Math"/>
            <w:szCs w:val="24"/>
          </w:rPr>
          <m:t>2512 </m:t>
        </m:r>
        <m:r>
          <m:rPr>
            <m:sty m:val="p"/>
          </m:rPr>
          <w:rPr>
            <w:rFonts w:ascii="Cambria Math" w:hAnsi="Cambria Math"/>
            <w:szCs w:val="24"/>
          </w:rPr>
          <m:t>J</m:t>
        </m:r>
      </m:oMath>
      <w:r w:rsidRPr="00681064">
        <w:rPr>
          <w:szCs w:val="24"/>
        </w:rPr>
        <w:t>.</w:t>
      </w:r>
    </w:p>
    <w:p w14:paraId="6776C4E4" w14:textId="2C17A030" w:rsidR="00681064" w:rsidRPr="00681064" w:rsidRDefault="00681064" w:rsidP="00681064">
      <w:pPr>
        <w:tabs>
          <w:tab w:val="left" w:pos="426"/>
        </w:tabs>
        <w:rPr>
          <w:rFonts w:cs="Times New Roman"/>
          <w:b/>
          <w:bCs/>
          <w:color w:val="CC3300"/>
          <w:szCs w:val="24"/>
        </w:rPr>
      </w:pPr>
      <w:r w:rsidRPr="00681064">
        <w:rPr>
          <w:rFonts w:cs="Times New Roman"/>
          <w:b/>
          <w:bCs/>
          <w:color w:val="CC3300"/>
          <w:szCs w:val="24"/>
        </w:rPr>
        <w:t xml:space="preserve">Trả lời: a) Đúng; b) </w:t>
      </w:r>
      <w:r w:rsidRPr="00681064">
        <w:rPr>
          <w:rFonts w:cs="Times New Roman"/>
          <w:b/>
          <w:bCs/>
          <w:color w:val="CC3300"/>
          <w:szCs w:val="24"/>
        </w:rPr>
        <w:t>Đúng</w:t>
      </w:r>
      <w:r w:rsidRPr="00681064">
        <w:rPr>
          <w:rFonts w:cs="Times New Roman"/>
          <w:b/>
          <w:bCs/>
          <w:color w:val="CC3300"/>
          <w:szCs w:val="24"/>
        </w:rPr>
        <w:t>; c) Sai; d) Đúng</w:t>
      </w:r>
    </w:p>
    <w:p w14:paraId="1E19AAAF" w14:textId="5A23088E" w:rsidR="00EA3B5B" w:rsidRPr="00681064" w:rsidRDefault="00000000" w:rsidP="00681064">
      <w:pPr>
        <w:tabs>
          <w:tab w:val="left" w:pos="426"/>
        </w:tabs>
        <w:ind w:left="426"/>
        <w:rPr>
          <w:rFonts w:cs="Times New Roman"/>
          <w:szCs w:val="24"/>
        </w:rPr>
      </w:pPr>
      <w:r w:rsidRPr="00681064">
        <w:rPr>
          <w:rFonts w:cs="Times New Roman"/>
          <w:szCs w:val="24"/>
        </w:rPr>
        <w:t xml:space="preserve">Từ đồ thị: </w:t>
      </w:r>
      <m:oMath>
        <m:r>
          <w:rPr>
            <w:rFonts w:ascii="Cambria Math" w:hAnsi="Cambria Math" w:cs="Times New Roman"/>
            <w:szCs w:val="24"/>
          </w:rPr>
          <m:t>p</m:t>
        </m:r>
        <m:r>
          <m:rPr>
            <m:sty m:val="p"/>
          </m:rPr>
          <w:rPr>
            <w:rFonts w:ascii="Cambria Math" w:hAnsi="Cambria Math" w:cs="Times New Roman"/>
            <w:szCs w:val="24"/>
          </w:rPr>
          <m:t>=</m:t>
        </m:r>
        <m:r>
          <w:rPr>
            <w:rFonts w:ascii="Cambria Math" w:hAnsi="Cambria Math" w:cs="Times New Roman"/>
            <w:szCs w:val="24"/>
          </w:rPr>
          <m:t>100 kPa</m:t>
        </m:r>
      </m:oMath>
      <w:r w:rsidRPr="00681064">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1</m:t>
            </m:r>
          </m:sub>
        </m:sSub>
        <m:r>
          <m:rPr>
            <m:sty m:val="p"/>
          </m:rPr>
          <w:rPr>
            <w:rFonts w:ascii="Cambria Math" w:hAnsi="Cambria Math" w:cs="Times New Roman"/>
            <w:szCs w:val="24"/>
          </w:rPr>
          <m:t>=</m:t>
        </m:r>
        <m:r>
          <w:rPr>
            <w:rFonts w:ascii="Cambria Math" w:hAnsi="Cambria Math" w:cs="Times New Roman"/>
            <w:szCs w:val="24"/>
          </w:rPr>
          <m:t>10 d</m:t>
        </m:r>
        <m:sSup>
          <m:sSupPr>
            <m:ctrlPr>
              <w:rPr>
                <w:rFonts w:ascii="Cambria Math" w:hAnsi="Cambria Math" w:cs="Times New Roman"/>
                <w:szCs w:val="24"/>
              </w:rPr>
            </m:ctrlPr>
          </m:sSupPr>
          <m:e>
            <m:r>
              <w:rPr>
                <w:rFonts w:ascii="Cambria Math" w:hAnsi="Cambria Math" w:cs="Times New Roman"/>
                <w:szCs w:val="24"/>
              </w:rPr>
              <m:t>m</m:t>
            </m:r>
          </m:e>
          <m:sup>
            <m:r>
              <w:rPr>
                <w:rFonts w:ascii="Cambria Math" w:hAnsi="Cambria Math" w:cs="Times New Roman"/>
                <w:szCs w:val="24"/>
              </w:rPr>
              <m:t>3</m:t>
            </m:r>
          </m:sup>
        </m:sSup>
      </m:oMath>
      <w:r w:rsidRPr="00681064">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2</m:t>
            </m:r>
          </m:sub>
        </m:sSub>
        <m:r>
          <m:rPr>
            <m:sty m:val="p"/>
          </m:rPr>
          <w:rPr>
            <w:rFonts w:ascii="Cambria Math" w:hAnsi="Cambria Math" w:cs="Times New Roman"/>
            <w:szCs w:val="24"/>
          </w:rPr>
          <m:t>=</m:t>
        </m:r>
        <m:r>
          <w:rPr>
            <w:rFonts w:ascii="Cambria Math" w:hAnsi="Cambria Math" w:cs="Times New Roman"/>
            <w:szCs w:val="24"/>
          </w:rPr>
          <m:t>6 d</m:t>
        </m:r>
        <m:sSup>
          <m:sSupPr>
            <m:ctrlPr>
              <w:rPr>
                <w:rFonts w:ascii="Cambria Math" w:hAnsi="Cambria Math" w:cs="Times New Roman"/>
                <w:szCs w:val="24"/>
              </w:rPr>
            </m:ctrlPr>
          </m:sSupPr>
          <m:e>
            <m:r>
              <w:rPr>
                <w:rFonts w:ascii="Cambria Math" w:hAnsi="Cambria Math" w:cs="Times New Roman"/>
                <w:szCs w:val="24"/>
              </w:rPr>
              <m:t>m</m:t>
            </m:r>
          </m:e>
          <m:sup>
            <m:r>
              <w:rPr>
                <w:rFonts w:ascii="Cambria Math" w:hAnsi="Cambria Math" w:cs="Times New Roman"/>
                <w:szCs w:val="24"/>
              </w:rPr>
              <m:t>3</m:t>
            </m:r>
          </m:sup>
        </m:sSup>
      </m:oMath>
      <w:r w:rsidRPr="00681064">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r>
          <m:rPr>
            <m:sty m:val="p"/>
          </m:rPr>
          <w:rPr>
            <w:rFonts w:ascii="Cambria Math" w:hAnsi="Cambria Math" w:cs="Times New Roman"/>
            <w:szCs w:val="24"/>
          </w:rPr>
          <m:t>=</m:t>
        </m:r>
        <m:r>
          <w:rPr>
            <w:rFonts w:ascii="Cambria Math" w:hAnsi="Cambria Math" w:cs="Times New Roman"/>
            <w:szCs w:val="24"/>
          </w:rPr>
          <m:t>400 K</m:t>
        </m:r>
      </m:oMath>
      <w:r w:rsidRPr="00681064">
        <w:rPr>
          <w:rFonts w:cs="Times New Roman"/>
          <w:szCs w:val="24"/>
        </w:rPr>
        <w:t>.</w:t>
      </w:r>
    </w:p>
    <w:p w14:paraId="59B5BAAA"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a) Đúng.</w:t>
      </w:r>
      <w:r w:rsidRPr="00681064">
        <w:rPr>
          <w:rFonts w:cs="Times New Roman"/>
          <w:szCs w:val="24"/>
        </w:rPr>
        <w:t xml:space="preserve"> Áp suất không đổi nên đây là quá trình đẳng áp.</w:t>
      </w:r>
    </w:p>
    <w:p w14:paraId="2BC6EEDA"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b) Đúng.</w:t>
      </w:r>
      <w:r w:rsidRPr="00681064">
        <w:rPr>
          <w:rFonts w:cs="Times New Roman"/>
          <w:szCs w:val="24"/>
        </w:rPr>
        <w:t xml:space="preserve"> Khí bị nén nên nhận công:</w:t>
      </w:r>
    </w:p>
    <w:p w14:paraId="09C5F053" w14:textId="77777777" w:rsidR="00EA3B5B" w:rsidRPr="00681064" w:rsidRDefault="00000000" w:rsidP="00681064">
      <w:pPr>
        <w:pStyle w:val="BodyText"/>
        <w:tabs>
          <w:tab w:val="left" w:pos="426"/>
        </w:tabs>
        <w:ind w:left="426"/>
        <w:rPr>
          <w:rFonts w:cs="Times New Roman"/>
          <w:szCs w:val="24"/>
        </w:rPr>
      </w:pPr>
      <m:oMathPara>
        <m:oMathParaPr>
          <m:jc m:val="center"/>
        </m:oMathParaPr>
        <m:oMath>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p</m:t>
          </m:r>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1</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2</m:t>
                  </m:r>
                </m:sub>
              </m:sSub>
            </m:e>
          </m:d>
          <m:r>
            <m:rPr>
              <m:sty m:val="p"/>
            </m:rPr>
            <w:rPr>
              <w:rFonts w:ascii="Cambria Math" w:hAnsi="Cambria Math" w:cs="Times New Roman"/>
              <w:szCs w:val="24"/>
            </w:rPr>
            <m:t>=</m:t>
          </m:r>
          <m:r>
            <w:rPr>
              <w:rFonts w:ascii="Cambria Math" w:hAnsi="Cambria Math" w:cs="Times New Roman"/>
              <w:szCs w:val="24"/>
            </w:rPr>
            <m:t>100</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3</m:t>
              </m:r>
            </m:sup>
          </m:sSup>
          <m:r>
            <m:rPr>
              <m:sty m:val="p"/>
            </m:rPr>
            <w:rPr>
              <w:rFonts w:ascii="Cambria Math" w:hAnsi="Cambria Math" w:cs="Times New Roman"/>
              <w:szCs w:val="24"/>
            </w:rPr>
            <m:t>⋅</m:t>
          </m:r>
          <m:r>
            <w:rPr>
              <w:rFonts w:ascii="Cambria Math" w:hAnsi="Cambria Math" w:cs="Times New Roman"/>
              <w:szCs w:val="24"/>
            </w:rPr>
            <m:t>4</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m:rPr>
                  <m:sty m:val="p"/>
                </m:rPr>
                <w:rPr>
                  <w:rFonts w:ascii="Cambria Math" w:hAnsi="Cambria Math" w:cs="Times New Roman"/>
                  <w:szCs w:val="24"/>
                </w:rPr>
                <m:t>-</m:t>
              </m:r>
              <m:r>
                <w:rPr>
                  <w:rFonts w:ascii="Cambria Math" w:hAnsi="Cambria Math" w:cs="Times New Roman"/>
                  <w:szCs w:val="24"/>
                </w:rPr>
                <m:t>3</m:t>
              </m:r>
            </m:sup>
          </m:sSup>
          <m:r>
            <m:rPr>
              <m:sty m:val="p"/>
            </m:rPr>
            <w:rPr>
              <w:rFonts w:ascii="Cambria Math" w:hAnsi="Cambria Math" w:cs="Times New Roman"/>
              <w:szCs w:val="24"/>
            </w:rPr>
            <m:t>=</m:t>
          </m:r>
          <m:r>
            <w:rPr>
              <w:rFonts w:ascii="Cambria Math" w:hAnsi="Cambria Math" w:cs="Times New Roman"/>
              <w:szCs w:val="24"/>
            </w:rPr>
            <m:t>400 J</m:t>
          </m:r>
          <m:r>
            <m:rPr>
              <m:sty m:val="p"/>
            </m:rPr>
            <w:rPr>
              <w:rFonts w:ascii="Cambria Math" w:hAnsi="Cambria Math" w:cs="Times New Roman"/>
              <w:szCs w:val="24"/>
            </w:rPr>
            <m:t>.</m:t>
          </m:r>
        </m:oMath>
      </m:oMathPara>
    </w:p>
    <w:p w14:paraId="09A14C70" w14:textId="77777777" w:rsidR="00EA3B5B" w:rsidRPr="00681064" w:rsidRDefault="00000000" w:rsidP="00681064">
      <w:pPr>
        <w:tabs>
          <w:tab w:val="left" w:pos="426"/>
        </w:tabs>
        <w:ind w:left="426"/>
        <w:rPr>
          <w:rFonts w:cs="Times New Roman"/>
          <w:szCs w:val="24"/>
        </w:rPr>
      </w:pPr>
      <w:r w:rsidRPr="00681064">
        <w:rPr>
          <w:rFonts w:cs="Times New Roman"/>
          <w:b/>
          <w:bCs/>
          <w:szCs w:val="24"/>
        </w:rPr>
        <w:t>c) Sai.</w:t>
      </w:r>
      <w:r w:rsidRPr="00681064">
        <w:rPr>
          <w:rFonts w:cs="Times New Roman"/>
          <w:szCs w:val="24"/>
        </w:rPr>
        <w:t xml:space="preserve"> Vì đẳng áp nên </w:t>
      </w:r>
      <m:oMath>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2</m:t>
                </m:r>
              </m:sub>
            </m:sSub>
          </m:num>
          <m:den>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den>
        </m:f>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2</m:t>
                </m:r>
              </m:sub>
            </m:sSub>
          </m:num>
          <m:den>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1</m:t>
                </m:r>
              </m:sub>
            </m:sSub>
          </m:den>
        </m:f>
      </m:oMath>
      <w:r w:rsidRPr="00681064">
        <w:rPr>
          <w:rFonts w:cs="Times New Roman"/>
          <w:szCs w:val="24"/>
        </w:rPr>
        <w:t xml:space="preserve">, suy ra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2</m:t>
            </m:r>
          </m:sub>
        </m:sSub>
        <m:r>
          <m:rPr>
            <m:sty m:val="p"/>
          </m:rPr>
          <w:rPr>
            <w:rFonts w:ascii="Cambria Math" w:hAnsi="Cambria Math" w:cs="Times New Roman"/>
            <w:szCs w:val="24"/>
          </w:rPr>
          <m:t>=</m:t>
        </m:r>
        <m:r>
          <w:rPr>
            <w:rFonts w:ascii="Cambria Math" w:hAnsi="Cambria Math" w:cs="Times New Roman"/>
            <w:szCs w:val="24"/>
          </w:rPr>
          <m:t>240 K</m:t>
        </m:r>
      </m:oMath>
      <w:r w:rsidRPr="00681064">
        <w:rPr>
          <w:rFonts w:cs="Times New Roman"/>
          <w:szCs w:val="24"/>
        </w:rPr>
        <w:t>. Nhiệt lượng khí nhận:</w:t>
      </w:r>
    </w:p>
    <w:p w14:paraId="0BFE2594" w14:textId="77777777" w:rsidR="00EA3B5B" w:rsidRPr="00681064" w:rsidRDefault="00000000" w:rsidP="00681064">
      <w:pPr>
        <w:pStyle w:val="BodyText"/>
        <w:tabs>
          <w:tab w:val="left" w:pos="426"/>
        </w:tabs>
        <w:ind w:left="426"/>
        <w:rPr>
          <w:rFonts w:cs="Times New Roman"/>
          <w:szCs w:val="24"/>
        </w:rPr>
      </w:pPr>
      <m:oMathPara>
        <m:oMathParaPr>
          <m:jc m:val="center"/>
        </m:oMathParaPr>
        <m:oMath>
          <m:r>
            <w:rPr>
              <w:rFonts w:ascii="Cambria Math" w:hAnsi="Cambria Math" w:cs="Times New Roman"/>
              <w:szCs w:val="24"/>
            </w:rPr>
            <m:t>Q</m:t>
          </m:r>
          <m:r>
            <m:rPr>
              <m:sty m:val="p"/>
            </m:rPr>
            <w:rPr>
              <w:rFonts w:ascii="Cambria Math" w:hAnsi="Cambria Math" w:cs="Times New Roman"/>
              <w:szCs w:val="24"/>
            </w:rPr>
            <m:t>=</m:t>
          </m:r>
          <m:r>
            <w:rPr>
              <w:rFonts w:ascii="Cambria Math" w:hAnsi="Cambria Math" w:cs="Times New Roman"/>
              <w:szCs w:val="24"/>
            </w:rPr>
            <m:t>m</m:t>
          </m:r>
          <m:sSub>
            <m:sSubPr>
              <m:ctrlPr>
                <w:rPr>
                  <w:rFonts w:ascii="Cambria Math" w:hAnsi="Cambria Math" w:cs="Times New Roman"/>
                  <w:szCs w:val="24"/>
                </w:rPr>
              </m:ctrlPr>
            </m:sSubPr>
            <m:e>
              <m:r>
                <w:rPr>
                  <w:rFonts w:ascii="Cambria Math" w:hAnsi="Cambria Math" w:cs="Times New Roman"/>
                  <w:szCs w:val="24"/>
                </w:rPr>
                <m:t>c</m:t>
              </m:r>
            </m:e>
            <m:sub>
              <m:r>
                <w:rPr>
                  <w:rFonts w:ascii="Cambria Math" w:hAnsi="Cambria Math" w:cs="Times New Roman"/>
                  <w:szCs w:val="24"/>
                </w:rPr>
                <m:t>p</m:t>
              </m:r>
            </m:sub>
          </m:sSub>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2</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e>
          </m:d>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020</m:t>
          </m:r>
          <m:r>
            <m:rPr>
              <m:sty m:val="p"/>
            </m:rPr>
            <w:rPr>
              <w:rFonts w:ascii="Cambria Math" w:hAnsi="Cambria Math" w:cs="Times New Roman"/>
              <w:szCs w:val="24"/>
            </w:rPr>
            <m:t>⋅</m:t>
          </m:r>
          <m:r>
            <w:rPr>
              <w:rFonts w:ascii="Cambria Math" w:hAnsi="Cambria Math" w:cs="Times New Roman"/>
              <w:szCs w:val="24"/>
            </w:rPr>
            <m:t>910</m:t>
          </m:r>
          <m:r>
            <m:rPr>
              <m:sty m:val="p"/>
            </m:rPr>
            <w:rPr>
              <w:rFonts w:ascii="Cambria Math" w:hAnsi="Cambria Math" w:cs="Times New Roman"/>
              <w:szCs w:val="24"/>
            </w:rPr>
            <m:t>⋅</m:t>
          </m:r>
          <m:d>
            <m:dPr>
              <m:ctrlPr>
                <w:rPr>
                  <w:rFonts w:ascii="Cambria Math" w:hAnsi="Cambria Math" w:cs="Times New Roman"/>
                  <w:szCs w:val="24"/>
                </w:rPr>
              </m:ctrlPr>
            </m:dPr>
            <m:e>
              <m:r>
                <m:rPr>
                  <m:sty m:val="p"/>
                </m:rPr>
                <w:rPr>
                  <w:rFonts w:ascii="Cambria Math" w:hAnsi="Cambria Math" w:cs="Times New Roman"/>
                  <w:szCs w:val="24"/>
                </w:rPr>
                <m:t>-</m:t>
              </m:r>
              <m:r>
                <w:rPr>
                  <w:rFonts w:ascii="Cambria Math" w:hAnsi="Cambria Math" w:cs="Times New Roman"/>
                  <w:szCs w:val="24"/>
                </w:rPr>
                <m:t>160</m:t>
              </m:r>
            </m:e>
          </m:d>
          <m:r>
            <m:rPr>
              <m:sty m:val="p"/>
            </m:rPr>
            <w:rPr>
              <w:rFonts w:ascii="Cambria Math" w:hAnsi="Cambria Math" w:cs="Times New Roman"/>
              <w:szCs w:val="24"/>
            </w:rPr>
            <m:t>=-</m:t>
          </m:r>
          <m:r>
            <w:rPr>
              <w:rFonts w:ascii="Cambria Math" w:hAnsi="Cambria Math" w:cs="Times New Roman"/>
              <w:szCs w:val="24"/>
            </w:rPr>
            <m:t>2912 J</m:t>
          </m:r>
          <m:r>
            <m:rPr>
              <m:sty m:val="p"/>
            </m:rPr>
            <w:rPr>
              <w:rFonts w:ascii="Cambria Math" w:hAnsi="Cambria Math" w:cs="Times New Roman"/>
              <w:szCs w:val="24"/>
            </w:rPr>
            <m:t>.</m:t>
          </m:r>
        </m:oMath>
      </m:oMathPara>
    </w:p>
    <w:p w14:paraId="2FF45DC8" w14:textId="77777777" w:rsidR="00EA3B5B" w:rsidRPr="00681064" w:rsidRDefault="00000000" w:rsidP="00681064">
      <w:pPr>
        <w:tabs>
          <w:tab w:val="left" w:pos="426"/>
        </w:tabs>
        <w:ind w:left="426"/>
        <w:rPr>
          <w:rFonts w:cs="Times New Roman"/>
          <w:szCs w:val="24"/>
        </w:rPr>
      </w:pPr>
      <w:r w:rsidRPr="00681064">
        <w:rPr>
          <w:rFonts w:cs="Times New Roman"/>
          <w:szCs w:val="24"/>
        </w:rPr>
        <w:t xml:space="preserve">Khí truyền ra môi trường </w:t>
      </w:r>
      <m:oMath>
        <m:r>
          <w:rPr>
            <w:rFonts w:ascii="Cambria Math" w:hAnsi="Cambria Math" w:cs="Times New Roman"/>
            <w:szCs w:val="24"/>
          </w:rPr>
          <m:t>2912 J</m:t>
        </m:r>
      </m:oMath>
      <w:r w:rsidRPr="00681064">
        <w:rPr>
          <w:rFonts w:cs="Times New Roman"/>
          <w:szCs w:val="24"/>
        </w:rPr>
        <w:t xml:space="preserve">, không phải </w:t>
      </w:r>
      <m:oMath>
        <m:r>
          <w:rPr>
            <w:rFonts w:ascii="Cambria Math" w:hAnsi="Cambria Math" w:cs="Times New Roman"/>
            <w:szCs w:val="24"/>
          </w:rPr>
          <m:t>2192 J</m:t>
        </m:r>
      </m:oMath>
      <w:r w:rsidRPr="00681064">
        <w:rPr>
          <w:rFonts w:cs="Times New Roman"/>
          <w:szCs w:val="24"/>
        </w:rPr>
        <w:t>.</w:t>
      </w:r>
    </w:p>
    <w:p w14:paraId="4CBE9247" w14:textId="77777777" w:rsidR="00EA3B5B" w:rsidRPr="00681064" w:rsidRDefault="00000000" w:rsidP="00681064">
      <w:pPr>
        <w:pStyle w:val="BodyText"/>
        <w:tabs>
          <w:tab w:val="left" w:pos="426"/>
        </w:tabs>
        <w:ind w:left="426"/>
        <w:rPr>
          <w:rFonts w:cs="Times New Roman"/>
          <w:szCs w:val="24"/>
        </w:rPr>
      </w:pPr>
      <w:r w:rsidRPr="00681064">
        <w:rPr>
          <w:rFonts w:cs="Times New Roman"/>
          <w:b/>
          <w:bCs/>
          <w:szCs w:val="24"/>
        </w:rPr>
        <w:t>d) Đúng.</w:t>
      </w:r>
    </w:p>
    <w:p w14:paraId="45FE98B7" w14:textId="77777777" w:rsidR="00EA3B5B" w:rsidRPr="00681064" w:rsidRDefault="00000000" w:rsidP="00681064">
      <w:pPr>
        <w:pStyle w:val="BodyText"/>
        <w:tabs>
          <w:tab w:val="left" w:pos="426"/>
        </w:tabs>
        <w:ind w:left="426"/>
        <w:rPr>
          <w:rFonts w:cs="Times New Roman"/>
          <w:szCs w:val="24"/>
        </w:rPr>
      </w:pPr>
      <m:oMathPara>
        <m:oMathParaPr>
          <m:jc m:val="center"/>
        </m:oMathParaPr>
        <m:oMath>
          <m:r>
            <w:rPr>
              <w:rFonts w:ascii="Cambria Math" w:hAnsi="Cambria Math" w:cs="Times New Roman"/>
              <w:szCs w:val="24"/>
            </w:rPr>
            <m:t>ΔU</m:t>
          </m:r>
          <m:r>
            <m:rPr>
              <m:sty m:val="p"/>
            </m:rPr>
            <w:rPr>
              <w:rFonts w:ascii="Cambria Math" w:hAnsi="Cambria Math" w:cs="Times New Roman"/>
              <w:szCs w:val="24"/>
            </w:rPr>
            <m:t>=</m:t>
          </m:r>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Q</m:t>
          </m:r>
          <m:r>
            <m:rPr>
              <m:sty m:val="p"/>
            </m:rPr>
            <w:rPr>
              <w:rFonts w:ascii="Cambria Math" w:hAnsi="Cambria Math" w:cs="Times New Roman"/>
              <w:szCs w:val="24"/>
            </w:rPr>
            <m:t>=</m:t>
          </m:r>
          <m:r>
            <w:rPr>
              <w:rFonts w:ascii="Cambria Math" w:hAnsi="Cambria Math" w:cs="Times New Roman"/>
              <w:szCs w:val="24"/>
            </w:rPr>
            <m:t>400</m:t>
          </m:r>
          <m:r>
            <m:rPr>
              <m:sty m:val="p"/>
            </m:rPr>
            <w:rPr>
              <w:rFonts w:ascii="Cambria Math" w:hAnsi="Cambria Math" w:cs="Times New Roman"/>
              <w:szCs w:val="24"/>
            </w:rPr>
            <m:t>-</m:t>
          </m:r>
          <m:r>
            <w:rPr>
              <w:rFonts w:ascii="Cambria Math" w:hAnsi="Cambria Math" w:cs="Times New Roman"/>
              <w:szCs w:val="24"/>
            </w:rPr>
            <m:t>2912</m:t>
          </m:r>
          <m:r>
            <m:rPr>
              <m:sty m:val="p"/>
            </m:rPr>
            <w:rPr>
              <w:rFonts w:ascii="Cambria Math" w:hAnsi="Cambria Math" w:cs="Times New Roman"/>
              <w:szCs w:val="24"/>
            </w:rPr>
            <m:t>=-</m:t>
          </m:r>
          <m:r>
            <w:rPr>
              <w:rFonts w:ascii="Cambria Math" w:hAnsi="Cambria Math" w:cs="Times New Roman"/>
              <w:szCs w:val="24"/>
            </w:rPr>
            <m:t>2512 J</m:t>
          </m:r>
          <m:r>
            <m:rPr>
              <m:sty m:val="p"/>
            </m:rPr>
            <w:rPr>
              <w:rFonts w:ascii="Cambria Math" w:hAnsi="Cambria Math" w:cs="Times New Roman"/>
              <w:szCs w:val="24"/>
            </w:rPr>
            <m:t>,</m:t>
          </m:r>
        </m:oMath>
      </m:oMathPara>
    </w:p>
    <w:p w14:paraId="53358609" w14:textId="77777777" w:rsidR="00EA3B5B" w:rsidRPr="00681064" w:rsidRDefault="00000000" w:rsidP="00681064">
      <w:pPr>
        <w:tabs>
          <w:tab w:val="left" w:pos="426"/>
        </w:tabs>
        <w:ind w:left="426"/>
        <w:rPr>
          <w:rFonts w:cs="Times New Roman"/>
          <w:szCs w:val="24"/>
        </w:rPr>
      </w:pPr>
      <w:r w:rsidRPr="00681064">
        <w:rPr>
          <w:rFonts w:cs="Times New Roman"/>
          <w:szCs w:val="24"/>
        </w:rPr>
        <w:t xml:space="preserve">nên nội năng giảm </w:t>
      </w:r>
      <m:oMath>
        <m:r>
          <w:rPr>
            <w:rFonts w:ascii="Cambria Math" w:hAnsi="Cambria Math" w:cs="Times New Roman"/>
            <w:szCs w:val="24"/>
          </w:rPr>
          <m:t>2512 J</m:t>
        </m:r>
      </m:oMath>
      <w:r w:rsidRPr="00681064">
        <w:rPr>
          <w:rFonts w:cs="Times New Roman"/>
          <w:szCs w:val="24"/>
        </w:rPr>
        <w:t>.</w:t>
      </w:r>
    </w:p>
    <w:p w14:paraId="4763F424" w14:textId="77777777" w:rsidR="00EA3B5B" w:rsidRPr="00681064" w:rsidRDefault="00000000" w:rsidP="00681064">
      <w:pPr>
        <w:pStyle w:val="Heading1"/>
        <w:tabs>
          <w:tab w:val="left" w:pos="426"/>
        </w:tabs>
        <w:rPr>
          <w:rFonts w:ascii="Times New Roman" w:hAnsi="Times New Roman" w:cs="Times New Roman"/>
          <w:sz w:val="24"/>
          <w:szCs w:val="24"/>
        </w:rPr>
      </w:pPr>
      <w:bookmarkStart w:id="24" w:name="phần-iii-trắc-nghiệm-trả-lời-ngắn"/>
      <w:bookmarkEnd w:id="19"/>
      <w:bookmarkEnd w:id="23"/>
      <w:r w:rsidRPr="00681064">
        <w:rPr>
          <w:rFonts w:ascii="Times New Roman" w:hAnsi="Times New Roman" w:cs="Times New Roman"/>
          <w:sz w:val="24"/>
          <w:szCs w:val="24"/>
        </w:rPr>
        <w:t>PHẦN III. TRẮC NGHIỆM TRẢ LỜI NGẮN</w:t>
      </w:r>
    </w:p>
    <w:p w14:paraId="6551319B" w14:textId="77777777" w:rsidR="00681064" w:rsidRPr="00681064" w:rsidRDefault="00681064" w:rsidP="00681064">
      <w:pPr>
        <w:pStyle w:val="BodyText"/>
        <w:tabs>
          <w:tab w:val="left" w:pos="426"/>
        </w:tabs>
        <w:rPr>
          <w:szCs w:val="24"/>
        </w:rPr>
      </w:pPr>
      <w:bookmarkStart w:id="25" w:name="câu-1-2"/>
      <w:r w:rsidRPr="00681064">
        <w:rPr>
          <w:b/>
          <w:bCs/>
          <w:szCs w:val="24"/>
        </w:rPr>
        <w:t>Câu 1.</w:t>
      </w:r>
      <w:r w:rsidRPr="00681064">
        <w:rPr>
          <w:szCs w:val="24"/>
        </w:rPr>
        <w:t xml:space="preserve"> Một nhà máy thép mỗi lần luyện được </w:t>
      </w:r>
      <m:oMath>
        <m:r>
          <w:rPr>
            <w:rFonts w:ascii="Cambria Math" w:hAnsi="Cambria Math"/>
            <w:szCs w:val="24"/>
          </w:rPr>
          <m:t>30</m:t>
        </m:r>
      </m:oMath>
      <w:r w:rsidRPr="00681064">
        <w:rPr>
          <w:szCs w:val="24"/>
        </w:rPr>
        <w:t xml:space="preserve"> tấn thép. Nhiệt nóng chảy riêng của thép là </w:t>
      </w:r>
      <m:oMath>
        <m:r>
          <w:rPr>
            <w:rFonts w:ascii="Cambria Math" w:hAnsi="Cambria Math"/>
            <w:szCs w:val="24"/>
          </w:rPr>
          <m:t>2</m:t>
        </m:r>
        <m:r>
          <m:rPr>
            <m:sty m:val="p"/>
          </m:rPr>
          <w:rPr>
            <w:rFonts w:ascii="Cambria Math" w:hAnsi="Cambria Math"/>
            <w:szCs w:val="24"/>
          </w:rPr>
          <m:t>,</m:t>
        </m:r>
        <m:r>
          <w:rPr>
            <w:rFonts w:ascii="Cambria Math" w:hAnsi="Cambria Math"/>
            <w:szCs w:val="24"/>
          </w:rPr>
          <m:t>77</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w:rPr>
                <w:rFonts w:ascii="Cambria Math" w:hAnsi="Cambria Math"/>
                <w:szCs w:val="24"/>
              </w:rPr>
              <m:t>5</m:t>
            </m:r>
          </m:sup>
        </m:sSup>
        <m:r>
          <w:rPr>
            <w:rFonts w:ascii="Cambria Math" w:hAnsi="Cambria Math"/>
            <w:szCs w:val="24"/>
          </w:rPr>
          <m:t> </m:t>
        </m:r>
        <m:r>
          <m:rPr>
            <m:sty m:val="p"/>
          </m:rPr>
          <w:rPr>
            <w:rFonts w:ascii="Cambria Math" w:hAnsi="Cambria Math"/>
            <w:szCs w:val="24"/>
          </w:rPr>
          <m:t>J/kg</m:t>
        </m:r>
      </m:oMath>
      <w:r w:rsidRPr="00681064">
        <w:rPr>
          <w:szCs w:val="24"/>
        </w:rPr>
        <w:t xml:space="preserve">. Tính nhiệt lượng cần cung cấp để làm nóng chảy hoàn toàn thép ở nhiệt độ nóng chảy. </w:t>
      </w:r>
      <w:r w:rsidRPr="00681064">
        <w:rPr>
          <w:i/>
          <w:iCs/>
          <w:szCs w:val="24"/>
        </w:rPr>
        <w:t>Đơn vị: MJ.</w:t>
      </w:r>
    </w:p>
    <w:p w14:paraId="3355FE11" w14:textId="3FEDB083" w:rsidR="00681064" w:rsidRPr="00681064" w:rsidRDefault="00681064" w:rsidP="00681064">
      <w:pPr>
        <w:tabs>
          <w:tab w:val="left" w:pos="426"/>
        </w:tabs>
        <w:rPr>
          <w:rFonts w:cs="Times New Roman"/>
          <w:b/>
          <w:bCs/>
          <w:color w:val="CC3300"/>
          <w:szCs w:val="24"/>
        </w:rPr>
      </w:pPr>
      <w:r w:rsidRPr="00681064">
        <w:rPr>
          <w:rFonts w:cs="Times New Roman"/>
          <w:b/>
          <w:bCs/>
          <w:color w:val="CC3300"/>
          <w:szCs w:val="24"/>
        </w:rPr>
        <w:t>Trả lời: 8310</w:t>
      </w:r>
    </w:p>
    <w:p w14:paraId="0A330817" w14:textId="5E63BCFC" w:rsidR="00EA3B5B" w:rsidRPr="00681064" w:rsidRDefault="00000000" w:rsidP="00681064">
      <w:pPr>
        <w:tabs>
          <w:tab w:val="left" w:pos="426"/>
        </w:tabs>
        <w:rPr>
          <w:rFonts w:cs="Times New Roman"/>
          <w:szCs w:val="24"/>
        </w:rPr>
      </w:pPr>
      <w:r w:rsidRPr="00681064">
        <w:rPr>
          <w:rFonts w:cs="Times New Roman"/>
          <w:szCs w:val="24"/>
        </w:rPr>
        <w:t xml:space="preserve">Khối lượng thép: </w:t>
      </w:r>
      <m:oMath>
        <m:r>
          <w:rPr>
            <w:rFonts w:ascii="Cambria Math" w:hAnsi="Cambria Math" w:cs="Times New Roman"/>
            <w:szCs w:val="24"/>
          </w:rPr>
          <m:t>m</m:t>
        </m:r>
        <m:r>
          <m:rPr>
            <m:sty m:val="p"/>
          </m:rPr>
          <w:rPr>
            <w:rFonts w:ascii="Cambria Math" w:hAnsi="Cambria Math" w:cs="Times New Roman"/>
            <w:szCs w:val="24"/>
          </w:rPr>
          <m:t>=</m:t>
        </m:r>
        <m:r>
          <w:rPr>
            <w:rFonts w:ascii="Cambria Math" w:hAnsi="Cambria Math" w:cs="Times New Roman"/>
            <w:szCs w:val="24"/>
          </w:rPr>
          <m:t>30 t</m:t>
        </m:r>
        <m:r>
          <m:rPr>
            <m:sty m:val="p"/>
          </m:rPr>
          <w:rPr>
            <w:rFonts w:ascii="Cambria Math" w:hAnsi="Cambria Math" w:cs="Times New Roman"/>
            <w:szCs w:val="24"/>
          </w:rPr>
          <m:t>=</m:t>
        </m:r>
        <m:r>
          <w:rPr>
            <w:rFonts w:ascii="Cambria Math" w:hAnsi="Cambria Math" w:cs="Times New Roman"/>
            <w:szCs w:val="24"/>
          </w:rPr>
          <m:t>3</m:t>
        </m:r>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4</m:t>
            </m:r>
          </m:sup>
        </m:sSup>
        <m:r>
          <w:rPr>
            <w:rFonts w:ascii="Cambria Math" w:hAnsi="Cambria Math" w:cs="Times New Roman"/>
            <w:szCs w:val="24"/>
          </w:rPr>
          <m:t> kg</m:t>
        </m:r>
      </m:oMath>
      <w:r w:rsidRPr="00681064">
        <w:rPr>
          <w:rFonts w:cs="Times New Roman"/>
          <w:szCs w:val="24"/>
        </w:rPr>
        <w:t>.</w:t>
      </w:r>
    </w:p>
    <w:p w14:paraId="62CA14A6"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Q</m:t>
          </m:r>
          <m:r>
            <m:rPr>
              <m:sty m:val="p"/>
            </m:rPr>
            <w:rPr>
              <w:rFonts w:ascii="Cambria Math" w:hAnsi="Cambria Math" w:cs="Times New Roman"/>
              <w:szCs w:val="24"/>
            </w:rPr>
            <m:t>=</m:t>
          </m:r>
          <m:r>
            <w:rPr>
              <w:rFonts w:ascii="Cambria Math" w:hAnsi="Cambria Math" w:cs="Times New Roman"/>
              <w:szCs w:val="24"/>
            </w:rPr>
            <m:t>mλ</m:t>
          </m:r>
          <m:r>
            <m:rPr>
              <m:sty m:val="p"/>
            </m:rPr>
            <w:rPr>
              <w:rFonts w:ascii="Cambria Math" w:hAnsi="Cambria Math" w:cs="Times New Roman"/>
              <w:szCs w:val="24"/>
            </w:rPr>
            <m:t>=</m:t>
          </m:r>
          <m:r>
            <w:rPr>
              <w:rFonts w:ascii="Cambria Math" w:hAnsi="Cambria Math" w:cs="Times New Roman"/>
              <w:szCs w:val="24"/>
            </w:rPr>
            <m:t>3</m:t>
          </m:r>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4</m:t>
              </m:r>
            </m:sup>
          </m:sSup>
          <m:r>
            <m:rPr>
              <m:sty m:val="p"/>
            </m:rPr>
            <w:rPr>
              <w:rFonts w:ascii="Cambria Math" w:hAnsi="Cambria Math" w:cs="Times New Roman"/>
              <w:szCs w:val="24"/>
            </w:rPr>
            <m:t>⋅</m:t>
          </m:r>
          <m:r>
            <w:rPr>
              <w:rFonts w:ascii="Cambria Math" w:hAnsi="Cambria Math" w:cs="Times New Roman"/>
              <w:szCs w:val="24"/>
            </w:rPr>
            <m:t>2</m:t>
          </m:r>
          <m:r>
            <m:rPr>
              <m:sty m:val="p"/>
            </m:rPr>
            <w:rPr>
              <w:rFonts w:ascii="Cambria Math" w:hAnsi="Cambria Math" w:cs="Times New Roman"/>
              <w:szCs w:val="24"/>
            </w:rPr>
            <m:t>,</m:t>
          </m:r>
          <m:r>
            <w:rPr>
              <w:rFonts w:ascii="Cambria Math" w:hAnsi="Cambria Math" w:cs="Times New Roman"/>
              <w:szCs w:val="24"/>
            </w:rPr>
            <m:t>77</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5</m:t>
              </m:r>
            </m:sup>
          </m:sSup>
          <m:r>
            <m:rPr>
              <m:sty m:val="p"/>
            </m:rPr>
            <w:rPr>
              <w:rFonts w:ascii="Cambria Math" w:hAnsi="Cambria Math" w:cs="Times New Roman"/>
              <w:szCs w:val="24"/>
            </w:rPr>
            <m:t>=</m:t>
          </m:r>
          <m:r>
            <w:rPr>
              <w:rFonts w:ascii="Cambria Math" w:hAnsi="Cambria Math" w:cs="Times New Roman"/>
              <w:szCs w:val="24"/>
            </w:rPr>
            <m:t>8</m:t>
          </m:r>
          <m:r>
            <m:rPr>
              <m:sty m:val="p"/>
            </m:rPr>
            <w:rPr>
              <w:rFonts w:ascii="Cambria Math" w:hAnsi="Cambria Math" w:cs="Times New Roman"/>
              <w:szCs w:val="24"/>
            </w:rPr>
            <m:t>,</m:t>
          </m:r>
          <m:r>
            <w:rPr>
              <w:rFonts w:ascii="Cambria Math" w:hAnsi="Cambria Math" w:cs="Times New Roman"/>
              <w:szCs w:val="24"/>
            </w:rPr>
            <m:t>31</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9</m:t>
              </m:r>
            </m:sup>
          </m:sSup>
          <m:r>
            <w:rPr>
              <w:rFonts w:ascii="Cambria Math" w:hAnsi="Cambria Math" w:cs="Times New Roman"/>
              <w:szCs w:val="24"/>
            </w:rPr>
            <m:t> J</m:t>
          </m:r>
          <m:r>
            <m:rPr>
              <m:sty m:val="p"/>
            </m:rPr>
            <w:rPr>
              <w:rFonts w:ascii="Cambria Math" w:hAnsi="Cambria Math" w:cs="Times New Roman"/>
              <w:szCs w:val="24"/>
            </w:rPr>
            <m:t>=</m:t>
          </m:r>
          <m:r>
            <w:rPr>
              <w:rFonts w:ascii="Cambria Math" w:hAnsi="Cambria Math" w:cs="Times New Roman"/>
              <w:szCs w:val="24"/>
            </w:rPr>
            <m:t>8310 MJ</m:t>
          </m:r>
          <m:r>
            <m:rPr>
              <m:sty m:val="p"/>
            </m:rPr>
            <w:rPr>
              <w:rFonts w:ascii="Cambria Math" w:hAnsi="Cambria Math" w:cs="Times New Roman"/>
              <w:szCs w:val="24"/>
            </w:rPr>
            <m:t>.</m:t>
          </m:r>
        </m:oMath>
      </m:oMathPara>
    </w:p>
    <w:p w14:paraId="06E7F392" w14:textId="77777777" w:rsidR="00681064" w:rsidRPr="00681064" w:rsidRDefault="00681064" w:rsidP="00681064">
      <w:pPr>
        <w:pStyle w:val="BodyText"/>
        <w:tabs>
          <w:tab w:val="left" w:pos="426"/>
        </w:tabs>
        <w:rPr>
          <w:szCs w:val="24"/>
        </w:rPr>
      </w:pPr>
      <w:bookmarkStart w:id="26" w:name="câu-2-2"/>
      <w:bookmarkEnd w:id="25"/>
      <w:r w:rsidRPr="00681064">
        <w:rPr>
          <w:b/>
          <w:bCs/>
          <w:szCs w:val="24"/>
        </w:rPr>
        <w:t>Câu 2.</w:t>
      </w:r>
      <w:r w:rsidRPr="00681064">
        <w:rPr>
          <w:szCs w:val="24"/>
        </w:rPr>
        <w:t xml:space="preserve"> Một lượng khí nitrogen có thể tích giảm từ </w:t>
      </w:r>
      <m:oMath>
        <m:r>
          <w:rPr>
            <w:rFonts w:ascii="Cambria Math" w:hAnsi="Cambria Math"/>
            <w:szCs w:val="24"/>
          </w:rPr>
          <m:t>21 </m:t>
        </m:r>
        <m:r>
          <m:rPr>
            <m:sty m:val="p"/>
          </m:rPr>
          <w:rPr>
            <w:rFonts w:ascii="Cambria Math" w:hAnsi="Cambria Math"/>
            <w:szCs w:val="24"/>
          </w:rPr>
          <m:t>d</m:t>
        </m:r>
        <m:sSup>
          <m:sSupPr>
            <m:ctrlPr>
              <w:rPr>
                <w:rFonts w:ascii="Cambria Math" w:hAnsi="Cambria Math"/>
                <w:szCs w:val="24"/>
              </w:rPr>
            </m:ctrlPr>
          </m:sSupPr>
          <m:e>
            <m:r>
              <m:rPr>
                <m:sty m:val="p"/>
              </m:rPr>
              <w:rPr>
                <w:rFonts w:ascii="Cambria Math" w:hAnsi="Cambria Math"/>
                <w:szCs w:val="24"/>
              </w:rPr>
              <m:t>m</m:t>
            </m:r>
          </m:e>
          <m:sup>
            <m:r>
              <m:rPr>
                <m:sty m:val="p"/>
              </m:rPr>
              <w:rPr>
                <w:rFonts w:ascii="Cambria Math" w:hAnsi="Cambria Math"/>
                <w:szCs w:val="24"/>
              </w:rPr>
              <m:t>3</m:t>
            </m:r>
          </m:sup>
        </m:sSup>
      </m:oMath>
      <w:r w:rsidRPr="00681064">
        <w:rPr>
          <w:szCs w:val="24"/>
        </w:rPr>
        <w:t xml:space="preserve"> xuống </w:t>
      </w:r>
      <m:oMath>
        <m:r>
          <w:rPr>
            <w:rFonts w:ascii="Cambria Math" w:hAnsi="Cambria Math"/>
            <w:szCs w:val="24"/>
          </w:rPr>
          <m:t>14 </m:t>
        </m:r>
        <m:r>
          <m:rPr>
            <m:sty m:val="p"/>
          </m:rPr>
          <w:rPr>
            <w:rFonts w:ascii="Cambria Math" w:hAnsi="Cambria Math"/>
            <w:szCs w:val="24"/>
          </w:rPr>
          <m:t>d</m:t>
        </m:r>
        <m:sSup>
          <m:sSupPr>
            <m:ctrlPr>
              <w:rPr>
                <w:rFonts w:ascii="Cambria Math" w:hAnsi="Cambria Math"/>
                <w:szCs w:val="24"/>
              </w:rPr>
            </m:ctrlPr>
          </m:sSupPr>
          <m:e>
            <m:r>
              <m:rPr>
                <m:sty m:val="p"/>
              </m:rPr>
              <w:rPr>
                <w:rFonts w:ascii="Cambria Math" w:hAnsi="Cambria Math"/>
                <w:szCs w:val="24"/>
              </w:rPr>
              <m:t>m</m:t>
            </m:r>
          </m:e>
          <m:sup>
            <m:r>
              <m:rPr>
                <m:sty m:val="p"/>
              </m:rPr>
              <w:rPr>
                <w:rFonts w:ascii="Cambria Math" w:hAnsi="Cambria Math"/>
                <w:szCs w:val="24"/>
              </w:rPr>
              <m:t>3</m:t>
            </m:r>
          </m:sup>
        </m:sSup>
      </m:oMath>
      <w:r w:rsidRPr="00681064">
        <w:rPr>
          <w:szCs w:val="24"/>
        </w:rPr>
        <w:t xml:space="preserve">, áp suất tăng từ </w:t>
      </w:r>
      <m:oMath>
        <m:r>
          <w:rPr>
            <w:rFonts w:ascii="Cambria Math" w:hAnsi="Cambria Math"/>
            <w:szCs w:val="24"/>
          </w:rPr>
          <m:t>80</m:t>
        </m:r>
        <m:r>
          <m:rPr>
            <m:sty m:val="p"/>
          </m:rPr>
          <w:rPr>
            <w:rFonts w:ascii="Cambria Math" w:hAnsi="Cambria Math"/>
            <w:szCs w:val="24"/>
          </w:rPr>
          <m:t>,</m:t>
        </m:r>
        <m:r>
          <w:rPr>
            <w:rFonts w:ascii="Cambria Math" w:hAnsi="Cambria Math"/>
            <w:szCs w:val="24"/>
          </w:rPr>
          <m:t>0 </m:t>
        </m:r>
        <m:r>
          <m:rPr>
            <m:sty m:val="p"/>
          </m:rPr>
          <w:rPr>
            <w:rFonts w:ascii="Cambria Math" w:hAnsi="Cambria Math"/>
            <w:szCs w:val="24"/>
          </w:rPr>
          <m:t>kPa</m:t>
        </m:r>
      </m:oMath>
      <w:r w:rsidRPr="00681064">
        <w:rPr>
          <w:szCs w:val="24"/>
        </w:rPr>
        <w:t xml:space="preserve"> lên </w:t>
      </w:r>
      <m:oMath>
        <m:r>
          <w:rPr>
            <w:rFonts w:ascii="Cambria Math" w:hAnsi="Cambria Math"/>
            <w:szCs w:val="24"/>
          </w:rPr>
          <m:t>160</m:t>
        </m:r>
        <m:r>
          <m:rPr>
            <m:sty m:val="p"/>
          </m:rPr>
          <w:rPr>
            <w:rFonts w:ascii="Cambria Math" w:hAnsi="Cambria Math"/>
            <w:szCs w:val="24"/>
          </w:rPr>
          <m:t>,</m:t>
        </m:r>
        <m:r>
          <w:rPr>
            <w:rFonts w:ascii="Cambria Math" w:hAnsi="Cambria Math"/>
            <w:szCs w:val="24"/>
          </w:rPr>
          <m:t>0 </m:t>
        </m:r>
        <m:r>
          <m:rPr>
            <m:sty m:val="p"/>
          </m:rPr>
          <w:rPr>
            <w:rFonts w:ascii="Cambria Math" w:hAnsi="Cambria Math"/>
            <w:szCs w:val="24"/>
          </w:rPr>
          <m:t>kPa</m:t>
        </m:r>
      </m:oMath>
      <w:r w:rsidRPr="00681064">
        <w:rPr>
          <w:szCs w:val="24"/>
        </w:rPr>
        <w:t xml:space="preserve"> và nhiệt độ sau là </w:t>
      </w:r>
      <m:oMath>
        <m:r>
          <w:rPr>
            <w:rFonts w:ascii="Cambria Math" w:hAnsi="Cambria Math"/>
            <w:szCs w:val="24"/>
          </w:rPr>
          <m:t>300</m:t>
        </m:r>
        <m:r>
          <m:rPr>
            <m:sty m:val="p"/>
          </m:rPr>
          <w:rPr>
            <w:rFonts w:ascii="Cambria Math" w:hAnsi="Cambria Math"/>
            <w:szCs w:val="24"/>
          </w:rPr>
          <m:t>,</m:t>
        </m:r>
        <m:r>
          <w:rPr>
            <w:rFonts w:ascii="Cambria Math" w:hAnsi="Cambria Math"/>
            <w:szCs w:val="24"/>
          </w:rPr>
          <m:t>0 </m:t>
        </m:r>
        <m:r>
          <m:rPr>
            <m:sty m:val="p"/>
          </m:rPr>
          <w:rPr>
            <w:rFonts w:ascii="Cambria Math" w:hAnsi="Cambria Math"/>
            <w:szCs w:val="24"/>
          </w:rPr>
          <m:t>K</m:t>
        </m:r>
      </m:oMath>
      <w:r w:rsidRPr="00681064">
        <w:rPr>
          <w:szCs w:val="24"/>
        </w:rPr>
        <w:t>. Nhiệt độ ban đầu của khí bằng bao nhiêu kelvin?</w:t>
      </w:r>
    </w:p>
    <w:p w14:paraId="0F92D20D" w14:textId="1CD1E722" w:rsidR="00681064" w:rsidRPr="00681064" w:rsidRDefault="00681064" w:rsidP="00681064">
      <w:pPr>
        <w:tabs>
          <w:tab w:val="left" w:pos="426"/>
        </w:tabs>
        <w:rPr>
          <w:rFonts w:cs="Times New Roman"/>
          <w:b/>
          <w:bCs/>
          <w:color w:val="CC3300"/>
          <w:szCs w:val="24"/>
        </w:rPr>
      </w:pPr>
      <w:r w:rsidRPr="00681064">
        <w:rPr>
          <w:rFonts w:cs="Times New Roman"/>
          <w:b/>
          <w:bCs/>
          <w:color w:val="CC3300"/>
          <w:szCs w:val="24"/>
        </w:rPr>
        <w:t xml:space="preserve">Trả lời: </w:t>
      </w:r>
      <w:r w:rsidRPr="00681064">
        <w:rPr>
          <w:rFonts w:cs="Times New Roman"/>
          <w:b/>
          <w:bCs/>
          <w:color w:val="CC3300"/>
          <w:szCs w:val="24"/>
        </w:rPr>
        <w:t>225</w:t>
      </w:r>
    </w:p>
    <w:p w14:paraId="2D9D6B37" w14:textId="77777777" w:rsidR="00EA3B5B" w:rsidRPr="00681064" w:rsidRDefault="00000000" w:rsidP="00681064">
      <w:pPr>
        <w:tabs>
          <w:tab w:val="left" w:pos="426"/>
        </w:tabs>
        <w:rPr>
          <w:rFonts w:cs="Times New Roman"/>
          <w:szCs w:val="24"/>
        </w:rPr>
      </w:pPr>
      <w:r w:rsidRPr="00681064">
        <w:rPr>
          <w:rFonts w:cs="Times New Roman"/>
          <w:szCs w:val="24"/>
        </w:rPr>
        <w:t>Áp dụng phương trình trạng thái:</w:t>
      </w:r>
    </w:p>
    <w:p w14:paraId="0B26DB2D" w14:textId="77777777" w:rsidR="00EA3B5B" w:rsidRPr="00681064" w:rsidRDefault="00000000" w:rsidP="00681064">
      <w:pPr>
        <w:pStyle w:val="BodyText"/>
        <w:tabs>
          <w:tab w:val="left" w:pos="426"/>
        </w:tabs>
        <w:rPr>
          <w:rFonts w:cs="Times New Roman"/>
          <w:szCs w:val="24"/>
        </w:rPr>
      </w:pPr>
      <m:oMathPara>
        <m:oMathParaPr>
          <m:jc m:val="center"/>
        </m:oMathParaPr>
        <m:oMath>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1</m:t>
                  </m:r>
                </m:sub>
              </m:sSub>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1</m:t>
                  </m:r>
                </m:sub>
              </m:sSub>
            </m:num>
            <m:den>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den>
          </m:f>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2</m:t>
                  </m:r>
                </m:sub>
              </m:sSub>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2</m:t>
                  </m:r>
                </m:sub>
              </m:sSub>
            </m:num>
            <m:den>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2</m:t>
                  </m:r>
                </m:sub>
              </m:sSub>
            </m:den>
          </m:f>
          <m:r>
            <m:rPr>
              <m:sty m:val="p"/>
            </m:rPr>
            <w:rPr>
              <w:rFonts w:ascii="Cambria Math" w:hAnsi="Cambria Math" w:cs="Times New Roman"/>
              <w:szCs w:val="24"/>
            </w:rPr>
            <m:t>.</m:t>
          </m:r>
        </m:oMath>
      </m:oMathPara>
    </w:p>
    <w:p w14:paraId="6CB2F7AE" w14:textId="77777777" w:rsidR="00EA3B5B" w:rsidRPr="00681064" w:rsidRDefault="00000000" w:rsidP="00681064">
      <w:pPr>
        <w:tabs>
          <w:tab w:val="left" w:pos="426"/>
        </w:tabs>
        <w:rPr>
          <w:rFonts w:cs="Times New Roman"/>
          <w:szCs w:val="24"/>
        </w:rPr>
      </w:pPr>
      <m:oMathPara>
        <m:oMathParaPr>
          <m:jc m:val="center"/>
        </m:oMathParaP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r>
            <m:rPr>
              <m:sty m:val="p"/>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1</m:t>
                  </m:r>
                </m:sub>
              </m:sSub>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1</m:t>
                  </m:r>
                </m:sub>
              </m:sSub>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2</m:t>
                  </m:r>
                </m:sub>
              </m:sSub>
            </m:num>
            <m:den>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2</m:t>
                  </m:r>
                </m:sub>
              </m:sSub>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2</m:t>
                  </m:r>
                </m:sub>
              </m:sSub>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80</m:t>
              </m:r>
              <m:r>
                <m:rPr>
                  <m:sty m:val="p"/>
                </m:rPr>
                <w:rPr>
                  <w:rFonts w:ascii="Cambria Math" w:hAnsi="Cambria Math" w:cs="Times New Roman"/>
                  <w:szCs w:val="24"/>
                </w:rPr>
                <m:t>⋅</m:t>
              </m:r>
              <m:r>
                <w:rPr>
                  <w:rFonts w:ascii="Cambria Math" w:hAnsi="Cambria Math" w:cs="Times New Roman"/>
                  <w:szCs w:val="24"/>
                </w:rPr>
                <m:t>21</m:t>
              </m:r>
              <m:r>
                <m:rPr>
                  <m:sty m:val="p"/>
                </m:rPr>
                <w:rPr>
                  <w:rFonts w:ascii="Cambria Math" w:hAnsi="Cambria Math" w:cs="Times New Roman"/>
                  <w:szCs w:val="24"/>
                </w:rPr>
                <m:t>⋅</m:t>
              </m:r>
              <m:r>
                <w:rPr>
                  <w:rFonts w:ascii="Cambria Math" w:hAnsi="Cambria Math" w:cs="Times New Roman"/>
                  <w:szCs w:val="24"/>
                </w:rPr>
                <m:t>300</m:t>
              </m:r>
            </m:num>
            <m:den>
              <m:r>
                <w:rPr>
                  <w:rFonts w:ascii="Cambria Math" w:hAnsi="Cambria Math" w:cs="Times New Roman"/>
                  <w:szCs w:val="24"/>
                </w:rPr>
                <m:t>160</m:t>
              </m:r>
              <m:r>
                <m:rPr>
                  <m:sty m:val="p"/>
                </m:rPr>
                <w:rPr>
                  <w:rFonts w:ascii="Cambria Math" w:hAnsi="Cambria Math" w:cs="Times New Roman"/>
                  <w:szCs w:val="24"/>
                </w:rPr>
                <m:t>⋅</m:t>
              </m:r>
              <m:r>
                <w:rPr>
                  <w:rFonts w:ascii="Cambria Math" w:hAnsi="Cambria Math" w:cs="Times New Roman"/>
                  <w:szCs w:val="24"/>
                </w:rPr>
                <m:t>14</m:t>
              </m:r>
            </m:den>
          </m:f>
          <m:r>
            <m:rPr>
              <m:sty m:val="p"/>
            </m:rPr>
            <w:rPr>
              <w:rFonts w:ascii="Cambria Math" w:hAnsi="Cambria Math" w:cs="Times New Roman"/>
              <w:szCs w:val="24"/>
            </w:rPr>
            <m:t>=</m:t>
          </m:r>
          <m:r>
            <w:rPr>
              <w:rFonts w:ascii="Cambria Math" w:hAnsi="Cambria Math" w:cs="Times New Roman"/>
              <w:szCs w:val="24"/>
            </w:rPr>
            <m:t>225 K</m:t>
          </m:r>
          <m:r>
            <m:rPr>
              <m:sty m:val="p"/>
            </m:rPr>
            <w:rPr>
              <w:rFonts w:ascii="Cambria Math" w:hAnsi="Cambria Math" w:cs="Times New Roman"/>
              <w:szCs w:val="24"/>
            </w:rPr>
            <m:t>.</m:t>
          </m:r>
        </m:oMath>
      </m:oMathPara>
    </w:p>
    <w:p w14:paraId="259EF929" w14:textId="77777777" w:rsidR="00681064" w:rsidRPr="00681064" w:rsidRDefault="00681064" w:rsidP="00681064">
      <w:pPr>
        <w:pStyle w:val="BodyText"/>
        <w:tabs>
          <w:tab w:val="left" w:pos="426"/>
        </w:tabs>
        <w:rPr>
          <w:szCs w:val="24"/>
        </w:rPr>
      </w:pPr>
      <w:bookmarkStart w:id="27" w:name="câu-3-2"/>
      <w:bookmarkEnd w:id="26"/>
      <w:r w:rsidRPr="00681064">
        <w:rPr>
          <w:i/>
          <w:iCs/>
          <w:szCs w:val="24"/>
        </w:rPr>
        <w:t>Sử dụng các thông tin sau cho Câu 3 và Câu 4:</w:t>
      </w:r>
      <w:r w:rsidRPr="00681064">
        <w:rPr>
          <w:szCs w:val="24"/>
        </w:rPr>
        <w:t xml:space="preserve"> Phổi một người trưởng thành có thể tích </w:t>
      </w:r>
      <m:oMath>
        <m:r>
          <w:rPr>
            <w:rFonts w:ascii="Cambria Math" w:hAnsi="Cambria Math"/>
            <w:szCs w:val="24"/>
          </w:rPr>
          <m:t>5</m:t>
        </m:r>
        <m:r>
          <m:rPr>
            <m:sty m:val="p"/>
          </m:rPr>
          <w:rPr>
            <w:rFonts w:ascii="Cambria Math" w:hAnsi="Cambria Math"/>
            <w:szCs w:val="24"/>
          </w:rPr>
          <m:t>,</m:t>
        </m:r>
        <m:r>
          <w:rPr>
            <w:rFonts w:ascii="Cambria Math" w:hAnsi="Cambria Math"/>
            <w:szCs w:val="24"/>
          </w:rPr>
          <m:t>7</m:t>
        </m:r>
      </m:oMath>
      <w:r w:rsidRPr="00681064">
        <w:rPr>
          <w:szCs w:val="24"/>
        </w:rPr>
        <w:t xml:space="preserve"> lít. Không khí trong phổi có áp suất </w:t>
      </w:r>
      <m:oMath>
        <m:r>
          <w:rPr>
            <w:rFonts w:ascii="Cambria Math" w:hAnsi="Cambria Math"/>
            <w:szCs w:val="24"/>
          </w:rPr>
          <m:t>101 </m:t>
        </m:r>
        <m:r>
          <m:rPr>
            <m:sty m:val="p"/>
          </m:rPr>
          <w:rPr>
            <w:rFonts w:ascii="Cambria Math" w:hAnsi="Cambria Math"/>
            <w:szCs w:val="24"/>
          </w:rPr>
          <m:t>kPa</m:t>
        </m:r>
      </m:oMath>
      <w:r w:rsidRPr="00681064">
        <w:rPr>
          <w:szCs w:val="24"/>
        </w:rPr>
        <w:t xml:space="preserve">, nhiệt độ </w:t>
      </w:r>
      <m:oMath>
        <m:r>
          <w:rPr>
            <w:rFonts w:ascii="Cambria Math" w:hAnsi="Cambria Math"/>
            <w:szCs w:val="24"/>
          </w:rPr>
          <m:t>37</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p"/>
          </m:rPr>
          <w:rPr>
            <w:rFonts w:ascii="Cambria Math" w:hAnsi="Cambria Math"/>
            <w:szCs w:val="24"/>
          </w:rPr>
          <m:t>C.</m:t>
        </m:r>
      </m:oMath>
      <w:r w:rsidRPr="00681064">
        <w:rPr>
          <w:szCs w:val="24"/>
        </w:rPr>
        <w:t xml:space="preserve"> Số phân tử oxygen chiếm </w:t>
      </w:r>
      <m:oMath>
        <m:r>
          <w:rPr>
            <w:rFonts w:ascii="Cambria Math" w:hAnsi="Cambria Math"/>
            <w:szCs w:val="24"/>
          </w:rPr>
          <m:t>21</m:t>
        </m:r>
        <m:r>
          <m:rPr>
            <m:sty m:val="p"/>
          </m:rPr>
          <w:rPr>
            <w:rFonts w:ascii="Cambria Math" w:hAnsi="Cambria Math"/>
            <w:szCs w:val="24"/>
          </w:rPr>
          <m:t>%</m:t>
        </m:r>
      </m:oMath>
      <w:r w:rsidRPr="00681064">
        <w:rPr>
          <w:szCs w:val="24"/>
        </w:rPr>
        <w:t xml:space="preserve"> tổng số phân tử không khí. Cho </w:t>
      </w:r>
      <m:oMath>
        <m:r>
          <w:rPr>
            <w:rFonts w:ascii="Cambria Math" w:hAnsi="Cambria Math"/>
            <w:szCs w:val="24"/>
          </w:rPr>
          <m:t>R</m:t>
        </m:r>
        <m:r>
          <m:rPr>
            <m:sty m:val="p"/>
          </m:rPr>
          <w:rPr>
            <w:rFonts w:ascii="Cambria Math" w:hAnsi="Cambria Math"/>
            <w:szCs w:val="24"/>
          </w:rPr>
          <m:t>=</m:t>
        </m:r>
        <m:r>
          <w:rPr>
            <w:rFonts w:ascii="Cambria Math" w:hAnsi="Cambria Math"/>
            <w:szCs w:val="24"/>
          </w:rPr>
          <m:t>8</m:t>
        </m:r>
        <m:r>
          <m:rPr>
            <m:sty m:val="p"/>
          </m:rPr>
          <w:rPr>
            <w:rFonts w:ascii="Cambria Math" w:hAnsi="Cambria Math"/>
            <w:szCs w:val="24"/>
          </w:rPr>
          <m:t>,</m:t>
        </m:r>
        <m:r>
          <w:rPr>
            <w:rFonts w:ascii="Cambria Math" w:hAnsi="Cambria Math"/>
            <w:szCs w:val="24"/>
          </w:rPr>
          <m:t>31 </m:t>
        </m:r>
        <m:r>
          <m:rPr>
            <m:sty m:val="p"/>
          </m:rPr>
          <w:rPr>
            <w:rFonts w:ascii="Cambria Math" w:hAnsi="Cambria Math"/>
            <w:szCs w:val="24"/>
          </w:rPr>
          <m:t>J/</m:t>
        </m:r>
        <m:d>
          <m:dPr>
            <m:ctrlPr>
              <w:rPr>
                <w:rFonts w:ascii="Cambria Math" w:hAnsi="Cambria Math"/>
                <w:szCs w:val="24"/>
              </w:rPr>
            </m:ctrlPr>
          </m:dPr>
          <m:e>
            <m:r>
              <m:rPr>
                <m:sty m:val="p"/>
              </m:rPr>
              <w:rPr>
                <w:rFonts w:ascii="Cambria Math" w:hAnsi="Cambria Math"/>
                <w:szCs w:val="24"/>
              </w:rPr>
              <m:t>mol⋅K</m:t>
            </m:r>
          </m:e>
        </m:d>
      </m:oMath>
      <w:r w:rsidRPr="00681064">
        <w:rPr>
          <w:szCs w:val="24"/>
        </w:rPr>
        <w:t xml:space="preserve"> và </w:t>
      </w:r>
      <m:oMath>
        <m:sSub>
          <m:sSubPr>
            <m:ctrlPr>
              <w:rPr>
                <w:rFonts w:ascii="Cambria Math" w:hAnsi="Cambria Math"/>
                <w:szCs w:val="24"/>
              </w:rPr>
            </m:ctrlPr>
          </m:sSubPr>
          <m:e>
            <m:r>
              <w:rPr>
                <w:rFonts w:ascii="Cambria Math" w:hAnsi="Cambria Math"/>
                <w:szCs w:val="24"/>
              </w:rPr>
              <m:t>N</m:t>
            </m:r>
          </m:e>
          <m:sub>
            <m:r>
              <w:rPr>
                <w:rFonts w:ascii="Cambria Math" w:hAnsi="Cambria Math"/>
                <w:szCs w:val="24"/>
              </w:rPr>
              <m:t>A</m:t>
            </m:r>
          </m:sub>
        </m:sSub>
        <m:r>
          <m:rPr>
            <m:sty m:val="p"/>
          </m:rPr>
          <w:rPr>
            <w:rFonts w:ascii="Cambria Math" w:hAnsi="Cambria Math"/>
            <w:szCs w:val="24"/>
          </w:rPr>
          <m:t>=</m:t>
        </m:r>
        <m:r>
          <w:rPr>
            <w:rFonts w:ascii="Cambria Math" w:hAnsi="Cambria Math"/>
            <w:szCs w:val="24"/>
          </w:rPr>
          <m:t>6</m:t>
        </m:r>
        <m:r>
          <m:rPr>
            <m:sty m:val="p"/>
          </m:rPr>
          <w:rPr>
            <w:rFonts w:ascii="Cambria Math" w:hAnsi="Cambria Math"/>
            <w:szCs w:val="24"/>
          </w:rPr>
          <m:t>,</m:t>
        </m:r>
        <m:r>
          <w:rPr>
            <w:rFonts w:ascii="Cambria Math" w:hAnsi="Cambria Math"/>
            <w:szCs w:val="24"/>
          </w:rPr>
          <m:t>02</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w:rPr>
                <w:rFonts w:ascii="Cambria Math" w:hAnsi="Cambria Math"/>
                <w:szCs w:val="24"/>
              </w:rPr>
              <m:t>23</m:t>
            </m:r>
          </m:sup>
        </m:sSup>
        <m:r>
          <w:rPr>
            <w:rFonts w:ascii="Cambria Math" w:hAnsi="Cambria Math"/>
            <w:szCs w:val="24"/>
          </w:rPr>
          <m:t> </m:t>
        </m:r>
        <m:r>
          <m:rPr>
            <m:sty m:val="p"/>
          </m:rPr>
          <w:rPr>
            <w:rFonts w:ascii="Cambria Math" w:hAnsi="Cambria Math"/>
            <w:szCs w:val="24"/>
          </w:rPr>
          <m:t>mo</m:t>
        </m:r>
        <m:sSup>
          <m:sSupPr>
            <m:ctrlPr>
              <w:rPr>
                <w:rFonts w:ascii="Cambria Math" w:hAnsi="Cambria Math"/>
                <w:szCs w:val="24"/>
              </w:rPr>
            </m:ctrlPr>
          </m:sSupPr>
          <m:e>
            <m:r>
              <m:rPr>
                <m:sty m:val="p"/>
              </m:rPr>
              <w:rPr>
                <w:rFonts w:ascii="Cambria Math" w:hAnsi="Cambria Math"/>
                <w:szCs w:val="24"/>
              </w:rPr>
              <m:t>l</m:t>
            </m:r>
          </m:e>
          <m:sup>
            <m:r>
              <m:rPr>
                <m:sty m:val="p"/>
              </m:rPr>
              <w:rPr>
                <w:rFonts w:ascii="Cambria Math" w:hAnsi="Cambria Math"/>
                <w:szCs w:val="24"/>
              </w:rPr>
              <m:t>-1</m:t>
            </m:r>
          </m:sup>
        </m:sSup>
      </m:oMath>
      <w:r w:rsidRPr="00681064">
        <w:rPr>
          <w:szCs w:val="24"/>
        </w:rPr>
        <w:t>.</w:t>
      </w:r>
    </w:p>
    <w:p w14:paraId="5EC9723C" w14:textId="77777777" w:rsidR="00681064" w:rsidRPr="00681064" w:rsidRDefault="00681064" w:rsidP="00681064">
      <w:pPr>
        <w:pStyle w:val="BodyText"/>
        <w:tabs>
          <w:tab w:val="left" w:pos="426"/>
        </w:tabs>
        <w:rPr>
          <w:szCs w:val="24"/>
        </w:rPr>
      </w:pPr>
      <w:r w:rsidRPr="00681064">
        <w:rPr>
          <w:b/>
          <w:bCs/>
          <w:szCs w:val="24"/>
        </w:rPr>
        <w:t>Câu 3.</w:t>
      </w:r>
      <w:r w:rsidRPr="00681064">
        <w:rPr>
          <w:szCs w:val="24"/>
        </w:rPr>
        <w:t xml:space="preserve"> Số phân tử oxygen trong phổi là </w:t>
      </w:r>
      <m:oMath>
        <m:r>
          <w:rPr>
            <w:rFonts w:ascii="Cambria Math" w:hAnsi="Cambria Math"/>
            <w:szCs w:val="24"/>
          </w:rPr>
          <m:t>x</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w:rPr>
                <w:rFonts w:ascii="Cambria Math" w:hAnsi="Cambria Math"/>
                <w:szCs w:val="24"/>
              </w:rPr>
              <m:t>22</m:t>
            </m:r>
          </m:sup>
        </m:sSup>
      </m:oMath>
      <w:r w:rsidRPr="00681064">
        <w:rPr>
          <w:szCs w:val="24"/>
        </w:rPr>
        <w:t xml:space="preserve">. Tìm </w:t>
      </w:r>
      <m:oMath>
        <m:r>
          <w:rPr>
            <w:rFonts w:ascii="Cambria Math" w:hAnsi="Cambria Math"/>
            <w:szCs w:val="24"/>
          </w:rPr>
          <m:t>x</m:t>
        </m:r>
      </m:oMath>
      <w:r w:rsidRPr="00681064">
        <w:rPr>
          <w:szCs w:val="24"/>
        </w:rPr>
        <w:t>, làm tròn đến hàng phần mười.</w:t>
      </w:r>
    </w:p>
    <w:p w14:paraId="24DB7F5D" w14:textId="1156D02A" w:rsidR="00681064" w:rsidRPr="00681064" w:rsidRDefault="00681064" w:rsidP="00681064">
      <w:pPr>
        <w:tabs>
          <w:tab w:val="left" w:pos="426"/>
        </w:tabs>
        <w:rPr>
          <w:rFonts w:cs="Times New Roman"/>
          <w:b/>
          <w:bCs/>
          <w:color w:val="CC3300"/>
          <w:szCs w:val="24"/>
        </w:rPr>
      </w:pPr>
      <w:r w:rsidRPr="00681064">
        <w:rPr>
          <w:rFonts w:cs="Times New Roman"/>
          <w:b/>
          <w:bCs/>
          <w:color w:val="CC3300"/>
          <w:szCs w:val="24"/>
        </w:rPr>
        <w:t>Trả lời: 2</w:t>
      </w:r>
      <w:r w:rsidRPr="00681064">
        <w:rPr>
          <w:rFonts w:cs="Times New Roman"/>
          <w:b/>
          <w:bCs/>
          <w:color w:val="CC3300"/>
          <w:szCs w:val="24"/>
        </w:rPr>
        <w:t>,8</w:t>
      </w:r>
    </w:p>
    <w:p w14:paraId="4DDBDEFC" w14:textId="77777777" w:rsidR="00EA3B5B" w:rsidRPr="00681064" w:rsidRDefault="00000000" w:rsidP="00681064">
      <w:pPr>
        <w:tabs>
          <w:tab w:val="left" w:pos="426"/>
        </w:tabs>
        <w:rPr>
          <w:rFonts w:cs="Times New Roman"/>
          <w:szCs w:val="24"/>
        </w:rPr>
      </w:pPr>
      <w:r w:rsidRPr="00681064">
        <w:rPr>
          <w:rFonts w:cs="Times New Roman"/>
          <w:szCs w:val="24"/>
        </w:rPr>
        <w:t>Số mol không khí trong phổi:</w:t>
      </w:r>
    </w:p>
    <w:p w14:paraId="07063CF2"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n</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pV</m:t>
              </m:r>
            </m:num>
            <m:den>
              <m:r>
                <w:rPr>
                  <w:rFonts w:ascii="Cambria Math" w:hAnsi="Cambria Math" w:cs="Times New Roman"/>
                  <w:szCs w:val="24"/>
                </w:rPr>
                <m:t>RT</m:t>
              </m:r>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101000</m:t>
              </m:r>
              <m:r>
                <m:rPr>
                  <m:sty m:val="p"/>
                </m:rPr>
                <w:rPr>
                  <w:rFonts w:ascii="Cambria Math" w:hAnsi="Cambria Math" w:cs="Times New Roman"/>
                  <w:szCs w:val="24"/>
                </w:rPr>
                <m:t>⋅</m:t>
              </m:r>
              <m:r>
                <w:rPr>
                  <w:rFonts w:ascii="Cambria Math" w:hAnsi="Cambria Math" w:cs="Times New Roman"/>
                  <w:szCs w:val="24"/>
                </w:rPr>
                <m:t>5</m:t>
              </m:r>
              <m:r>
                <m:rPr>
                  <m:sty m:val="p"/>
                </m:rPr>
                <w:rPr>
                  <w:rFonts w:ascii="Cambria Math" w:hAnsi="Cambria Math" w:cs="Times New Roman"/>
                  <w:szCs w:val="24"/>
                </w:rPr>
                <m:t>,</m:t>
              </m:r>
              <m:r>
                <w:rPr>
                  <w:rFonts w:ascii="Cambria Math" w:hAnsi="Cambria Math" w:cs="Times New Roman"/>
                  <w:szCs w:val="24"/>
                </w:rPr>
                <m:t>7</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m:rPr>
                      <m:sty m:val="p"/>
                    </m:rPr>
                    <w:rPr>
                      <w:rFonts w:ascii="Cambria Math" w:hAnsi="Cambria Math" w:cs="Times New Roman"/>
                      <w:szCs w:val="24"/>
                    </w:rPr>
                    <m:t>-</m:t>
                  </m:r>
                  <m:r>
                    <w:rPr>
                      <w:rFonts w:ascii="Cambria Math" w:hAnsi="Cambria Math" w:cs="Times New Roman"/>
                      <w:szCs w:val="24"/>
                    </w:rPr>
                    <m:t>3</m:t>
                  </m:r>
                </m:sup>
              </m:sSup>
            </m:num>
            <m:den>
              <m:r>
                <w:rPr>
                  <w:rFonts w:ascii="Cambria Math" w:hAnsi="Cambria Math" w:cs="Times New Roman"/>
                  <w:szCs w:val="24"/>
                </w:rPr>
                <m:t>8</m:t>
              </m:r>
              <m:r>
                <m:rPr>
                  <m:sty m:val="p"/>
                </m:rPr>
                <w:rPr>
                  <w:rFonts w:ascii="Cambria Math" w:hAnsi="Cambria Math" w:cs="Times New Roman"/>
                  <w:szCs w:val="24"/>
                </w:rPr>
                <m:t>,</m:t>
              </m:r>
              <m:r>
                <w:rPr>
                  <w:rFonts w:ascii="Cambria Math" w:hAnsi="Cambria Math" w:cs="Times New Roman"/>
                  <w:szCs w:val="24"/>
                </w:rPr>
                <m:t>31</m:t>
              </m:r>
              <m:r>
                <m:rPr>
                  <m:sty m:val="p"/>
                </m:rPr>
                <w:rPr>
                  <w:rFonts w:ascii="Cambria Math" w:hAnsi="Cambria Math" w:cs="Times New Roman"/>
                  <w:szCs w:val="24"/>
                </w:rPr>
                <m:t>⋅</m:t>
              </m:r>
              <m:r>
                <w:rPr>
                  <w:rFonts w:ascii="Cambria Math" w:hAnsi="Cambria Math" w:cs="Times New Roman"/>
                  <w:szCs w:val="24"/>
                </w:rPr>
                <m:t>310</m:t>
              </m:r>
            </m:den>
          </m:f>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2235 mol</m:t>
          </m:r>
          <m:r>
            <m:rPr>
              <m:sty m:val="p"/>
            </m:rPr>
            <w:rPr>
              <w:rFonts w:ascii="Cambria Math" w:hAnsi="Cambria Math" w:cs="Times New Roman"/>
              <w:szCs w:val="24"/>
            </w:rPr>
            <m:t>.</m:t>
          </m:r>
        </m:oMath>
      </m:oMathPara>
    </w:p>
    <w:p w14:paraId="155CC9C3" w14:textId="77777777" w:rsidR="00EA3B5B" w:rsidRPr="00681064" w:rsidRDefault="00000000" w:rsidP="00681064">
      <w:pPr>
        <w:tabs>
          <w:tab w:val="left" w:pos="426"/>
        </w:tabs>
        <w:rPr>
          <w:rFonts w:cs="Times New Roman"/>
          <w:szCs w:val="24"/>
        </w:rPr>
      </w:pPr>
      <w:r w:rsidRPr="00681064">
        <w:rPr>
          <w:rFonts w:cs="Times New Roman"/>
          <w:szCs w:val="24"/>
        </w:rPr>
        <w:t>Số phân tử oxygen:</w:t>
      </w:r>
    </w:p>
    <w:p w14:paraId="23B4FA02" w14:textId="77777777" w:rsidR="00EA3B5B" w:rsidRPr="00681064" w:rsidRDefault="00000000" w:rsidP="00681064">
      <w:pPr>
        <w:pStyle w:val="BodyText"/>
        <w:tabs>
          <w:tab w:val="left" w:pos="426"/>
        </w:tabs>
        <w:rPr>
          <w:rFonts w:cs="Times New Roman"/>
          <w:szCs w:val="24"/>
        </w:rPr>
      </w:pPr>
      <m:oMathPara>
        <m:oMathParaPr>
          <m:jc m:val="center"/>
        </m:oMathParaPr>
        <m:oMath>
          <m:sSub>
            <m:sSubPr>
              <m:ctrlPr>
                <w:rPr>
                  <w:rFonts w:ascii="Cambria Math" w:hAnsi="Cambria Math" w:cs="Times New Roman"/>
                  <w:szCs w:val="24"/>
                </w:rPr>
              </m:ctrlPr>
            </m:sSubPr>
            <m:e>
              <m:r>
                <w:rPr>
                  <w:rFonts w:ascii="Cambria Math" w:hAnsi="Cambria Math" w:cs="Times New Roman"/>
                  <w:szCs w:val="24"/>
                </w:rPr>
                <m:t>N</m:t>
              </m:r>
            </m:e>
            <m:sub>
              <m:sSub>
                <m:sSubPr>
                  <m:ctrlPr>
                    <w:rPr>
                      <w:rFonts w:ascii="Cambria Math" w:hAnsi="Cambria Math" w:cs="Times New Roman"/>
                      <w:szCs w:val="24"/>
                    </w:rPr>
                  </m:ctrlPr>
                </m:sSubPr>
                <m:e>
                  <m:r>
                    <w:rPr>
                      <w:rFonts w:ascii="Cambria Math" w:hAnsi="Cambria Math" w:cs="Times New Roman"/>
                      <w:szCs w:val="24"/>
                    </w:rPr>
                    <m:t>O</m:t>
                  </m:r>
                </m:e>
                <m:sub>
                  <m:r>
                    <w:rPr>
                      <w:rFonts w:ascii="Cambria Math" w:hAnsi="Cambria Math" w:cs="Times New Roman"/>
                      <w:szCs w:val="24"/>
                    </w:rPr>
                    <m:t>2</m:t>
                  </m:r>
                </m:sub>
              </m:sSub>
            </m:sub>
          </m:sSub>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21n</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A</m:t>
              </m:r>
            </m:sub>
          </m:sSub>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21</m:t>
          </m:r>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2235</m:t>
          </m:r>
          <m:r>
            <m:rPr>
              <m:sty m:val="p"/>
            </m:rPr>
            <w:rPr>
              <w:rFonts w:ascii="Cambria Math" w:hAnsi="Cambria Math" w:cs="Times New Roman"/>
              <w:szCs w:val="24"/>
            </w:rPr>
            <m:t>⋅</m:t>
          </m:r>
          <m:r>
            <w:rPr>
              <w:rFonts w:ascii="Cambria Math" w:hAnsi="Cambria Math" w:cs="Times New Roman"/>
              <w:szCs w:val="24"/>
            </w:rPr>
            <m:t>6</m:t>
          </m:r>
          <m:r>
            <m:rPr>
              <m:sty m:val="p"/>
            </m:rPr>
            <w:rPr>
              <w:rFonts w:ascii="Cambria Math" w:hAnsi="Cambria Math" w:cs="Times New Roman"/>
              <w:szCs w:val="24"/>
            </w:rPr>
            <m:t>,</m:t>
          </m:r>
          <m:r>
            <w:rPr>
              <w:rFonts w:ascii="Cambria Math" w:hAnsi="Cambria Math" w:cs="Times New Roman"/>
              <w:szCs w:val="24"/>
            </w:rPr>
            <m:t>02</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23</m:t>
              </m:r>
            </m:sup>
          </m:sSup>
          <m:r>
            <m:rPr>
              <m:sty m:val="p"/>
            </m:rPr>
            <w:rPr>
              <w:rFonts w:ascii="Cambria Math" w:hAnsi="Cambria Math" w:cs="Times New Roman"/>
              <w:szCs w:val="24"/>
            </w:rPr>
            <m:t>≈</m:t>
          </m:r>
          <m:r>
            <w:rPr>
              <w:rFonts w:ascii="Cambria Math" w:hAnsi="Cambria Math" w:cs="Times New Roman"/>
              <w:szCs w:val="24"/>
            </w:rPr>
            <m:t>2</m:t>
          </m:r>
          <m:r>
            <m:rPr>
              <m:sty m:val="p"/>
            </m:rPr>
            <w:rPr>
              <w:rFonts w:ascii="Cambria Math" w:hAnsi="Cambria Math" w:cs="Times New Roman"/>
              <w:szCs w:val="24"/>
            </w:rPr>
            <m:t>,</m:t>
          </m:r>
          <m:r>
            <w:rPr>
              <w:rFonts w:ascii="Cambria Math" w:hAnsi="Cambria Math" w:cs="Times New Roman"/>
              <w:szCs w:val="24"/>
            </w:rPr>
            <m:t>83</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22</m:t>
              </m:r>
            </m:sup>
          </m:sSup>
          <m:r>
            <m:rPr>
              <m:sty m:val="p"/>
            </m:rPr>
            <w:rPr>
              <w:rFonts w:ascii="Cambria Math" w:hAnsi="Cambria Math" w:cs="Times New Roman"/>
              <w:szCs w:val="24"/>
            </w:rPr>
            <m:t>.</m:t>
          </m:r>
        </m:oMath>
      </m:oMathPara>
    </w:p>
    <w:p w14:paraId="70E7F318" w14:textId="77777777" w:rsidR="00EA3B5B" w:rsidRPr="00681064" w:rsidRDefault="00000000" w:rsidP="00681064">
      <w:pPr>
        <w:tabs>
          <w:tab w:val="left" w:pos="426"/>
        </w:tabs>
        <w:rPr>
          <w:rFonts w:cs="Times New Roman"/>
          <w:szCs w:val="24"/>
        </w:rPr>
      </w:pPr>
      <w:r w:rsidRPr="00681064">
        <w:rPr>
          <w:rFonts w:cs="Times New Roman"/>
          <w:szCs w:val="24"/>
        </w:rPr>
        <w:t xml:space="preserve">Vậy </w:t>
      </w:r>
      <m:oMath>
        <m:r>
          <w:rPr>
            <w:rFonts w:ascii="Cambria Math" w:hAnsi="Cambria Math" w:cs="Times New Roman"/>
            <w:szCs w:val="24"/>
          </w:rPr>
          <m:t>x</m:t>
        </m:r>
        <m:r>
          <m:rPr>
            <m:sty m:val="p"/>
          </m:rPr>
          <w:rPr>
            <w:rFonts w:ascii="Cambria Math" w:hAnsi="Cambria Math" w:cs="Times New Roman"/>
            <w:szCs w:val="24"/>
          </w:rPr>
          <m:t>≈</m:t>
        </m:r>
        <m:r>
          <w:rPr>
            <w:rFonts w:ascii="Cambria Math" w:hAnsi="Cambria Math" w:cs="Times New Roman"/>
            <w:szCs w:val="24"/>
          </w:rPr>
          <m:t>2</m:t>
        </m:r>
        <m:r>
          <m:rPr>
            <m:sty m:val="p"/>
          </m:rPr>
          <w:rPr>
            <w:rFonts w:ascii="Cambria Math" w:hAnsi="Cambria Math" w:cs="Times New Roman"/>
            <w:szCs w:val="24"/>
          </w:rPr>
          <m:t>,</m:t>
        </m:r>
        <m:r>
          <w:rPr>
            <w:rFonts w:ascii="Cambria Math" w:hAnsi="Cambria Math" w:cs="Times New Roman"/>
            <w:szCs w:val="24"/>
          </w:rPr>
          <m:t>8</m:t>
        </m:r>
      </m:oMath>
      <w:r w:rsidRPr="00681064">
        <w:rPr>
          <w:rFonts w:cs="Times New Roman"/>
          <w:szCs w:val="24"/>
        </w:rPr>
        <w:t>.</w:t>
      </w:r>
    </w:p>
    <w:p w14:paraId="05948E8C" w14:textId="77777777" w:rsidR="00681064" w:rsidRPr="00681064" w:rsidRDefault="00681064" w:rsidP="00681064">
      <w:pPr>
        <w:pStyle w:val="BodyText"/>
        <w:tabs>
          <w:tab w:val="left" w:pos="426"/>
        </w:tabs>
        <w:rPr>
          <w:szCs w:val="24"/>
        </w:rPr>
      </w:pPr>
      <w:bookmarkStart w:id="28" w:name="câu-4-2"/>
      <w:bookmarkEnd w:id="27"/>
      <w:r w:rsidRPr="00681064">
        <w:rPr>
          <w:b/>
          <w:bCs/>
          <w:szCs w:val="24"/>
        </w:rPr>
        <w:lastRenderedPageBreak/>
        <w:t>Câu 4.</w:t>
      </w:r>
      <w:r w:rsidRPr="00681064">
        <w:rPr>
          <w:szCs w:val="24"/>
        </w:rPr>
        <w:t xml:space="preserve"> Khi người đó hít sâu, không khí trong phổi có </w:t>
      </w:r>
      <m:oMath>
        <m:r>
          <w:rPr>
            <w:rFonts w:ascii="Cambria Math" w:hAnsi="Cambria Math"/>
            <w:szCs w:val="24"/>
          </w:rPr>
          <m:t>1</m:t>
        </m:r>
        <m:r>
          <m:rPr>
            <m:sty m:val="p"/>
          </m:rPr>
          <w:rPr>
            <w:rFonts w:ascii="Cambria Math" w:hAnsi="Cambria Math"/>
            <w:szCs w:val="24"/>
          </w:rPr>
          <m:t>,</m:t>
        </m:r>
        <m:r>
          <w:rPr>
            <w:rFonts w:ascii="Cambria Math" w:hAnsi="Cambria Math"/>
            <w:szCs w:val="24"/>
          </w:rPr>
          <m:t>4</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w:rPr>
                <w:rFonts w:ascii="Cambria Math" w:hAnsi="Cambria Math"/>
                <w:szCs w:val="24"/>
              </w:rPr>
              <m:t>23</m:t>
            </m:r>
          </m:sup>
        </m:sSup>
      </m:oMath>
      <w:r w:rsidRPr="00681064">
        <w:rPr>
          <w:szCs w:val="24"/>
        </w:rPr>
        <w:t xml:space="preserve"> phân tử. Dung tích phổi khi đó bằng bao nhiêu lít? Làm tròn đến hàng phần mười.</w:t>
      </w:r>
    </w:p>
    <w:p w14:paraId="094D713F" w14:textId="62F8FD5F" w:rsidR="00681064" w:rsidRPr="00681064" w:rsidRDefault="00681064" w:rsidP="00681064">
      <w:pPr>
        <w:tabs>
          <w:tab w:val="left" w:pos="426"/>
        </w:tabs>
        <w:rPr>
          <w:rFonts w:cs="Times New Roman"/>
          <w:b/>
          <w:bCs/>
          <w:color w:val="CC3300"/>
          <w:szCs w:val="24"/>
        </w:rPr>
      </w:pPr>
      <w:r w:rsidRPr="00681064">
        <w:rPr>
          <w:rFonts w:cs="Times New Roman"/>
          <w:b/>
          <w:bCs/>
          <w:color w:val="CC3300"/>
          <w:szCs w:val="24"/>
        </w:rPr>
        <w:t xml:space="preserve">Trả lời: </w:t>
      </w:r>
      <w:r w:rsidRPr="00681064">
        <w:rPr>
          <w:rFonts w:cs="Times New Roman"/>
          <w:b/>
          <w:bCs/>
          <w:color w:val="CC3300"/>
          <w:szCs w:val="24"/>
        </w:rPr>
        <w:t>5,9</w:t>
      </w:r>
    </w:p>
    <w:p w14:paraId="7FA95F7F" w14:textId="77777777" w:rsidR="00EA3B5B" w:rsidRPr="00681064" w:rsidRDefault="00000000" w:rsidP="00681064">
      <w:pPr>
        <w:tabs>
          <w:tab w:val="left" w:pos="426"/>
        </w:tabs>
        <w:rPr>
          <w:rFonts w:cs="Times New Roman"/>
          <w:szCs w:val="24"/>
        </w:rPr>
      </w:pPr>
      <w:r w:rsidRPr="00681064">
        <w:rPr>
          <w:rFonts w:cs="Times New Roman"/>
          <w:szCs w:val="24"/>
        </w:rPr>
        <w:t>Số mol khí:</w:t>
      </w:r>
    </w:p>
    <w:p w14:paraId="1FC19408"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n</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N</m:t>
              </m:r>
            </m:num>
            <m:den>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A</m:t>
                  </m:r>
                </m:sub>
              </m:sSub>
            </m:den>
          </m:f>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r>
                <m:rPr>
                  <m:sty m:val="p"/>
                </m:rPr>
                <w:rPr>
                  <w:rFonts w:ascii="Cambria Math" w:hAnsi="Cambria Math" w:cs="Times New Roman"/>
                  <w:szCs w:val="24"/>
                </w:rPr>
                <m:t>,</m:t>
              </m:r>
              <m:r>
                <w:rPr>
                  <w:rFonts w:ascii="Cambria Math" w:hAnsi="Cambria Math" w:cs="Times New Roman"/>
                  <w:szCs w:val="24"/>
                </w:rPr>
                <m:t>4</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23</m:t>
                  </m:r>
                </m:sup>
              </m:sSup>
            </m:num>
            <m:den>
              <m:r>
                <w:rPr>
                  <w:rFonts w:ascii="Cambria Math" w:hAnsi="Cambria Math" w:cs="Times New Roman"/>
                  <w:szCs w:val="24"/>
                </w:rPr>
                <m:t>6</m:t>
              </m:r>
              <m:r>
                <m:rPr>
                  <m:sty m:val="p"/>
                </m:rPr>
                <w:rPr>
                  <w:rFonts w:ascii="Cambria Math" w:hAnsi="Cambria Math" w:cs="Times New Roman"/>
                  <w:szCs w:val="24"/>
                </w:rPr>
                <m:t>,</m:t>
              </m:r>
              <m:r>
                <w:rPr>
                  <w:rFonts w:ascii="Cambria Math" w:hAnsi="Cambria Math" w:cs="Times New Roman"/>
                  <w:szCs w:val="24"/>
                </w:rPr>
                <m:t>02</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23</m:t>
                  </m:r>
                </m:sup>
              </m:sSup>
            </m:den>
          </m:f>
          <m:r>
            <m:rPr>
              <m:sty m:val="p"/>
            </m:rPr>
            <w:rPr>
              <w:rFonts w:ascii="Cambria Math" w:hAnsi="Cambria Math" w:cs="Times New Roman"/>
              <w:szCs w:val="24"/>
            </w:rPr>
            <m:t>.</m:t>
          </m:r>
        </m:oMath>
      </m:oMathPara>
    </w:p>
    <w:p w14:paraId="6058CB59" w14:textId="77777777" w:rsidR="00EA3B5B" w:rsidRPr="00681064" w:rsidRDefault="00000000" w:rsidP="00681064">
      <w:pPr>
        <w:tabs>
          <w:tab w:val="left" w:pos="426"/>
        </w:tabs>
        <w:rPr>
          <w:rFonts w:cs="Times New Roman"/>
          <w:szCs w:val="24"/>
        </w:rPr>
      </w:pPr>
      <w:r w:rsidRPr="00681064">
        <w:rPr>
          <w:rFonts w:cs="Times New Roman"/>
          <w:szCs w:val="24"/>
        </w:rPr>
        <w:t>Thể tích phổi:</w:t>
      </w:r>
    </w:p>
    <w:p w14:paraId="497E0A5F"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V</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nRT</m:t>
              </m:r>
            </m:num>
            <m:den>
              <m:r>
                <w:rPr>
                  <w:rFonts w:ascii="Cambria Math" w:hAnsi="Cambria Math" w:cs="Times New Roman"/>
                  <w:szCs w:val="24"/>
                </w:rPr>
                <m:t>p</m:t>
              </m:r>
            </m:den>
          </m:f>
          <m:r>
            <m:rPr>
              <m:sty m:val="p"/>
            </m:rPr>
            <w:rPr>
              <w:rFonts w:ascii="Cambria Math" w:hAnsi="Cambria Math" w:cs="Times New Roman"/>
              <w:szCs w:val="24"/>
            </w:rPr>
            <m:t>≈</m:t>
          </m:r>
          <m:r>
            <w:rPr>
              <w:rFonts w:ascii="Cambria Math" w:hAnsi="Cambria Math" w:cs="Times New Roman"/>
              <w:szCs w:val="24"/>
            </w:rPr>
            <m:t>5</m:t>
          </m:r>
          <m:r>
            <m:rPr>
              <m:sty m:val="p"/>
            </m:rPr>
            <w:rPr>
              <w:rFonts w:ascii="Cambria Math" w:hAnsi="Cambria Math" w:cs="Times New Roman"/>
              <w:szCs w:val="24"/>
            </w:rPr>
            <m:t>,</m:t>
          </m:r>
          <m:r>
            <w:rPr>
              <w:rFonts w:ascii="Cambria Math" w:hAnsi="Cambria Math" w:cs="Times New Roman"/>
              <w:szCs w:val="24"/>
            </w:rPr>
            <m:t>93</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m:rPr>
                  <m:sty m:val="p"/>
                </m:rPr>
                <w:rPr>
                  <w:rFonts w:ascii="Cambria Math" w:hAnsi="Cambria Math" w:cs="Times New Roman"/>
                  <w:szCs w:val="24"/>
                </w:rPr>
                <m:t>-</m:t>
              </m:r>
              <m:r>
                <w:rPr>
                  <w:rFonts w:ascii="Cambria Math" w:hAnsi="Cambria Math" w:cs="Times New Roman"/>
                  <w:szCs w:val="24"/>
                </w:rPr>
                <m:t>3</m:t>
              </m:r>
            </m:sup>
          </m:sSup>
          <m:r>
            <w:rPr>
              <w:rFonts w:ascii="Cambria Math" w:hAnsi="Cambria Math" w:cs="Times New Roman"/>
              <w:szCs w:val="24"/>
            </w:rPr>
            <m:t> </m:t>
          </m:r>
          <m:sSup>
            <m:sSupPr>
              <m:ctrlPr>
                <w:rPr>
                  <w:rFonts w:ascii="Cambria Math" w:hAnsi="Cambria Math" w:cs="Times New Roman"/>
                  <w:szCs w:val="24"/>
                </w:rPr>
              </m:ctrlPr>
            </m:sSupPr>
            <m:e>
              <m:r>
                <w:rPr>
                  <w:rFonts w:ascii="Cambria Math" w:hAnsi="Cambria Math" w:cs="Times New Roman"/>
                  <w:szCs w:val="24"/>
                </w:rPr>
                <m:t>m</m:t>
              </m:r>
            </m:e>
            <m:sup>
              <m:r>
                <w:rPr>
                  <w:rFonts w:ascii="Cambria Math" w:hAnsi="Cambria Math" w:cs="Times New Roman"/>
                  <w:szCs w:val="24"/>
                </w:rPr>
                <m:t>3</m:t>
              </m:r>
            </m:sup>
          </m:sSup>
          <m:r>
            <m:rPr>
              <m:sty m:val="p"/>
            </m:rPr>
            <w:rPr>
              <w:rFonts w:ascii="Cambria Math" w:hAnsi="Cambria Math" w:cs="Times New Roman"/>
              <w:szCs w:val="24"/>
            </w:rPr>
            <m:t>=</m:t>
          </m:r>
          <m:r>
            <w:rPr>
              <w:rFonts w:ascii="Cambria Math" w:hAnsi="Cambria Math" w:cs="Times New Roman"/>
              <w:szCs w:val="24"/>
            </w:rPr>
            <m:t>5</m:t>
          </m:r>
          <m:r>
            <m:rPr>
              <m:sty m:val="p"/>
            </m:rPr>
            <w:rPr>
              <w:rFonts w:ascii="Cambria Math" w:hAnsi="Cambria Math" w:cs="Times New Roman"/>
              <w:szCs w:val="24"/>
            </w:rPr>
            <m:t>,</m:t>
          </m:r>
          <m:r>
            <w:rPr>
              <w:rFonts w:ascii="Cambria Math" w:hAnsi="Cambria Math" w:cs="Times New Roman"/>
              <w:szCs w:val="24"/>
            </w:rPr>
            <m:t>93 lít</m:t>
          </m:r>
          <m:r>
            <m:rPr>
              <m:sty m:val="p"/>
            </m:rPr>
            <w:rPr>
              <w:rFonts w:ascii="Cambria Math" w:hAnsi="Cambria Math" w:cs="Times New Roman"/>
              <w:szCs w:val="24"/>
            </w:rPr>
            <m:t>.</m:t>
          </m:r>
        </m:oMath>
      </m:oMathPara>
    </w:p>
    <w:p w14:paraId="0360ADB7" w14:textId="77777777" w:rsidR="00EA3B5B" w:rsidRPr="00681064" w:rsidRDefault="00000000" w:rsidP="00681064">
      <w:pPr>
        <w:tabs>
          <w:tab w:val="left" w:pos="426"/>
        </w:tabs>
        <w:rPr>
          <w:rFonts w:cs="Times New Roman"/>
          <w:szCs w:val="24"/>
        </w:rPr>
      </w:pPr>
      <w:r w:rsidRPr="00681064">
        <w:rPr>
          <w:rFonts w:cs="Times New Roman"/>
          <w:szCs w:val="24"/>
        </w:rPr>
        <w:t xml:space="preserve">Làm tròn đến hàng phần mười: </w:t>
      </w:r>
      <m:oMath>
        <m:r>
          <w:rPr>
            <w:rFonts w:ascii="Cambria Math" w:hAnsi="Cambria Math" w:cs="Times New Roman"/>
            <w:szCs w:val="24"/>
          </w:rPr>
          <m:t>V</m:t>
        </m:r>
        <m:r>
          <m:rPr>
            <m:sty m:val="p"/>
          </m:rPr>
          <w:rPr>
            <w:rFonts w:ascii="Cambria Math" w:hAnsi="Cambria Math" w:cs="Times New Roman"/>
            <w:szCs w:val="24"/>
          </w:rPr>
          <m:t>≈</m:t>
        </m:r>
        <m:r>
          <w:rPr>
            <w:rFonts w:ascii="Cambria Math" w:hAnsi="Cambria Math" w:cs="Times New Roman"/>
            <w:szCs w:val="24"/>
          </w:rPr>
          <m:t>5</m:t>
        </m:r>
        <m:r>
          <m:rPr>
            <m:sty m:val="p"/>
          </m:rPr>
          <w:rPr>
            <w:rFonts w:ascii="Cambria Math" w:hAnsi="Cambria Math" w:cs="Times New Roman"/>
            <w:szCs w:val="24"/>
          </w:rPr>
          <m:t>,</m:t>
        </m:r>
        <m:r>
          <w:rPr>
            <w:rFonts w:ascii="Cambria Math" w:hAnsi="Cambria Math" w:cs="Times New Roman"/>
            <w:szCs w:val="24"/>
          </w:rPr>
          <m:t>9 lít</m:t>
        </m:r>
      </m:oMath>
      <w:r w:rsidRPr="00681064">
        <w:rPr>
          <w:rFonts w:cs="Times New Roman"/>
          <w:szCs w:val="24"/>
        </w:rPr>
        <w:t>.</w:t>
      </w:r>
    </w:p>
    <w:p w14:paraId="60F5E04F" w14:textId="77777777" w:rsidR="00681064" w:rsidRPr="00681064" w:rsidRDefault="00681064" w:rsidP="00681064">
      <w:pPr>
        <w:pStyle w:val="BodyText"/>
        <w:tabs>
          <w:tab w:val="left" w:pos="426"/>
        </w:tabs>
        <w:rPr>
          <w:szCs w:val="24"/>
        </w:rPr>
      </w:pPr>
      <w:bookmarkStart w:id="29" w:name="câu-5-1"/>
      <w:bookmarkEnd w:id="28"/>
      <w:r w:rsidRPr="00681064">
        <w:rPr>
          <w:b/>
          <w:bCs/>
          <w:szCs w:val="24"/>
        </w:rPr>
        <w:t>Câu 5.</w:t>
      </w:r>
      <w:r w:rsidRPr="00681064">
        <w:rPr>
          <w:szCs w:val="24"/>
        </w:rPr>
        <w:t xml:space="preserve"> Cắm thẳng đứng một ống thủy tinh đầu trên kín, đầu dưới hở vào chậu thủy ngân. Phần ống phía trên mặt thủy ngân dài </w:t>
      </w:r>
      <m:oMath>
        <m:r>
          <m:rPr>
            <m:scr m:val="script"/>
            <m:sty m:val="p"/>
          </m:rPr>
          <w:rPr>
            <w:rFonts w:ascii="Cambria Math" w:hAnsi="Cambria Math"/>
            <w:szCs w:val="24"/>
          </w:rPr>
          <m:t>l=</m:t>
        </m:r>
        <m:r>
          <w:rPr>
            <w:rFonts w:ascii="Cambria Math" w:hAnsi="Cambria Math"/>
            <w:szCs w:val="24"/>
          </w:rPr>
          <m:t>76 </m:t>
        </m:r>
        <m:r>
          <m:rPr>
            <m:sty m:val="p"/>
          </m:rPr>
          <w:rPr>
            <w:rFonts w:ascii="Cambria Math" w:hAnsi="Cambria Math"/>
            <w:szCs w:val="24"/>
          </w:rPr>
          <m:t>cm</m:t>
        </m:r>
      </m:oMath>
      <w:r w:rsidRPr="00681064">
        <w:rPr>
          <w:szCs w:val="24"/>
        </w:rPr>
        <w:t xml:space="preserve">; lượng khí trong ống có </w:t>
      </w:r>
      <m:oMath>
        <m:r>
          <w:rPr>
            <w:rFonts w:ascii="Cambria Math" w:hAnsi="Cambria Math"/>
            <w:szCs w:val="24"/>
          </w:rPr>
          <m:t>n</m:t>
        </m:r>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10</m:t>
            </m:r>
          </m:e>
          <m:sup>
            <m:r>
              <m:rPr>
                <m:sty m:val="p"/>
              </m:rPr>
              <w:rPr>
                <w:rFonts w:ascii="Cambria Math" w:hAnsi="Cambria Math"/>
                <w:szCs w:val="24"/>
              </w:rPr>
              <m:t>-</m:t>
            </m:r>
            <m:r>
              <w:rPr>
                <w:rFonts w:ascii="Cambria Math" w:hAnsi="Cambria Math"/>
                <w:szCs w:val="24"/>
              </w:rPr>
              <m:t>3</m:t>
            </m:r>
          </m:sup>
        </m:sSup>
        <m:r>
          <w:rPr>
            <w:rFonts w:ascii="Cambria Math" w:hAnsi="Cambria Math"/>
            <w:szCs w:val="24"/>
          </w:rPr>
          <m:t> </m:t>
        </m:r>
        <m:r>
          <m:rPr>
            <m:sty m:val="p"/>
          </m:rPr>
          <w:rPr>
            <w:rFonts w:ascii="Cambria Math" w:hAnsi="Cambria Math"/>
            <w:szCs w:val="24"/>
          </w:rPr>
          <m:t>mol</m:t>
        </m:r>
      </m:oMath>
      <w:r w:rsidRPr="00681064">
        <w:rPr>
          <w:szCs w:val="24"/>
        </w:rPr>
        <w:t xml:space="preserve">. Nhiệt độ khí giảm </w:t>
      </w:r>
      <m:oMath>
        <m:r>
          <w:rPr>
            <w:rFonts w:ascii="Cambria Math" w:hAnsi="Cambria Math"/>
            <w:szCs w:val="24"/>
          </w:rPr>
          <m:t>10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b"/>
          </m:rPr>
          <w:rPr>
            <w:rFonts w:ascii="Cambria Math" w:hAnsi="Cambria Math"/>
            <w:szCs w:val="24"/>
          </w:rPr>
          <m:t>C.</m:t>
        </m:r>
      </m:oMath>
      <w:r w:rsidRPr="00681064">
        <w:rPr>
          <w:szCs w:val="24"/>
        </w:rPr>
        <w:t xml:space="preserve"> Áp suất khí quyển là </w:t>
      </w:r>
      <m:oMath>
        <m:r>
          <w:rPr>
            <w:rFonts w:ascii="Cambria Math" w:hAnsi="Cambria Math"/>
            <w:szCs w:val="24"/>
          </w:rPr>
          <m:t>76 </m:t>
        </m:r>
        <m:r>
          <m:rPr>
            <m:sty m:val="p"/>
          </m:rPr>
          <w:rPr>
            <w:rFonts w:ascii="Cambria Math" w:hAnsi="Cambria Math"/>
            <w:szCs w:val="24"/>
          </w:rPr>
          <m:t>cmHg</m:t>
        </m:r>
      </m:oMath>
      <w:r w:rsidRPr="00681064">
        <w:rPr>
          <w:szCs w:val="24"/>
        </w:rPr>
        <w:t xml:space="preserve">; nội năng mol của khí có dạng </w:t>
      </w:r>
      <m:oMath>
        <m:r>
          <w:rPr>
            <w:rFonts w:ascii="Cambria Math" w:hAnsi="Cambria Math"/>
            <w:szCs w:val="24"/>
          </w:rPr>
          <m:t>U</m:t>
        </m:r>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C</m:t>
            </m:r>
          </m:e>
          <m:sub>
            <m:r>
              <w:rPr>
                <w:rFonts w:ascii="Cambria Math" w:hAnsi="Cambria Math"/>
                <w:szCs w:val="24"/>
              </w:rPr>
              <m:t>V</m:t>
            </m:r>
          </m:sub>
        </m:sSub>
        <m:r>
          <w:rPr>
            <w:rFonts w:ascii="Cambria Math" w:hAnsi="Cambria Math"/>
            <w:szCs w:val="24"/>
          </w:rPr>
          <m:t>T</m:t>
        </m:r>
      </m:oMath>
      <w:r w:rsidRPr="00681064">
        <w:rPr>
          <w:szCs w:val="24"/>
        </w:rPr>
        <w:t xml:space="preserve">, với </w:t>
      </w:r>
      <m:oMath>
        <m:sSub>
          <m:sSubPr>
            <m:ctrlPr>
              <w:rPr>
                <w:rFonts w:ascii="Cambria Math" w:hAnsi="Cambria Math"/>
                <w:szCs w:val="24"/>
              </w:rPr>
            </m:ctrlPr>
          </m:sSubPr>
          <m:e>
            <m:r>
              <w:rPr>
                <w:rFonts w:ascii="Cambria Math" w:hAnsi="Cambria Math"/>
                <w:szCs w:val="24"/>
              </w:rPr>
              <m:t>C</m:t>
            </m:r>
          </m:e>
          <m:sub>
            <m:r>
              <w:rPr>
                <w:rFonts w:ascii="Cambria Math" w:hAnsi="Cambria Math"/>
                <w:szCs w:val="24"/>
              </w:rPr>
              <m:t>V</m:t>
            </m:r>
          </m:sub>
        </m:sSub>
        <m:r>
          <m:rPr>
            <m:sty m:val="p"/>
          </m:rPr>
          <w:rPr>
            <w:rFonts w:ascii="Cambria Math" w:hAnsi="Cambria Math"/>
            <w:szCs w:val="24"/>
          </w:rPr>
          <m:t>=</m:t>
        </m:r>
        <m:r>
          <w:rPr>
            <w:rFonts w:ascii="Cambria Math" w:hAnsi="Cambria Math"/>
            <w:szCs w:val="24"/>
          </w:rPr>
          <m:t>20</m:t>
        </m:r>
        <m:r>
          <m:rPr>
            <m:sty m:val="p"/>
          </m:rPr>
          <w:rPr>
            <w:rFonts w:ascii="Cambria Math" w:hAnsi="Cambria Math"/>
            <w:szCs w:val="24"/>
          </w:rPr>
          <m:t>,</m:t>
        </m:r>
        <m:r>
          <w:rPr>
            <w:rFonts w:ascii="Cambria Math" w:hAnsi="Cambria Math"/>
            <w:szCs w:val="24"/>
          </w:rPr>
          <m:t>5 </m:t>
        </m:r>
        <m:r>
          <m:rPr>
            <m:sty m:val="p"/>
          </m:rPr>
          <w:rPr>
            <w:rFonts w:ascii="Cambria Math" w:hAnsi="Cambria Math"/>
            <w:szCs w:val="24"/>
          </w:rPr>
          <m:t>J/</m:t>
        </m:r>
        <m:d>
          <m:dPr>
            <m:ctrlPr>
              <w:rPr>
                <w:rFonts w:ascii="Cambria Math" w:hAnsi="Cambria Math"/>
                <w:szCs w:val="24"/>
              </w:rPr>
            </m:ctrlPr>
          </m:dPr>
          <m:e>
            <m:r>
              <m:rPr>
                <m:sty m:val="p"/>
              </m:rPr>
              <w:rPr>
                <w:rFonts w:ascii="Cambria Math" w:hAnsi="Cambria Math"/>
                <w:szCs w:val="24"/>
              </w:rPr>
              <m:t>mol⋅K</m:t>
            </m:r>
          </m:e>
        </m:d>
      </m:oMath>
      <w:r w:rsidRPr="00681064">
        <w:rPr>
          <w:szCs w:val="24"/>
        </w:rPr>
        <w:t xml:space="preserve"> và </w:t>
      </w:r>
      <m:oMath>
        <m:r>
          <w:rPr>
            <w:rFonts w:ascii="Cambria Math" w:hAnsi="Cambria Math"/>
            <w:szCs w:val="24"/>
          </w:rPr>
          <m:t>R</m:t>
        </m:r>
        <m:r>
          <m:rPr>
            <m:sty m:val="p"/>
          </m:rPr>
          <w:rPr>
            <w:rFonts w:ascii="Cambria Math" w:hAnsi="Cambria Math"/>
            <w:szCs w:val="24"/>
          </w:rPr>
          <m:t>=</m:t>
        </m:r>
        <m:r>
          <w:rPr>
            <w:rFonts w:ascii="Cambria Math" w:hAnsi="Cambria Math"/>
            <w:szCs w:val="24"/>
          </w:rPr>
          <m:t>8</m:t>
        </m:r>
        <m:r>
          <m:rPr>
            <m:sty m:val="p"/>
          </m:rPr>
          <w:rPr>
            <w:rFonts w:ascii="Cambria Math" w:hAnsi="Cambria Math"/>
            <w:szCs w:val="24"/>
          </w:rPr>
          <m:t>,</m:t>
        </m:r>
        <m:r>
          <w:rPr>
            <w:rFonts w:ascii="Cambria Math" w:hAnsi="Cambria Math"/>
            <w:szCs w:val="24"/>
          </w:rPr>
          <m:t>31 </m:t>
        </m:r>
        <m:r>
          <m:rPr>
            <m:sty m:val="p"/>
          </m:rPr>
          <w:rPr>
            <w:rFonts w:ascii="Cambria Math" w:hAnsi="Cambria Math"/>
            <w:szCs w:val="24"/>
          </w:rPr>
          <m:t>J/</m:t>
        </m:r>
        <m:d>
          <m:dPr>
            <m:ctrlPr>
              <w:rPr>
                <w:rFonts w:ascii="Cambria Math" w:hAnsi="Cambria Math"/>
                <w:szCs w:val="24"/>
              </w:rPr>
            </m:ctrlPr>
          </m:dPr>
          <m:e>
            <m:r>
              <m:rPr>
                <m:sty m:val="p"/>
              </m:rPr>
              <w:rPr>
                <w:rFonts w:ascii="Cambria Math" w:hAnsi="Cambria Math"/>
                <w:szCs w:val="24"/>
              </w:rPr>
              <m:t>mol⋅K</m:t>
            </m:r>
          </m:e>
        </m:d>
      </m:oMath>
      <w:r w:rsidRPr="00681064">
        <w:rPr>
          <w:szCs w:val="24"/>
        </w:rPr>
        <w:t>. Tính nhiệt lượng khí tỏa ra, làm tròn đến hàng phần trăm joule.</w:t>
      </w:r>
    </w:p>
    <w:p w14:paraId="47DA1207" w14:textId="0589D238" w:rsidR="00681064" w:rsidRPr="00681064" w:rsidRDefault="00681064" w:rsidP="00681064">
      <w:pPr>
        <w:tabs>
          <w:tab w:val="left" w:pos="426"/>
        </w:tabs>
        <w:rPr>
          <w:rFonts w:cs="Times New Roman"/>
          <w:b/>
          <w:bCs/>
          <w:color w:val="CC3300"/>
          <w:szCs w:val="24"/>
        </w:rPr>
      </w:pPr>
      <w:r w:rsidRPr="00681064">
        <w:rPr>
          <w:rFonts w:cs="Times New Roman"/>
          <w:b/>
          <w:bCs/>
          <w:color w:val="CC3300"/>
          <w:szCs w:val="24"/>
        </w:rPr>
        <w:t xml:space="preserve">Trả lời: </w:t>
      </w:r>
      <w:r w:rsidRPr="00681064">
        <w:rPr>
          <w:rFonts w:cs="Times New Roman"/>
          <w:b/>
          <w:bCs/>
          <w:color w:val="CC3300"/>
          <w:szCs w:val="24"/>
        </w:rPr>
        <w:t>0,25</w:t>
      </w:r>
    </w:p>
    <w:p w14:paraId="4CF0A891" w14:textId="452D563A" w:rsidR="00EA3B5B" w:rsidRPr="00681064" w:rsidRDefault="00000000" w:rsidP="00681064">
      <w:pPr>
        <w:tabs>
          <w:tab w:val="left" w:pos="426"/>
        </w:tabs>
        <w:rPr>
          <w:rFonts w:cs="Times New Roman"/>
          <w:szCs w:val="24"/>
        </w:rPr>
      </w:pPr>
      <w:r w:rsidRPr="00681064">
        <w:rPr>
          <w:rFonts w:cs="Times New Roman"/>
          <w:szCs w:val="24"/>
        </w:rPr>
        <w:t xml:space="preserve">Gọi </w:t>
      </w:r>
      <m:oMath>
        <m:r>
          <w:rPr>
            <w:rFonts w:ascii="Cambria Math" w:hAnsi="Cambria Math" w:cs="Times New Roman"/>
            <w:szCs w:val="24"/>
          </w:rPr>
          <m:t>x</m:t>
        </m:r>
      </m:oMath>
      <w:r w:rsidRPr="00681064">
        <w:rPr>
          <w:rFonts w:cs="Times New Roman"/>
          <w:szCs w:val="24"/>
        </w:rPr>
        <w:t xml:space="preserve"> là chiều dài cột khí. Do </w:t>
      </w:r>
      <m:oMath>
        <m:r>
          <m:rPr>
            <m:scr m:val="script"/>
            <m:sty m:val="p"/>
          </m:rPr>
          <w:rPr>
            <w:rFonts w:ascii="Cambria Math" w:hAnsi="Cambria Math" w:cs="Times New Roman"/>
            <w:szCs w:val="24"/>
          </w:rPr>
          <m:t>l=</m:t>
        </m:r>
        <m:r>
          <w:rPr>
            <w:rFonts w:ascii="Cambria Math" w:hAnsi="Cambria Math" w:cs="Times New Roman"/>
            <w:szCs w:val="24"/>
          </w:rPr>
          <m:t>76 cm</m:t>
        </m:r>
      </m:oMath>
      <w:r w:rsidRPr="00681064">
        <w:rPr>
          <w:rFonts w:cs="Times New Roman"/>
          <w:szCs w:val="24"/>
        </w:rPr>
        <w:t xml:space="preserve"> đúng bằng độ cao cột thủy ngân biểu diễn áp suất khí quyển, ta có </w:t>
      </w:r>
      <m:oMath>
        <m:r>
          <w:rPr>
            <w:rFonts w:ascii="Cambria Math" w:hAnsi="Cambria Math" w:cs="Times New Roman"/>
            <w:szCs w:val="24"/>
          </w:rPr>
          <m:t>p</m:t>
        </m:r>
        <m:r>
          <m:rPr>
            <m:sty m:val="p"/>
          </m:rPr>
          <w:rPr>
            <w:rFonts w:ascii="Cambria Math" w:hAnsi="Cambria Math" w:cs="Times New Roman"/>
            <w:szCs w:val="24"/>
          </w:rPr>
          <m:t>∝</m:t>
        </m:r>
        <m:r>
          <w:rPr>
            <w:rFonts w:ascii="Cambria Math" w:hAnsi="Cambria Math" w:cs="Times New Roman"/>
            <w:szCs w:val="24"/>
          </w:rPr>
          <m:t>x</m:t>
        </m:r>
      </m:oMath>
      <w:r w:rsidRPr="00681064">
        <w:rPr>
          <w:rFonts w:cs="Times New Roman"/>
          <w:szCs w:val="24"/>
        </w:rPr>
        <w:t xml:space="preserve">. Vì </w:t>
      </w:r>
      <m:oMath>
        <m:r>
          <w:rPr>
            <w:rFonts w:ascii="Cambria Math" w:hAnsi="Cambria Math" w:cs="Times New Roman"/>
            <w:szCs w:val="24"/>
          </w:rPr>
          <m:t>V</m:t>
        </m:r>
        <m:r>
          <m:rPr>
            <m:sty m:val="p"/>
          </m:rPr>
          <w:rPr>
            <w:rFonts w:ascii="Cambria Math" w:hAnsi="Cambria Math" w:cs="Times New Roman"/>
            <w:szCs w:val="24"/>
          </w:rPr>
          <m:t>=</m:t>
        </m:r>
        <m:r>
          <w:rPr>
            <w:rFonts w:ascii="Cambria Math" w:hAnsi="Cambria Math" w:cs="Times New Roman"/>
            <w:szCs w:val="24"/>
          </w:rPr>
          <m:t>Sx</m:t>
        </m:r>
      </m:oMath>
      <w:r w:rsidRPr="00681064">
        <w:rPr>
          <w:rFonts w:cs="Times New Roman"/>
          <w:szCs w:val="24"/>
        </w:rPr>
        <w:t xml:space="preserve"> nên </w:t>
      </w:r>
      <m:oMath>
        <m:r>
          <w:rPr>
            <w:rFonts w:ascii="Cambria Math" w:hAnsi="Cambria Math" w:cs="Times New Roman"/>
            <w:szCs w:val="24"/>
          </w:rPr>
          <m:t>p</m:t>
        </m:r>
        <m:r>
          <m:rPr>
            <m:sty m:val="p"/>
          </m:rPr>
          <w:rPr>
            <w:rFonts w:ascii="Cambria Math" w:hAnsi="Cambria Math" w:cs="Times New Roman"/>
            <w:szCs w:val="24"/>
          </w:rPr>
          <m:t>∝</m:t>
        </m:r>
        <m:r>
          <w:rPr>
            <w:rFonts w:ascii="Cambria Math" w:hAnsi="Cambria Math" w:cs="Times New Roman"/>
            <w:szCs w:val="24"/>
          </w:rPr>
          <m:t>V</m:t>
        </m:r>
      </m:oMath>
      <w:r w:rsidRPr="00681064">
        <w:rPr>
          <w:rFonts w:cs="Times New Roman"/>
          <w:szCs w:val="24"/>
        </w:rPr>
        <w:t>.</w:t>
      </w:r>
    </w:p>
    <w:p w14:paraId="477F8FC7" w14:textId="77777777" w:rsidR="00EA3B5B" w:rsidRPr="00681064" w:rsidRDefault="00000000" w:rsidP="00681064">
      <w:pPr>
        <w:pStyle w:val="BodyText"/>
        <w:tabs>
          <w:tab w:val="left" w:pos="426"/>
        </w:tabs>
        <w:rPr>
          <w:rFonts w:cs="Times New Roman"/>
          <w:szCs w:val="24"/>
        </w:rPr>
      </w:pPr>
      <w:r w:rsidRPr="00681064">
        <w:rPr>
          <w:rFonts w:cs="Times New Roman"/>
          <w:szCs w:val="24"/>
        </w:rPr>
        <w:t xml:space="preserve">Với quá trình có </w:t>
      </w:r>
      <m:oMath>
        <m:r>
          <w:rPr>
            <w:rFonts w:ascii="Cambria Math" w:hAnsi="Cambria Math" w:cs="Times New Roman"/>
            <w:szCs w:val="24"/>
          </w:rPr>
          <m:t>p</m:t>
        </m:r>
        <m:r>
          <m:rPr>
            <m:sty m:val="p"/>
          </m:rPr>
          <w:rPr>
            <w:rFonts w:ascii="Cambria Math" w:hAnsi="Cambria Math" w:cs="Times New Roman"/>
            <w:szCs w:val="24"/>
          </w:rPr>
          <m:t>=</m:t>
        </m:r>
        <m:r>
          <w:rPr>
            <w:rFonts w:ascii="Cambria Math" w:hAnsi="Cambria Math" w:cs="Times New Roman"/>
            <w:szCs w:val="24"/>
          </w:rPr>
          <m:t>kV</m:t>
        </m:r>
      </m:oMath>
      <w:r w:rsidRPr="00681064">
        <w:rPr>
          <w:rFonts w:cs="Times New Roman"/>
          <w:szCs w:val="24"/>
        </w:rPr>
        <w:t>, công khí thực hiện là</w:t>
      </w:r>
    </w:p>
    <w:p w14:paraId="03BB9B9D"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W</m:t>
          </m:r>
          <m:r>
            <m:rPr>
              <m:sty m:val="p"/>
            </m:rPr>
            <w:rPr>
              <w:rFonts w:ascii="Cambria Math" w:hAnsi="Cambria Math" w:cs="Times New Roman"/>
              <w:szCs w:val="24"/>
            </w:rPr>
            <m:t>=</m:t>
          </m:r>
          <m:nary>
            <m:naryPr>
              <m:limLoc m:val="subSup"/>
              <m:ctrlPr>
                <w:rPr>
                  <w:rFonts w:ascii="Cambria Math" w:hAnsi="Cambria Math" w:cs="Times New Roman"/>
                  <w:szCs w:val="24"/>
                </w:rPr>
              </m:ctrlPr>
            </m:naryPr>
            <m:sub>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1</m:t>
                  </m:r>
                </m:sub>
              </m:sSub>
            </m:sub>
            <m:sup>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2</m:t>
                  </m:r>
                </m:sub>
              </m:sSub>
            </m:sup>
            <m:e>
              <m:r>
                <w:rPr>
                  <w:rFonts w:ascii="Cambria Math" w:hAnsi="Cambria Math" w:cs="Times New Roman"/>
                  <w:szCs w:val="24"/>
                </w:rPr>
                <m:t>p</m:t>
              </m:r>
            </m:e>
          </m:nary>
          <m:r>
            <w:rPr>
              <w:rFonts w:ascii="Cambria Math" w:hAnsi="Cambria Math" w:cs="Times New Roman"/>
              <w:szCs w:val="24"/>
            </w:rPr>
            <m:t> dV</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2</m:t>
                  </m:r>
                </m:sub>
              </m:sSub>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2</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p</m:t>
                  </m:r>
                </m:e>
                <m:sub>
                  <m:r>
                    <w:rPr>
                      <w:rFonts w:ascii="Cambria Math" w:hAnsi="Cambria Math" w:cs="Times New Roman"/>
                      <w:szCs w:val="24"/>
                    </w:rPr>
                    <m:t>1</m:t>
                  </m:r>
                </m:sub>
              </m:sSub>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1</m:t>
                  </m:r>
                </m:sub>
              </m:sSub>
            </m:e>
          </m:d>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nR</m:t>
          </m:r>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2</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e>
          </m:d>
          <m:r>
            <m:rPr>
              <m:sty m:val="p"/>
            </m:rPr>
            <w:rPr>
              <w:rFonts w:ascii="Cambria Math" w:hAnsi="Cambria Math" w:cs="Times New Roman"/>
              <w:szCs w:val="24"/>
            </w:rPr>
            <m:t>.</m:t>
          </m:r>
        </m:oMath>
      </m:oMathPara>
    </w:p>
    <w:p w14:paraId="4F4D931A" w14:textId="77777777" w:rsidR="00EA3B5B" w:rsidRPr="00681064" w:rsidRDefault="00000000" w:rsidP="00681064">
      <w:pPr>
        <w:tabs>
          <w:tab w:val="left" w:pos="426"/>
        </w:tabs>
        <w:rPr>
          <w:rFonts w:cs="Times New Roman"/>
          <w:szCs w:val="24"/>
        </w:rPr>
      </w:pPr>
      <w:r w:rsidRPr="00681064">
        <w:rPr>
          <w:rFonts w:cs="Times New Roman"/>
          <w:szCs w:val="24"/>
        </w:rPr>
        <w:t xml:space="preserve">Khí giảm nhiệt độ </w:t>
      </w:r>
      <m:oMath>
        <m:r>
          <w:rPr>
            <w:rFonts w:ascii="Cambria Math" w:hAnsi="Cambria Math" w:cs="Times New Roman"/>
            <w:szCs w:val="24"/>
          </w:rPr>
          <m:t>10 K</m:t>
        </m:r>
      </m:oMath>
      <w:r w:rsidRPr="00681064">
        <w:rPr>
          <w:rFonts w:cs="Times New Roman"/>
          <w:szCs w:val="24"/>
        </w:rPr>
        <w:t xml:space="preserve"> nên công mà khí nhận:</w:t>
      </w:r>
    </w:p>
    <w:p w14:paraId="6E1127B5"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W</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nR</m:t>
          </m:r>
          <m:r>
            <m:rPr>
              <m:sty m:val="p"/>
            </m:rPr>
            <w:rPr>
              <w:rFonts w:ascii="Cambria Math" w:hAnsi="Cambria Math" w:cs="Times New Roman"/>
              <w:szCs w:val="24"/>
            </w:rPr>
            <m:t>⋅</m:t>
          </m:r>
          <m:r>
            <w:rPr>
              <w:rFonts w:ascii="Cambria Math" w:hAnsi="Cambria Math" w:cs="Times New Roman"/>
              <w:szCs w:val="24"/>
            </w:rPr>
            <m:t>10</m:t>
          </m:r>
          <m:r>
            <m:rPr>
              <m:sty m:val="p"/>
            </m:rPr>
            <w:rPr>
              <w:rFonts w:ascii="Cambria Math" w:hAnsi="Cambria Math" w:cs="Times New Roman"/>
              <w:szCs w:val="24"/>
            </w:rPr>
            <m:t>.</m:t>
          </m:r>
        </m:oMath>
      </m:oMathPara>
    </w:p>
    <w:p w14:paraId="232D2DBC" w14:textId="77777777" w:rsidR="00EA3B5B" w:rsidRPr="00681064" w:rsidRDefault="00000000" w:rsidP="00681064">
      <w:pPr>
        <w:tabs>
          <w:tab w:val="left" w:pos="426"/>
        </w:tabs>
        <w:rPr>
          <w:rFonts w:cs="Times New Roman"/>
          <w:szCs w:val="24"/>
        </w:rPr>
      </w:pPr>
      <w:r w:rsidRPr="00681064">
        <w:rPr>
          <w:rFonts w:cs="Times New Roman"/>
          <w:szCs w:val="24"/>
        </w:rPr>
        <w:t>Độ biến thiên nội năng:</w:t>
      </w:r>
    </w:p>
    <w:p w14:paraId="17405D31"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ΔU</m:t>
          </m:r>
          <m:r>
            <m:rPr>
              <m:sty m:val="p"/>
            </m:rPr>
            <w:rPr>
              <w:rFonts w:ascii="Cambria Math" w:hAnsi="Cambria Math" w:cs="Times New Roman"/>
              <w:szCs w:val="24"/>
            </w:rPr>
            <m:t>=</m:t>
          </m:r>
          <m:r>
            <w:rPr>
              <w:rFonts w:ascii="Cambria Math" w:hAnsi="Cambria Math" w:cs="Times New Roman"/>
              <w:szCs w:val="24"/>
            </w:rPr>
            <m:t>n</m:t>
          </m:r>
          <m:sSub>
            <m:sSubPr>
              <m:ctrlPr>
                <w:rPr>
                  <w:rFonts w:ascii="Cambria Math" w:hAnsi="Cambria Math" w:cs="Times New Roman"/>
                  <w:szCs w:val="24"/>
                </w:rPr>
              </m:ctrlPr>
            </m:sSubPr>
            <m:e>
              <m:r>
                <w:rPr>
                  <w:rFonts w:ascii="Cambria Math" w:hAnsi="Cambria Math" w:cs="Times New Roman"/>
                  <w:szCs w:val="24"/>
                </w:rPr>
                <m:t>C</m:t>
              </m:r>
            </m:e>
            <m:sub>
              <m:r>
                <w:rPr>
                  <w:rFonts w:ascii="Cambria Math" w:hAnsi="Cambria Math" w:cs="Times New Roman"/>
                  <w:szCs w:val="24"/>
                </w:rPr>
                <m:t>V</m:t>
              </m:r>
            </m:sub>
          </m:sSub>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2</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e>
          </m:d>
          <m:r>
            <m:rPr>
              <m:sty m:val="p"/>
            </m:rPr>
            <w:rPr>
              <w:rFonts w:ascii="Cambria Math" w:hAnsi="Cambria Math" w:cs="Times New Roman"/>
              <w:szCs w:val="24"/>
            </w:rPr>
            <m:t>=-</m:t>
          </m:r>
          <m:r>
            <w:rPr>
              <w:rFonts w:ascii="Cambria Math" w:hAnsi="Cambria Math" w:cs="Times New Roman"/>
              <w:szCs w:val="24"/>
            </w:rPr>
            <m:t>n</m:t>
          </m:r>
          <m:sSub>
            <m:sSubPr>
              <m:ctrlPr>
                <w:rPr>
                  <w:rFonts w:ascii="Cambria Math" w:hAnsi="Cambria Math" w:cs="Times New Roman"/>
                  <w:szCs w:val="24"/>
                </w:rPr>
              </m:ctrlPr>
            </m:sSubPr>
            <m:e>
              <m:r>
                <w:rPr>
                  <w:rFonts w:ascii="Cambria Math" w:hAnsi="Cambria Math" w:cs="Times New Roman"/>
                  <w:szCs w:val="24"/>
                </w:rPr>
                <m:t>C</m:t>
              </m:r>
            </m:e>
            <m:sub>
              <m:r>
                <w:rPr>
                  <w:rFonts w:ascii="Cambria Math" w:hAnsi="Cambria Math" w:cs="Times New Roman"/>
                  <w:szCs w:val="24"/>
                </w:rPr>
                <m:t>V</m:t>
              </m:r>
            </m:sub>
          </m:sSub>
          <m:r>
            <m:rPr>
              <m:sty m:val="p"/>
            </m:rPr>
            <w:rPr>
              <w:rFonts w:ascii="Cambria Math" w:hAnsi="Cambria Math" w:cs="Times New Roman"/>
              <w:szCs w:val="24"/>
            </w:rPr>
            <m:t>⋅</m:t>
          </m:r>
          <m:r>
            <w:rPr>
              <w:rFonts w:ascii="Cambria Math" w:hAnsi="Cambria Math" w:cs="Times New Roman"/>
              <w:szCs w:val="24"/>
            </w:rPr>
            <m:t>10</m:t>
          </m:r>
          <m:r>
            <m:rPr>
              <m:sty m:val="p"/>
            </m:rPr>
            <w:rPr>
              <w:rFonts w:ascii="Cambria Math" w:hAnsi="Cambria Math" w:cs="Times New Roman"/>
              <w:szCs w:val="24"/>
            </w:rPr>
            <m:t>.</m:t>
          </m:r>
        </m:oMath>
      </m:oMathPara>
    </w:p>
    <w:p w14:paraId="1B43D6C0" w14:textId="77777777" w:rsidR="00EA3B5B" w:rsidRPr="00681064" w:rsidRDefault="00000000" w:rsidP="00681064">
      <w:pPr>
        <w:tabs>
          <w:tab w:val="left" w:pos="426"/>
        </w:tabs>
        <w:rPr>
          <w:rFonts w:cs="Times New Roman"/>
          <w:szCs w:val="24"/>
        </w:rPr>
      </w:pPr>
      <w:r w:rsidRPr="00681064">
        <w:rPr>
          <w:rFonts w:cs="Times New Roman"/>
          <w:szCs w:val="24"/>
        </w:rPr>
        <w:t xml:space="preserve">Từ </w:t>
      </w:r>
      <m:oMath>
        <m:r>
          <w:rPr>
            <w:rFonts w:ascii="Cambria Math" w:hAnsi="Cambria Math" w:cs="Times New Roman"/>
            <w:szCs w:val="24"/>
          </w:rPr>
          <m:t>ΔU</m:t>
        </m:r>
        <m:r>
          <m:rPr>
            <m:sty m:val="p"/>
          </m:rPr>
          <w:rPr>
            <w:rFonts w:ascii="Cambria Math" w:hAnsi="Cambria Math" w:cs="Times New Roman"/>
            <w:szCs w:val="24"/>
          </w:rPr>
          <m:t>=</m:t>
        </m:r>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Q</m:t>
        </m:r>
      </m:oMath>
      <w:r w:rsidRPr="00681064">
        <w:rPr>
          <w:rFonts w:cs="Times New Roman"/>
          <w:szCs w:val="24"/>
        </w:rPr>
        <w:t>:</w:t>
      </w:r>
    </w:p>
    <w:p w14:paraId="14925533" w14:textId="77777777" w:rsidR="00EA3B5B" w:rsidRPr="00681064" w:rsidRDefault="00000000" w:rsidP="00681064">
      <w:pPr>
        <w:pStyle w:val="BodyText"/>
        <w:tabs>
          <w:tab w:val="left" w:pos="426"/>
        </w:tabs>
        <w:rPr>
          <w:rFonts w:cs="Times New Roman"/>
          <w:szCs w:val="24"/>
        </w:rPr>
      </w:pPr>
      <m:oMathPara>
        <m:oMathParaPr>
          <m:jc m:val="center"/>
        </m:oMathParaPr>
        <m:oMath>
          <m:r>
            <w:rPr>
              <w:rFonts w:ascii="Cambria Math" w:hAnsi="Cambria Math" w:cs="Times New Roman"/>
              <w:szCs w:val="24"/>
            </w:rPr>
            <m:t>Q</m:t>
          </m:r>
          <m:r>
            <m:rPr>
              <m:sty m:val="p"/>
            </m:rPr>
            <w:rPr>
              <w:rFonts w:ascii="Cambria Math" w:hAnsi="Cambria Math" w:cs="Times New Roman"/>
              <w:szCs w:val="24"/>
            </w:rPr>
            <m:t>=</m:t>
          </m:r>
          <m:r>
            <w:rPr>
              <w:rFonts w:ascii="Cambria Math" w:hAnsi="Cambria Math" w:cs="Times New Roman"/>
              <w:szCs w:val="24"/>
            </w:rPr>
            <m:t>ΔU</m:t>
          </m:r>
          <m:r>
            <m:rPr>
              <m:sty m:val="p"/>
            </m:rPr>
            <w:rPr>
              <w:rFonts w:ascii="Cambria Math" w:hAnsi="Cambria Math" w:cs="Times New Roman"/>
              <w:szCs w:val="24"/>
            </w:rPr>
            <m:t>-</m:t>
          </m:r>
          <m:r>
            <w:rPr>
              <w:rFonts w:ascii="Cambria Math" w:hAnsi="Cambria Math" w:cs="Times New Roman"/>
              <w:szCs w:val="24"/>
            </w:rPr>
            <m:t>A</m:t>
          </m:r>
          <m:r>
            <m:rPr>
              <m:sty m:val="p"/>
            </m:rPr>
            <w:rPr>
              <w:rFonts w:ascii="Cambria Math" w:hAnsi="Cambria Math" w:cs="Times New Roman"/>
              <w:szCs w:val="24"/>
            </w:rPr>
            <m:t>=-</m:t>
          </m:r>
          <m:r>
            <w:rPr>
              <w:rFonts w:ascii="Cambria Math" w:hAnsi="Cambria Math" w:cs="Times New Roman"/>
              <w:szCs w:val="24"/>
            </w:rPr>
            <m:t>n</m:t>
          </m:r>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C</m:t>
                  </m:r>
                </m:e>
                <m:sub>
                  <m:r>
                    <w:rPr>
                      <w:rFonts w:ascii="Cambria Math" w:hAnsi="Cambria Math" w:cs="Times New Roman"/>
                      <w:szCs w:val="24"/>
                    </w:rPr>
                    <m:t>V</m:t>
                  </m:r>
                </m:sub>
              </m:sSub>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R</m:t>
                  </m:r>
                </m:num>
                <m:den>
                  <m:r>
                    <w:rPr>
                      <w:rFonts w:ascii="Cambria Math" w:hAnsi="Cambria Math" w:cs="Times New Roman"/>
                      <w:szCs w:val="24"/>
                    </w:rPr>
                    <m:t>2</m:t>
                  </m:r>
                </m:den>
              </m:f>
            </m:e>
          </m:d>
          <m:r>
            <w:rPr>
              <w:rFonts w:ascii="Cambria Math" w:hAnsi="Cambria Math" w:cs="Times New Roman"/>
              <w:szCs w:val="24"/>
            </w:rPr>
            <m:t>10</m:t>
          </m:r>
          <m:r>
            <m:rPr>
              <m:sty m:val="p"/>
            </m:rPr>
            <w:rPr>
              <w:rFonts w:ascii="Cambria Math" w:hAnsi="Cambria Math" w:cs="Times New Roman"/>
              <w:szCs w:val="24"/>
            </w:rPr>
            <m:t>≈-</m:t>
          </m:r>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2466 J</m:t>
          </m:r>
          <m:r>
            <m:rPr>
              <m:sty m:val="p"/>
            </m:rPr>
            <w:rPr>
              <w:rFonts w:ascii="Cambria Math" w:hAnsi="Cambria Math" w:cs="Times New Roman"/>
              <w:szCs w:val="24"/>
            </w:rPr>
            <m:t>.</m:t>
          </m:r>
        </m:oMath>
      </m:oMathPara>
    </w:p>
    <w:p w14:paraId="4CDB4A03" w14:textId="77777777" w:rsidR="00EA3B5B" w:rsidRPr="00681064" w:rsidRDefault="00000000" w:rsidP="00681064">
      <w:pPr>
        <w:tabs>
          <w:tab w:val="left" w:pos="426"/>
        </w:tabs>
        <w:rPr>
          <w:rFonts w:cs="Times New Roman"/>
          <w:szCs w:val="24"/>
        </w:rPr>
      </w:pPr>
      <w:r w:rsidRPr="00681064">
        <w:rPr>
          <w:rFonts w:cs="Times New Roman"/>
          <w:szCs w:val="24"/>
        </w:rPr>
        <w:t xml:space="preserve">Dấu âm cho biết khí tỏa nhiệt; độ lớn nhiệt lượng tỏa ra xấp xỉ </w:t>
      </w:r>
      <m:oMath>
        <m:r>
          <w:rPr>
            <w:rFonts w:ascii="Cambria Math" w:hAnsi="Cambria Math" w:cs="Times New Roman"/>
            <w:szCs w:val="24"/>
          </w:rPr>
          <m:t>0</m:t>
        </m:r>
        <m:r>
          <m:rPr>
            <m:sty m:val="p"/>
          </m:rPr>
          <w:rPr>
            <w:rFonts w:ascii="Cambria Math" w:hAnsi="Cambria Math" w:cs="Times New Roman"/>
            <w:szCs w:val="24"/>
          </w:rPr>
          <m:t>,</m:t>
        </m:r>
        <m:r>
          <w:rPr>
            <w:rFonts w:ascii="Cambria Math" w:hAnsi="Cambria Math" w:cs="Times New Roman"/>
            <w:szCs w:val="24"/>
          </w:rPr>
          <m:t>25 J</m:t>
        </m:r>
      </m:oMath>
      <w:r w:rsidRPr="00681064">
        <w:rPr>
          <w:rFonts w:cs="Times New Roman"/>
          <w:szCs w:val="24"/>
        </w:rPr>
        <w:t>.</w:t>
      </w:r>
    </w:p>
    <w:p w14:paraId="5038273E" w14:textId="77777777" w:rsidR="00681064" w:rsidRPr="00681064" w:rsidRDefault="00681064" w:rsidP="00681064">
      <w:pPr>
        <w:pStyle w:val="BodyText"/>
        <w:tabs>
          <w:tab w:val="left" w:pos="426"/>
        </w:tabs>
        <w:rPr>
          <w:szCs w:val="24"/>
        </w:rPr>
      </w:pPr>
      <w:bookmarkStart w:id="30" w:name="câu-6-1"/>
      <w:bookmarkEnd w:id="29"/>
      <w:r w:rsidRPr="00681064">
        <w:rPr>
          <w:b/>
          <w:bCs/>
          <w:szCs w:val="24"/>
        </w:rPr>
        <w:t>Câu 6.</w:t>
      </w:r>
      <w:r w:rsidRPr="00681064">
        <w:rPr>
          <w:szCs w:val="24"/>
        </w:rPr>
        <w:t xml:space="preserve"> Mỗi giờ có </w:t>
      </w:r>
      <m:oMath>
        <m:r>
          <w:rPr>
            <w:rFonts w:ascii="Cambria Math" w:hAnsi="Cambria Math"/>
            <w:szCs w:val="24"/>
          </w:rPr>
          <m:t>580 </m:t>
        </m:r>
        <m:r>
          <m:rPr>
            <m:sty m:val="p"/>
          </m:rPr>
          <w:rPr>
            <w:rFonts w:ascii="Cambria Math" w:hAnsi="Cambria Math"/>
            <w:szCs w:val="24"/>
          </w:rPr>
          <m:t>kg</m:t>
        </m:r>
      </m:oMath>
      <w:r w:rsidRPr="00681064">
        <w:rPr>
          <w:szCs w:val="24"/>
        </w:rPr>
        <w:t xml:space="preserve"> nước nóng đi qua một máy sưởi; nhiệt độ nước giảm </w:t>
      </w:r>
      <m:oMath>
        <m:r>
          <w:rPr>
            <w:rFonts w:ascii="Cambria Math" w:hAnsi="Cambria Math"/>
            <w:szCs w:val="24"/>
          </w:rPr>
          <m:t>6</m:t>
        </m:r>
        <m:r>
          <m:rPr>
            <m:sty m:val="p"/>
          </m:rPr>
          <w:rPr>
            <w:rFonts w:ascii="Cambria Math" w:hAnsi="Cambria Math"/>
            <w:szCs w:val="24"/>
          </w:rPr>
          <m:t>,</m:t>
        </m:r>
        <m:r>
          <w:rPr>
            <w:rFonts w:ascii="Cambria Math" w:hAnsi="Cambria Math"/>
            <w:szCs w:val="24"/>
          </w:rPr>
          <m:t>0</m:t>
        </m:r>
        <m:sSup>
          <m:sSupPr>
            <m:ctrlPr>
              <w:rPr>
                <w:rFonts w:ascii="Cambria Math" w:hAnsi="Cambria Math"/>
                <w:szCs w:val="24"/>
              </w:rPr>
            </m:ctrlPr>
          </m:sSupPr>
          <m:e>
            <m:r>
              <w:rPr>
                <w:rFonts w:ascii="Cambria Math" w:hAnsi="Cambria Math"/>
                <w:szCs w:val="24"/>
              </w:rPr>
              <m:t> </m:t>
            </m:r>
          </m:e>
          <m:sup>
            <m:r>
              <m:rPr>
                <m:sty m:val="p"/>
              </m:rPr>
              <w:rPr>
                <w:rFonts w:ascii="Cambria Math" w:hAnsi="Cambria Math"/>
                <w:szCs w:val="24"/>
              </w:rPr>
              <m:t>∘</m:t>
            </m:r>
          </m:sup>
        </m:sSup>
        <m:r>
          <m:rPr>
            <m:sty m:val="b"/>
          </m:rPr>
          <w:rPr>
            <w:rFonts w:ascii="Cambria Math" w:hAnsi="Cambria Math"/>
            <w:szCs w:val="24"/>
          </w:rPr>
          <m:t>C.</m:t>
        </m:r>
      </m:oMath>
      <w:r w:rsidRPr="00681064">
        <w:rPr>
          <w:szCs w:val="24"/>
        </w:rPr>
        <w:t xml:space="preserve"> Biết </w:t>
      </w:r>
      <m:oMath>
        <m:r>
          <w:rPr>
            <w:rFonts w:ascii="Cambria Math" w:hAnsi="Cambria Math"/>
            <w:szCs w:val="24"/>
          </w:rPr>
          <m:t>c</m:t>
        </m:r>
        <m:r>
          <m:rPr>
            <m:sty m:val="p"/>
          </m:rPr>
          <w:rPr>
            <w:rFonts w:ascii="Cambria Math" w:hAnsi="Cambria Math"/>
            <w:szCs w:val="24"/>
          </w:rPr>
          <m:t>=</m:t>
        </m:r>
        <m:r>
          <w:rPr>
            <w:rFonts w:ascii="Cambria Math" w:hAnsi="Cambria Math"/>
            <w:szCs w:val="24"/>
          </w:rPr>
          <m:t>4180 </m:t>
        </m:r>
        <m:r>
          <m:rPr>
            <m:sty m:val="p"/>
          </m:rPr>
          <w:rPr>
            <w:rFonts w:ascii="Cambria Math" w:hAnsi="Cambria Math"/>
            <w:szCs w:val="24"/>
          </w:rPr>
          <m:t>J/</m:t>
        </m:r>
        <m:d>
          <m:dPr>
            <m:ctrlPr>
              <w:rPr>
                <w:rFonts w:ascii="Cambria Math" w:hAnsi="Cambria Math"/>
                <w:szCs w:val="24"/>
              </w:rPr>
            </m:ctrlPr>
          </m:dPr>
          <m:e>
            <m:r>
              <m:rPr>
                <m:sty m:val="p"/>
              </m:rPr>
              <w:rPr>
                <w:rFonts w:ascii="Cambria Math" w:hAnsi="Cambria Math"/>
                <w:szCs w:val="24"/>
              </w:rPr>
              <m:t>kg⋅K</m:t>
            </m:r>
          </m:e>
        </m:d>
      </m:oMath>
      <w:r w:rsidRPr="00681064">
        <w:rPr>
          <w:szCs w:val="24"/>
        </w:rPr>
        <w:t>. Tính nhiệt lượng nước tỏa ra trong mỗi giờ, đơn vị MJ, làm tròn đến hàng phần mười.</w:t>
      </w:r>
    </w:p>
    <w:p w14:paraId="14000E39" w14:textId="12C0D571" w:rsidR="00681064" w:rsidRPr="00681064" w:rsidRDefault="00681064" w:rsidP="00681064">
      <w:pPr>
        <w:tabs>
          <w:tab w:val="left" w:pos="426"/>
        </w:tabs>
        <w:rPr>
          <w:rFonts w:cs="Times New Roman"/>
          <w:b/>
          <w:bCs/>
          <w:color w:val="CC3300"/>
          <w:szCs w:val="24"/>
        </w:rPr>
      </w:pPr>
      <w:r w:rsidRPr="00681064">
        <w:rPr>
          <w:rFonts w:cs="Times New Roman"/>
          <w:b/>
          <w:bCs/>
          <w:color w:val="CC3300"/>
          <w:szCs w:val="24"/>
        </w:rPr>
        <w:t xml:space="preserve">Trả lời: </w:t>
      </w:r>
      <w:r w:rsidRPr="00681064">
        <w:rPr>
          <w:rFonts w:cs="Times New Roman"/>
          <w:b/>
          <w:bCs/>
          <w:color w:val="CC3300"/>
          <w:szCs w:val="24"/>
        </w:rPr>
        <w:t>14,5</w:t>
      </w:r>
    </w:p>
    <w:p w14:paraId="3800DBE1" w14:textId="77777777" w:rsidR="00681064" w:rsidRPr="00681064" w:rsidRDefault="00681064" w:rsidP="00681064">
      <w:pPr>
        <w:pStyle w:val="BodyText"/>
        <w:tabs>
          <w:tab w:val="left" w:pos="426"/>
        </w:tabs>
        <w:rPr>
          <w:szCs w:val="24"/>
        </w:rPr>
      </w:pPr>
    </w:p>
    <w:p w14:paraId="0F7C3EA7" w14:textId="77777777" w:rsidR="00EA3B5B" w:rsidRPr="00681064" w:rsidRDefault="00000000" w:rsidP="00681064">
      <w:pPr>
        <w:tabs>
          <w:tab w:val="left" w:pos="426"/>
        </w:tabs>
        <w:rPr>
          <w:rFonts w:cs="Times New Roman"/>
          <w:szCs w:val="24"/>
        </w:rPr>
      </w:pPr>
      <m:oMathPara>
        <m:oMathParaPr>
          <m:jc m:val="center"/>
        </m:oMathParaPr>
        <m:oMath>
          <m:r>
            <w:rPr>
              <w:rFonts w:ascii="Cambria Math" w:hAnsi="Cambria Math" w:cs="Times New Roman"/>
              <w:szCs w:val="24"/>
            </w:rPr>
            <m:t>Q</m:t>
          </m:r>
          <m:r>
            <m:rPr>
              <m:sty m:val="p"/>
            </m:rPr>
            <w:rPr>
              <w:rFonts w:ascii="Cambria Math" w:hAnsi="Cambria Math" w:cs="Times New Roman"/>
              <w:szCs w:val="24"/>
            </w:rPr>
            <m:t>=</m:t>
          </m:r>
          <m:r>
            <w:rPr>
              <w:rFonts w:ascii="Cambria Math" w:hAnsi="Cambria Math" w:cs="Times New Roman"/>
              <w:szCs w:val="24"/>
            </w:rPr>
            <m:t>mcΔT</m:t>
          </m:r>
          <m:r>
            <m:rPr>
              <m:sty m:val="p"/>
            </m:rPr>
            <w:rPr>
              <w:rFonts w:ascii="Cambria Math" w:hAnsi="Cambria Math" w:cs="Times New Roman"/>
              <w:szCs w:val="24"/>
            </w:rPr>
            <m:t>=</m:t>
          </m:r>
          <m:r>
            <w:rPr>
              <w:rFonts w:ascii="Cambria Math" w:hAnsi="Cambria Math" w:cs="Times New Roman"/>
              <w:szCs w:val="24"/>
            </w:rPr>
            <m:t>580</m:t>
          </m:r>
          <m:r>
            <m:rPr>
              <m:sty m:val="p"/>
            </m:rPr>
            <w:rPr>
              <w:rFonts w:ascii="Cambria Math" w:hAnsi="Cambria Math" w:cs="Times New Roman"/>
              <w:szCs w:val="24"/>
            </w:rPr>
            <m:t>⋅</m:t>
          </m:r>
          <m:r>
            <w:rPr>
              <w:rFonts w:ascii="Cambria Math" w:hAnsi="Cambria Math" w:cs="Times New Roman"/>
              <w:szCs w:val="24"/>
            </w:rPr>
            <m:t>4180</m:t>
          </m:r>
          <m:r>
            <m:rPr>
              <m:sty m:val="p"/>
            </m:rPr>
            <w:rPr>
              <w:rFonts w:ascii="Cambria Math" w:hAnsi="Cambria Math" w:cs="Times New Roman"/>
              <w:szCs w:val="24"/>
            </w:rPr>
            <m:t>⋅</m:t>
          </m:r>
          <m:r>
            <w:rPr>
              <w:rFonts w:ascii="Cambria Math" w:hAnsi="Cambria Math" w:cs="Times New Roman"/>
              <w:szCs w:val="24"/>
            </w:rPr>
            <m:t>6</m:t>
          </m:r>
          <m:r>
            <m:rPr>
              <m:sty m:val="p"/>
            </m:rPr>
            <w:rPr>
              <w:rFonts w:ascii="Cambria Math" w:hAnsi="Cambria Math" w:cs="Times New Roman"/>
              <w:szCs w:val="24"/>
            </w:rPr>
            <m:t>=</m:t>
          </m:r>
          <m:r>
            <w:rPr>
              <w:rFonts w:ascii="Cambria Math" w:hAnsi="Cambria Math" w:cs="Times New Roman"/>
              <w:szCs w:val="24"/>
            </w:rPr>
            <m:t>1</m:t>
          </m:r>
          <m:r>
            <m:rPr>
              <m:sty m:val="p"/>
            </m:rPr>
            <w:rPr>
              <w:rFonts w:ascii="Cambria Math" w:hAnsi="Cambria Math" w:cs="Times New Roman"/>
              <w:szCs w:val="24"/>
            </w:rPr>
            <m:t>,</m:t>
          </m:r>
          <m:r>
            <w:rPr>
              <w:rFonts w:ascii="Cambria Math" w:hAnsi="Cambria Math" w:cs="Times New Roman"/>
              <w:szCs w:val="24"/>
            </w:rPr>
            <m:t>45464</m:t>
          </m:r>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7</m:t>
              </m:r>
            </m:sup>
          </m:sSup>
          <m:r>
            <w:rPr>
              <w:rFonts w:ascii="Cambria Math" w:hAnsi="Cambria Math" w:cs="Times New Roman"/>
              <w:szCs w:val="24"/>
            </w:rPr>
            <m:t> J</m:t>
          </m:r>
          <m:r>
            <m:rPr>
              <m:sty m:val="p"/>
            </m:rPr>
            <w:rPr>
              <w:rFonts w:ascii="Cambria Math" w:hAnsi="Cambria Math" w:cs="Times New Roman"/>
              <w:szCs w:val="24"/>
            </w:rPr>
            <m:t>=</m:t>
          </m:r>
          <m:r>
            <w:rPr>
              <w:rFonts w:ascii="Cambria Math" w:hAnsi="Cambria Math" w:cs="Times New Roman"/>
              <w:szCs w:val="24"/>
            </w:rPr>
            <m:t>14</m:t>
          </m:r>
          <m:r>
            <m:rPr>
              <m:sty m:val="p"/>
            </m:rPr>
            <w:rPr>
              <w:rFonts w:ascii="Cambria Math" w:hAnsi="Cambria Math" w:cs="Times New Roman"/>
              <w:szCs w:val="24"/>
            </w:rPr>
            <m:t>,</m:t>
          </m:r>
          <m:r>
            <w:rPr>
              <w:rFonts w:ascii="Cambria Math" w:hAnsi="Cambria Math" w:cs="Times New Roman"/>
              <w:szCs w:val="24"/>
            </w:rPr>
            <m:t>5464 MJ</m:t>
          </m:r>
          <m:r>
            <m:rPr>
              <m:sty m:val="p"/>
            </m:rPr>
            <w:rPr>
              <w:rFonts w:ascii="Cambria Math" w:hAnsi="Cambria Math" w:cs="Times New Roman"/>
              <w:szCs w:val="24"/>
            </w:rPr>
            <m:t>.</m:t>
          </m:r>
        </m:oMath>
      </m:oMathPara>
    </w:p>
    <w:p w14:paraId="2C7C3847" w14:textId="77777777" w:rsidR="00EA3B5B" w:rsidRPr="00681064" w:rsidRDefault="00000000" w:rsidP="00681064">
      <w:pPr>
        <w:tabs>
          <w:tab w:val="left" w:pos="426"/>
        </w:tabs>
        <w:rPr>
          <w:rFonts w:cs="Times New Roman"/>
          <w:szCs w:val="24"/>
        </w:rPr>
      </w:pPr>
      <w:r w:rsidRPr="00681064">
        <w:rPr>
          <w:rFonts w:cs="Times New Roman"/>
          <w:szCs w:val="24"/>
        </w:rPr>
        <w:t xml:space="preserve">Làm tròn đến hàng phần mười: </w:t>
      </w:r>
      <m:oMath>
        <m:r>
          <w:rPr>
            <w:rFonts w:ascii="Cambria Math" w:hAnsi="Cambria Math" w:cs="Times New Roman"/>
            <w:szCs w:val="24"/>
          </w:rPr>
          <m:t>Q</m:t>
        </m:r>
        <m:r>
          <m:rPr>
            <m:sty m:val="p"/>
          </m:rPr>
          <w:rPr>
            <w:rFonts w:ascii="Cambria Math" w:hAnsi="Cambria Math" w:cs="Times New Roman"/>
            <w:szCs w:val="24"/>
          </w:rPr>
          <m:t>≈</m:t>
        </m:r>
        <m:r>
          <w:rPr>
            <w:rFonts w:ascii="Cambria Math" w:hAnsi="Cambria Math" w:cs="Times New Roman"/>
            <w:szCs w:val="24"/>
          </w:rPr>
          <m:t>14</m:t>
        </m:r>
        <m:r>
          <m:rPr>
            <m:sty m:val="p"/>
          </m:rPr>
          <w:rPr>
            <w:rFonts w:ascii="Cambria Math" w:hAnsi="Cambria Math" w:cs="Times New Roman"/>
            <w:szCs w:val="24"/>
          </w:rPr>
          <m:t>,</m:t>
        </m:r>
        <m:r>
          <w:rPr>
            <w:rFonts w:ascii="Cambria Math" w:hAnsi="Cambria Math" w:cs="Times New Roman"/>
            <w:szCs w:val="24"/>
          </w:rPr>
          <m:t>5 MJ</m:t>
        </m:r>
      </m:oMath>
      <w:r w:rsidRPr="00681064">
        <w:rPr>
          <w:rFonts w:cs="Times New Roman"/>
          <w:szCs w:val="24"/>
        </w:rPr>
        <w:t>.</w:t>
      </w:r>
    </w:p>
    <w:bookmarkEnd w:id="24"/>
    <w:bookmarkEnd w:id="30"/>
    <w:p w14:paraId="1BA0A8DC" w14:textId="77777777" w:rsidR="00A50E6E" w:rsidRPr="00681064" w:rsidRDefault="00A50E6E" w:rsidP="00681064">
      <w:pPr>
        <w:pStyle w:val="BodyText"/>
        <w:tabs>
          <w:tab w:val="left" w:pos="426"/>
        </w:tabs>
        <w:rPr>
          <w:rFonts w:cs="Times New Roman"/>
          <w:szCs w:val="24"/>
        </w:rPr>
      </w:pPr>
    </w:p>
    <w:sectPr w:rsidR="00A50E6E" w:rsidRPr="00681064" w:rsidSect="00034616">
      <w:headerReference w:type="default" r:id="rId13"/>
      <w:footerReference w:type="default" r:id="rId14"/>
      <w:pgSz w:w="11906" w:h="16838"/>
      <w:pgMar w:top="1020" w:right="1020"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9EB57" w14:textId="77777777" w:rsidR="00627B73" w:rsidRDefault="00627B73">
      <w:pPr>
        <w:spacing w:after="0" w:line="240" w:lineRule="auto"/>
      </w:pPr>
      <w:r>
        <w:separator/>
      </w:r>
    </w:p>
  </w:endnote>
  <w:endnote w:type="continuationSeparator" w:id="0">
    <w:p w14:paraId="78B850EF" w14:textId="77777777" w:rsidR="00627B73" w:rsidRDefault="00627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DB22" w14:textId="77777777" w:rsidR="00EA3B5B" w:rsidRDefault="00000000">
    <w:pPr>
      <w:pStyle w:val="Footer"/>
      <w:jc w:val="center"/>
    </w:pPr>
    <w:r>
      <w:rPr>
        <w:sz w:val="18"/>
      </w:rPr>
      <w:t xml:space="preserve">Trang </w:t>
    </w:r>
    <w:r>
      <w:rPr>
        <w:sz w:val="18"/>
      </w:rPr>
      <w:fldChar w:fldCharType="begin"/>
    </w:r>
    <w:r>
      <w:rPr>
        <w:sz w:val="18"/>
      </w:rPr>
      <w:instrText xml:space="preserve"> PAGE </w:instrText>
    </w:r>
    <w:r w:rsidR="00A50E6E">
      <w:rPr>
        <w:sz w:val="18"/>
      </w:rPr>
      <w:fldChar w:fldCharType="separate"/>
    </w:r>
    <w:r w:rsidR="00A50E6E">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12C8E" w14:textId="77777777" w:rsidR="00627B73" w:rsidRDefault="00627B73">
      <w:r>
        <w:separator/>
      </w:r>
    </w:p>
  </w:footnote>
  <w:footnote w:type="continuationSeparator" w:id="0">
    <w:p w14:paraId="18298BF3" w14:textId="77777777" w:rsidR="00627B73" w:rsidRDefault="00627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DCC35" w14:textId="77777777" w:rsidR="00EA3B5B" w:rsidRDefault="00000000">
    <w:pPr>
      <w:pStyle w:val="Header"/>
      <w:jc w:val="center"/>
    </w:pPr>
    <w:r>
      <w:rPr>
        <w:b/>
        <w:sz w:val="18"/>
      </w:rPr>
      <w:t>PHYSICS TEAM – HƯỚNG DẪN GIẢI CHI TIẾT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7B98DC1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408455251">
    <w:abstractNumId w:val="8"/>
  </w:num>
  <w:num w:numId="2" w16cid:durableId="46877538">
    <w:abstractNumId w:val="6"/>
  </w:num>
  <w:num w:numId="3" w16cid:durableId="1645619873">
    <w:abstractNumId w:val="5"/>
  </w:num>
  <w:num w:numId="4" w16cid:durableId="682635798">
    <w:abstractNumId w:val="4"/>
  </w:num>
  <w:num w:numId="5" w16cid:durableId="1292594591">
    <w:abstractNumId w:val="7"/>
  </w:num>
  <w:num w:numId="6" w16cid:durableId="1607425655">
    <w:abstractNumId w:val="3"/>
  </w:num>
  <w:num w:numId="7" w16cid:durableId="1321234477">
    <w:abstractNumId w:val="2"/>
  </w:num>
  <w:num w:numId="8" w16cid:durableId="1709915407">
    <w:abstractNumId w:val="1"/>
  </w:num>
  <w:num w:numId="9" w16cid:durableId="260257541">
    <w:abstractNumId w:val="0"/>
  </w:num>
  <w:num w:numId="10" w16cid:durableId="8559236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27B73"/>
    <w:rsid w:val="00681064"/>
    <w:rsid w:val="00A50E6E"/>
    <w:rsid w:val="00AA1D8D"/>
    <w:rsid w:val="00B47730"/>
    <w:rsid w:val="00B57F40"/>
    <w:rsid w:val="00B8069B"/>
    <w:rsid w:val="00C11391"/>
    <w:rsid w:val="00CB0664"/>
    <w:rsid w:val="00D43B92"/>
    <w:rsid w:val="00EA3B5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A1943A"/>
  <w15:docId w15:val="{C8B42D8B-12B8-4365-9908-4FDFF840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9"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contextualSpacing/>
      <w:jc w:val="center"/>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160" w:after="80"/>
    </w:pPr>
    <w:rPr>
      <w:rFonts w:asciiTheme="majorHAnsi" w:eastAsiaTheme="majorEastAsia" w:hAnsiTheme="majorHAnsi" w:cstheme="majorBidi"/>
      <w:i/>
      <w:iCs/>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1905</Words>
  <Characters>10859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Viet Tran Van</cp:lastModifiedBy>
  <cp:revision>6</cp:revision>
  <dcterms:created xsi:type="dcterms:W3CDTF">2026-07-19T21:33:00Z</dcterms:created>
  <dcterms:modified xsi:type="dcterms:W3CDTF">2026-07-19T22:51:00Z</dcterms:modified>
</cp:coreProperties>
</file>