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7DFBF" w14:textId="77777777" w:rsidR="00BF4363" w:rsidRDefault="00000000">
      <w:pPr>
        <w:spacing w:before="80" w:after="40" w:line="240" w:lineRule="auto"/>
        <w:jc w:val="center"/>
      </w:pPr>
      <w:r>
        <w:rPr>
          <w:b/>
          <w:color w:val="1F4E79"/>
          <w:sz w:val="36"/>
        </w:rPr>
        <w:t>HƯỚNG DẪN GIẢI CHI TIẾT</w:t>
      </w:r>
    </w:p>
    <w:p w14:paraId="7F7FA1E9" w14:textId="77777777" w:rsidR="00BF4363" w:rsidRDefault="00000000">
      <w:pPr>
        <w:spacing w:after="20" w:line="240" w:lineRule="auto"/>
        <w:jc w:val="center"/>
      </w:pPr>
      <w:r>
        <w:rPr>
          <w:b/>
          <w:sz w:val="30"/>
        </w:rPr>
        <w:t>ĐỀ KIỂM TRA GIỮA HỌC KÌ I – MÔN VẬT LÍ 12</w:t>
      </w:r>
    </w:p>
    <w:p w14:paraId="5E736DB1" w14:textId="77777777" w:rsidR="00BF4363" w:rsidRDefault="00000000">
      <w:pPr>
        <w:spacing w:after="120" w:line="240" w:lineRule="auto"/>
        <w:jc w:val="center"/>
      </w:pPr>
      <w:r>
        <w:rPr>
          <w:i/>
        </w:rPr>
        <w:t>Mã đề 202 – Thời gian làm bài 50 phút</w:t>
      </w:r>
    </w:p>
    <w:p w14:paraId="037A6E99" w14:textId="77777777" w:rsidR="00BF4363" w:rsidRDefault="00000000" w:rsidP="00AC5995">
      <w:pPr>
        <w:keepNext/>
        <w:spacing w:before="160" w:after="100" w:line="240" w:lineRule="auto"/>
      </w:pPr>
      <w:r>
        <w:rPr>
          <w:b/>
          <w:color w:val="1F4E79"/>
          <w:sz w:val="30"/>
        </w:rPr>
        <w:t>PHẦN I. CÂU TRẮC NGHIỆM NHIỀU PHƯƠNG ÁN LỰA CHỌN</w:t>
      </w:r>
    </w:p>
    <w:p w14:paraId="0AF1A48C" w14:textId="77777777" w:rsidR="00BF4363" w:rsidRDefault="00000000">
      <w:pPr>
        <w:keepNext/>
        <w:spacing w:before="140" w:after="60" w:line="259" w:lineRule="auto"/>
      </w:pPr>
      <w:r>
        <w:rPr>
          <w:b/>
          <w:color w:val="1F4E79"/>
        </w:rPr>
        <w:t xml:space="preserve">Câu 1. </w:t>
      </w:r>
      <w:r>
        <w:t>Phát biểu nào sau đây sai khi nói về mô hình động học phân tử?</w:t>
      </w:r>
    </w:p>
    <w:p w14:paraId="734254D7" w14:textId="77777777" w:rsidR="00BF4363" w:rsidRDefault="00000000">
      <w:pPr>
        <w:spacing w:after="20" w:line="259" w:lineRule="auto"/>
        <w:ind w:left="227"/>
      </w:pPr>
      <w:r>
        <w:t>A. Vật chất được cấu tạo từ các hạt riêng biệt như nguyên tử, phân tử hoặc ion.</w:t>
      </w:r>
    </w:p>
    <w:p w14:paraId="52BDAEF8" w14:textId="77777777" w:rsidR="00BF4363" w:rsidRDefault="00000000">
      <w:pPr>
        <w:spacing w:after="20" w:line="259" w:lineRule="auto"/>
        <w:ind w:left="227"/>
      </w:pPr>
      <w:r>
        <w:t>B. Các phân tử chuyển động nhiệt không ngừng.</w:t>
      </w:r>
    </w:p>
    <w:p w14:paraId="51EE4B77" w14:textId="77777777" w:rsidR="00BF4363" w:rsidRDefault="00000000">
      <w:pPr>
        <w:spacing w:after="20" w:line="259" w:lineRule="auto"/>
        <w:ind w:left="227"/>
      </w:pPr>
      <w:r>
        <w:t>C. Nhiệt độ của vật càng cao thì chuyển động nhiệt của các phân tử cấu tạo nên vật càng mạnh.</w:t>
      </w:r>
    </w:p>
    <w:p w14:paraId="3DD1F93C" w14:textId="77777777" w:rsidR="00BF4363" w:rsidRDefault="00000000">
      <w:pPr>
        <w:spacing w:after="20" w:line="259" w:lineRule="auto"/>
        <w:ind w:left="227"/>
      </w:pPr>
      <w:r>
        <w:t>D. Giữa các phân tử chỉ tồn tại lực hút.</w:t>
      </w:r>
    </w:p>
    <w:p w14:paraId="3B5346F1" w14:textId="77777777" w:rsidR="00BF4363" w:rsidRDefault="00000000">
      <w:pPr>
        <w:keepNext/>
        <w:spacing w:before="40" w:after="40" w:line="259" w:lineRule="auto"/>
      </w:pPr>
      <w:r>
        <w:rPr>
          <w:b/>
          <w:color w:val="C00000"/>
        </w:rPr>
        <w:t>Đáp án: D</w:t>
      </w:r>
    </w:p>
    <w:p w14:paraId="04D564B8" w14:textId="77777777" w:rsidR="00BF4363" w:rsidRDefault="00000000">
      <w:pPr>
        <w:keepNext/>
        <w:spacing w:before="40" w:after="40" w:line="259" w:lineRule="auto"/>
      </w:pPr>
      <w:r>
        <w:rPr>
          <w:b/>
          <w:color w:val="1F4E79"/>
        </w:rPr>
        <w:t>Hướng dẫn giải:</w:t>
      </w:r>
    </w:p>
    <w:p w14:paraId="0985A02B" w14:textId="77777777" w:rsidR="00BF4363" w:rsidRDefault="00000000">
      <w:pPr>
        <w:pStyle w:val="ListBullet"/>
        <w:spacing w:after="40" w:line="259" w:lineRule="auto"/>
        <w:ind w:left="340" w:hanging="142"/>
      </w:pPr>
      <w:r>
        <w:t>Các chất được cấu tạo từ các hạt riêng biệt; các hạt chuyển động nhiệt không ngừng.</w:t>
      </w:r>
    </w:p>
    <w:p w14:paraId="665E435F" w14:textId="77777777" w:rsidR="00BF4363" w:rsidRDefault="00000000">
      <w:pPr>
        <w:pStyle w:val="ListBullet"/>
        <w:spacing w:after="40" w:line="259" w:lineRule="auto"/>
        <w:ind w:left="340" w:hanging="142"/>
      </w:pPr>
      <w:r>
        <w:t>Khi nhiệt độ tăng, chuyển động nhiệt của các phân tử mạnh hơn.</w:t>
      </w:r>
    </w:p>
    <w:p w14:paraId="494B84BA" w14:textId="77777777" w:rsidR="00BF4363" w:rsidRDefault="00000000">
      <w:pPr>
        <w:pStyle w:val="ListBullet"/>
        <w:spacing w:after="40" w:line="259" w:lineRule="auto"/>
        <w:ind w:left="340" w:hanging="142"/>
      </w:pPr>
      <w:r>
        <w:t>Giữa các phân tử tồn tại cả lực hút và lực đẩy. Lực đẩy biểu hiện rõ khi khoảng cách giữa các phân tử rất nhỏ. Vì vậy, phương án D sai.</w:t>
      </w:r>
    </w:p>
    <w:p w14:paraId="712FBF04" w14:textId="77777777" w:rsidR="00BF4363" w:rsidRDefault="00000000">
      <w:pPr>
        <w:keepNext/>
        <w:spacing w:before="140" w:after="60" w:line="259" w:lineRule="auto"/>
      </w:pPr>
      <w:r>
        <w:rPr>
          <w:b/>
          <w:color w:val="1F4E79"/>
        </w:rPr>
        <w:t xml:space="preserve">Câu 2. </w:t>
      </w:r>
      <w:r>
        <w:t>Phát biểu nào sau đây không đúng khi nói về sự bay hơi của chất lỏng?</w:t>
      </w:r>
    </w:p>
    <w:p w14:paraId="4FBFE86D" w14:textId="77777777" w:rsidR="00BF4363" w:rsidRDefault="00000000">
      <w:pPr>
        <w:spacing w:after="20" w:line="259" w:lineRule="auto"/>
        <w:ind w:left="227"/>
      </w:pPr>
      <w:r>
        <w:t>A. Sự bay hơi là quá trình chuyển từ thể lỏng sang thể khí xảy ra ở bề mặt chất lỏng.</w:t>
      </w:r>
    </w:p>
    <w:p w14:paraId="10446DB3" w14:textId="77777777" w:rsidR="00BF4363" w:rsidRDefault="00000000">
      <w:pPr>
        <w:spacing w:after="20" w:line="259" w:lineRule="auto"/>
        <w:ind w:left="227"/>
      </w:pPr>
      <w:r>
        <w:t>B. Quá trình chuyển từ thể khí sang thể lỏng được gọi là sự ngưng tụ.</w:t>
      </w:r>
    </w:p>
    <w:p w14:paraId="2C31262C" w14:textId="77777777" w:rsidR="00BF4363" w:rsidRDefault="00000000">
      <w:pPr>
        <w:spacing w:after="20" w:line="259" w:lineRule="auto"/>
        <w:ind w:left="227"/>
      </w:pPr>
      <w:r>
        <w:t>C. Sự bay hơi xảy ra đồng thời ở bên trong và trên bề mặt chất lỏng.</w:t>
      </w:r>
    </w:p>
    <w:p w14:paraId="74923E06" w14:textId="77777777" w:rsidR="00BF4363" w:rsidRDefault="00000000">
      <w:pPr>
        <w:spacing w:after="20" w:line="259" w:lineRule="auto"/>
        <w:ind w:left="227"/>
      </w:pPr>
      <w:r>
        <w:t>D. Sự bay hơi có thể xảy ra ở mọi nhiệt độ.</w:t>
      </w:r>
    </w:p>
    <w:p w14:paraId="2962566E" w14:textId="77777777" w:rsidR="00BF4363" w:rsidRDefault="00000000">
      <w:pPr>
        <w:keepNext/>
        <w:spacing w:before="40" w:after="40" w:line="259" w:lineRule="auto"/>
      </w:pPr>
      <w:r>
        <w:rPr>
          <w:b/>
          <w:color w:val="C00000"/>
        </w:rPr>
        <w:t>Đáp án: C</w:t>
      </w:r>
    </w:p>
    <w:p w14:paraId="3C9A8351" w14:textId="77777777" w:rsidR="00BF4363" w:rsidRDefault="00000000">
      <w:pPr>
        <w:keepNext/>
        <w:spacing w:before="40" w:after="40" w:line="259" w:lineRule="auto"/>
      </w:pPr>
      <w:r>
        <w:rPr>
          <w:b/>
          <w:color w:val="1F4E79"/>
        </w:rPr>
        <w:t>Hướng dẫn giải:</w:t>
      </w:r>
    </w:p>
    <w:p w14:paraId="0EAC8D99" w14:textId="77777777" w:rsidR="00BF4363" w:rsidRDefault="00000000">
      <w:pPr>
        <w:spacing w:after="60" w:line="259" w:lineRule="auto"/>
      </w:pPr>
      <w:r>
        <w:t>Sự bay hơi chỉ xảy ra ở bề mặt chất lỏng và có thể xảy ra ở mọi nhiệt độ. Quá trình hóa hơi xảy ra cả trong lòng và trên bề mặt chất lỏng là sự sôi. Vì vậy, phát biểu C không đúng.</w:t>
      </w:r>
    </w:p>
    <w:p w14:paraId="0CC0F1E3" w14:textId="77777777" w:rsidR="00BF4363" w:rsidRDefault="00000000">
      <w:pPr>
        <w:keepNext/>
        <w:spacing w:before="140" w:after="60" w:line="259" w:lineRule="auto"/>
      </w:pPr>
      <w:r>
        <w:rPr>
          <w:b/>
          <w:color w:val="1F4E79"/>
        </w:rPr>
        <w:t xml:space="preserve">Câu 3. </w:t>
      </w:r>
      <w:r>
        <w:t xml:space="preserve">Nhiệt lượng cần cung cấp để làm nóng chảy hoàn toàn khối lượng </w:t>
      </w:r>
      <m:oMath>
        <m:r>
          <w:rPr>
            <w:rFonts w:ascii="Cambria Math" w:hAnsi="Cambria Math"/>
          </w:rPr>
          <m:t>m</m:t>
        </m:r>
      </m:oMath>
      <w:r>
        <w:t xml:space="preserve"> của một chất rắn ở nhiệt độ nóng chảy được tính bằng công thức nào?</w:t>
      </w:r>
    </w:p>
    <w:p w14:paraId="610C59FE" w14:textId="77777777" w:rsidR="00BF4363" w:rsidRDefault="00000000">
      <w:pPr>
        <w:spacing w:after="40"/>
        <w:ind w:left="360"/>
      </w:pPr>
      <w:r>
        <w:rPr>
          <w:b/>
          <w:color w:val="1F4E79"/>
        </w:rPr>
        <w:t xml:space="preserve">A. </w:t>
      </w:r>
      <m:oMath>
        <m:r>
          <w:rPr>
            <w:rFonts w:ascii="Cambria Math" w:hAnsi="Cambria Math"/>
          </w:rPr>
          <m:t>Q</m:t>
        </m:r>
        <m:r>
          <m:rPr>
            <m:sty m:val="p"/>
          </m:rPr>
          <w:rPr>
            <w:rFonts w:ascii="Cambria Math" w:hAnsi="Cambria Math"/>
          </w:rPr>
          <m:t>=</m:t>
        </m:r>
        <m:r>
          <w:rPr>
            <w:rFonts w:ascii="Cambria Math" w:hAnsi="Cambria Math"/>
          </w:rPr>
          <m:t>mλ</m:t>
        </m:r>
      </m:oMath>
    </w:p>
    <w:p w14:paraId="31E55EE2" w14:textId="77777777" w:rsidR="00BF4363" w:rsidRDefault="00000000">
      <w:pPr>
        <w:spacing w:after="40"/>
        <w:ind w:left="360"/>
      </w:pPr>
      <w:r>
        <w:rPr>
          <w:b/>
          <w:color w:val="1F4E79"/>
        </w:rPr>
        <w:t xml:space="preserve">B. </w:t>
      </w:r>
      <m:oMath>
        <m:r>
          <w:rPr>
            <w:rFonts w:ascii="Cambria Math" w:hAnsi="Cambria Math"/>
          </w:rPr>
          <m:t>Q</m:t>
        </m:r>
        <m:r>
          <m:rPr>
            <m:sty m:val="p"/>
          </m:rPr>
          <w:rPr>
            <w:rFonts w:ascii="Cambria Math" w:hAnsi="Cambria Math"/>
          </w:rPr>
          <m:t>=</m:t>
        </m:r>
        <m:f>
          <m:fPr>
            <m:ctrlPr>
              <w:rPr>
                <w:rFonts w:ascii="Cambria Math" w:hAnsi="Cambria Math"/>
              </w:rPr>
            </m:ctrlPr>
          </m:fPr>
          <m:num>
            <m:r>
              <w:rPr>
                <w:rFonts w:ascii="Cambria Math" w:hAnsi="Cambria Math"/>
              </w:rPr>
              <m:t>λ</m:t>
            </m:r>
          </m:num>
          <m:den>
            <m:r>
              <w:rPr>
                <w:rFonts w:ascii="Cambria Math" w:hAnsi="Cambria Math"/>
              </w:rPr>
              <m:t>m</m:t>
            </m:r>
          </m:den>
        </m:f>
      </m:oMath>
    </w:p>
    <w:p w14:paraId="4775D65F" w14:textId="77777777" w:rsidR="00BF4363" w:rsidRDefault="00000000">
      <w:pPr>
        <w:spacing w:after="40"/>
        <w:ind w:left="360"/>
      </w:pPr>
      <w:r>
        <w:rPr>
          <w:b/>
          <w:color w:val="1F4E79"/>
        </w:rPr>
        <w:t xml:space="preserve">C. </w:t>
      </w:r>
      <m:oMath>
        <m:r>
          <w:rPr>
            <w:rFonts w:ascii="Cambria Math" w:hAnsi="Cambria Math"/>
          </w:rPr>
          <m:t>Q</m:t>
        </m:r>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λ</m:t>
                </m:r>
              </m:e>
              <m:sup>
                <m:r>
                  <w:rPr>
                    <w:rFonts w:ascii="Cambria Math" w:hAnsi="Cambria Math"/>
                  </w:rPr>
                  <m:t>2</m:t>
                </m:r>
              </m:sup>
            </m:sSup>
          </m:num>
          <m:den>
            <m:r>
              <w:rPr>
                <w:rFonts w:ascii="Cambria Math" w:hAnsi="Cambria Math"/>
              </w:rPr>
              <m:t>m</m:t>
            </m:r>
          </m:den>
        </m:f>
      </m:oMath>
    </w:p>
    <w:p w14:paraId="0EADE54A" w14:textId="77777777" w:rsidR="00BF4363" w:rsidRDefault="00000000">
      <w:pPr>
        <w:spacing w:after="40"/>
        <w:ind w:left="360"/>
      </w:pPr>
      <w:r>
        <w:rPr>
          <w:b/>
          <w:color w:val="1F4E79"/>
        </w:rPr>
        <w:t xml:space="preserve">D. </w:t>
      </w:r>
      <m:oMath>
        <m:r>
          <w:rPr>
            <w:rFonts w:ascii="Cambria Math" w:hAnsi="Cambria Math"/>
          </w:rPr>
          <m:t>Q</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λ</m:t>
            </m:r>
          </m:e>
          <m:sup>
            <m:r>
              <w:rPr>
                <w:rFonts w:ascii="Cambria Math" w:hAnsi="Cambria Math"/>
              </w:rPr>
              <m:t>2</m:t>
            </m:r>
          </m:sup>
        </m:sSup>
      </m:oMath>
    </w:p>
    <w:p w14:paraId="4041F524" w14:textId="77777777" w:rsidR="00BF4363" w:rsidRDefault="00000000">
      <w:pPr>
        <w:keepNext/>
        <w:spacing w:before="40" w:after="40" w:line="259" w:lineRule="auto"/>
      </w:pPr>
      <w:r>
        <w:rPr>
          <w:b/>
          <w:color w:val="C00000"/>
        </w:rPr>
        <w:t>Đáp án: A</w:t>
      </w:r>
    </w:p>
    <w:p w14:paraId="3D6634D4" w14:textId="77777777" w:rsidR="00BF4363" w:rsidRDefault="00000000">
      <w:pPr>
        <w:keepNext/>
        <w:spacing w:before="40" w:after="40" w:line="259" w:lineRule="auto"/>
      </w:pPr>
      <w:r>
        <w:rPr>
          <w:b/>
          <w:color w:val="1F4E79"/>
        </w:rPr>
        <w:t>Hướng dẫn giải:</w:t>
      </w:r>
    </w:p>
    <w:p w14:paraId="15057F30" w14:textId="77777777" w:rsidR="00BF4363" w:rsidRDefault="00000000">
      <w:pPr>
        <w:spacing w:after="60" w:line="259" w:lineRule="auto"/>
      </w:pPr>
      <w:r>
        <w:t>Khi chất rắn đã ở đúng nhiệt độ nóng chảy, nhiệt lượng cần để làm nóng chảy hoàn toàn được xác định bởi</w:t>
      </w:r>
    </w:p>
    <w:p w14:paraId="0EED0392" w14:textId="77777777" w:rsidR="00BF4363" w:rsidRDefault="00000000">
      <w:pPr>
        <w:spacing w:after="60" w:line="259" w:lineRule="auto"/>
        <w:jc w:val="center"/>
      </w:pPr>
      <m:oMathPara>
        <m:oMath>
          <m:r>
            <w:rPr>
              <w:rFonts w:ascii="Cambria Math" w:hAnsi="Cambria Math"/>
            </w:rPr>
            <m:t>Q</m:t>
          </m:r>
          <m:r>
            <m:rPr>
              <m:sty m:val="p"/>
            </m:rPr>
            <w:rPr>
              <w:rFonts w:ascii="Cambria Math" w:hAnsi="Cambria Math"/>
            </w:rPr>
            <m:t>=</m:t>
          </m:r>
          <m:r>
            <w:rPr>
              <w:rFonts w:ascii="Cambria Math" w:hAnsi="Cambria Math"/>
            </w:rPr>
            <m:t>mλ</m:t>
          </m:r>
        </m:oMath>
      </m:oMathPara>
    </w:p>
    <w:p w14:paraId="35AEB52E" w14:textId="77777777" w:rsidR="00BF4363" w:rsidRDefault="00000000">
      <w:pPr>
        <w:spacing w:after="60" w:line="259" w:lineRule="auto"/>
      </w:pPr>
      <w:r>
        <w:t xml:space="preserve">trong đó </w:t>
      </w:r>
      <m:oMath>
        <m:r>
          <w:rPr>
            <w:rFonts w:ascii="Cambria Math" w:hAnsi="Cambria Math"/>
          </w:rPr>
          <m:t>m</m:t>
        </m:r>
      </m:oMath>
      <w:r>
        <w:t xml:space="preserve"> là khối lượng chất rắn và </w:t>
      </w:r>
      <m:oMath>
        <m:r>
          <w:rPr>
            <w:rFonts w:ascii="Cambria Math" w:hAnsi="Cambria Math"/>
          </w:rPr>
          <m:t>λ</m:t>
        </m:r>
      </m:oMath>
      <w:r>
        <w:t xml:space="preserve"> là nhiệt nóng chảy riêng.</w:t>
      </w:r>
    </w:p>
    <w:p w14:paraId="0A6987F2" w14:textId="77777777" w:rsidR="00BF4363" w:rsidRDefault="00000000">
      <w:pPr>
        <w:keepNext/>
        <w:spacing w:before="140" w:after="60" w:line="259" w:lineRule="auto"/>
      </w:pPr>
      <w:r>
        <w:rPr>
          <w:b/>
          <w:color w:val="1F4E79"/>
        </w:rPr>
        <w:t xml:space="preserve">Câu 4. </w:t>
      </w:r>
      <w:r>
        <w:t xml:space="preserve">Một khối chất lỏng có khối lượng </w:t>
      </w:r>
      <m:oMath>
        <m:r>
          <w:rPr>
            <w:rFonts w:ascii="Cambria Math" w:hAnsi="Cambria Math"/>
          </w:rPr>
          <m:t>m</m:t>
        </m:r>
      </m:oMath>
      <w:r>
        <w:t xml:space="preserve"> và nhiệt hóa hơi riêng </w:t>
      </w:r>
      <m:oMath>
        <m:r>
          <w:rPr>
            <w:rFonts w:ascii="Cambria Math" w:hAnsi="Cambria Math"/>
          </w:rPr>
          <m:t>L</m:t>
        </m:r>
      </m:oMath>
      <w:r>
        <w:t>. Nhiệt lượng cần cung cấp để hóa hơi hoàn toàn khối chất lỏng ở nhiệt độ sôi là</w:t>
      </w:r>
    </w:p>
    <w:p w14:paraId="0D91076A" w14:textId="77777777" w:rsidR="00BF4363" w:rsidRDefault="00000000">
      <w:pPr>
        <w:spacing w:after="40"/>
        <w:ind w:left="360"/>
      </w:pPr>
      <w:r>
        <w:rPr>
          <w:b/>
          <w:color w:val="1F4E79"/>
        </w:rPr>
        <w:t xml:space="preserve">A. </w:t>
      </w:r>
      <m:oMath>
        <m:r>
          <w:rPr>
            <w:rFonts w:ascii="Cambria Math" w:hAnsi="Cambria Math"/>
          </w:rPr>
          <m:t>Q</m:t>
        </m:r>
        <m:r>
          <m:rPr>
            <m:sty m:val="p"/>
          </m:rP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L</m:t>
        </m:r>
      </m:oMath>
    </w:p>
    <w:p w14:paraId="0FD61F57" w14:textId="77777777" w:rsidR="00BF4363" w:rsidRDefault="00000000">
      <w:pPr>
        <w:spacing w:after="40"/>
        <w:ind w:left="360"/>
      </w:pPr>
      <w:r>
        <w:rPr>
          <w:b/>
          <w:color w:val="1F4E79"/>
        </w:rPr>
        <w:lastRenderedPageBreak/>
        <w:t xml:space="preserve">B. </w:t>
      </w:r>
      <m:oMath>
        <m:r>
          <w:rPr>
            <w:rFonts w:ascii="Cambria Math" w:hAnsi="Cambria Math"/>
          </w:rPr>
          <m:t>Q</m:t>
        </m:r>
        <m:r>
          <m:rPr>
            <m:sty m:val="p"/>
          </m:rPr>
          <w:rPr>
            <w:rFonts w:ascii="Cambria Math" w:hAnsi="Cambria Math"/>
          </w:rPr>
          <m:t>=</m:t>
        </m:r>
        <m:r>
          <w:rPr>
            <w:rFonts w:ascii="Cambria Math" w:hAnsi="Cambria Math"/>
          </w:rPr>
          <m:t>mL</m:t>
        </m:r>
      </m:oMath>
    </w:p>
    <w:p w14:paraId="247CF811" w14:textId="77777777" w:rsidR="00BF4363" w:rsidRDefault="00000000">
      <w:pPr>
        <w:spacing w:after="40"/>
        <w:ind w:left="360"/>
      </w:pPr>
      <w:r>
        <w:rPr>
          <w:b/>
          <w:color w:val="1F4E79"/>
        </w:rPr>
        <w:t xml:space="preserve">C. </w:t>
      </w:r>
      <m:oMath>
        <m:r>
          <w:rPr>
            <w:rFonts w:ascii="Cambria Math" w:hAnsi="Cambria Math"/>
          </w:rPr>
          <m:t>Q</m:t>
        </m:r>
        <m:r>
          <m:rPr>
            <m:sty m:val="p"/>
          </m:rPr>
          <w:rPr>
            <w:rFonts w:ascii="Cambria Math" w:hAnsi="Cambria Math"/>
          </w:rPr>
          <m:t>=</m:t>
        </m:r>
        <m:f>
          <m:fPr>
            <m:ctrlPr>
              <w:rPr>
                <w:rFonts w:ascii="Cambria Math" w:hAnsi="Cambria Math"/>
              </w:rPr>
            </m:ctrlPr>
          </m:fPr>
          <m:num>
            <m:r>
              <w:rPr>
                <w:rFonts w:ascii="Cambria Math" w:hAnsi="Cambria Math"/>
              </w:rPr>
              <m:t>L</m:t>
            </m:r>
          </m:num>
          <m:den>
            <m:r>
              <w:rPr>
                <w:rFonts w:ascii="Cambria Math" w:hAnsi="Cambria Math"/>
              </w:rPr>
              <m:t>m</m:t>
            </m:r>
          </m:den>
        </m:f>
      </m:oMath>
    </w:p>
    <w:p w14:paraId="69456523" w14:textId="77777777" w:rsidR="00BF4363" w:rsidRDefault="00000000">
      <w:pPr>
        <w:spacing w:after="40"/>
        <w:ind w:left="360"/>
      </w:pPr>
      <w:r>
        <w:rPr>
          <w:b/>
          <w:color w:val="1F4E79"/>
        </w:rPr>
        <w:t xml:space="preserve">D. </w:t>
      </w:r>
      <m:oMath>
        <m:r>
          <w:rPr>
            <w:rFonts w:ascii="Cambria Math" w:hAnsi="Cambria Math"/>
          </w:rPr>
          <m:t>Q</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L</m:t>
            </m:r>
          </m:e>
          <m:sup>
            <m:r>
              <w:rPr>
                <w:rFonts w:ascii="Cambria Math" w:hAnsi="Cambria Math"/>
              </w:rPr>
              <m:t>2</m:t>
            </m:r>
          </m:sup>
        </m:sSup>
      </m:oMath>
    </w:p>
    <w:p w14:paraId="2645DC10" w14:textId="77777777" w:rsidR="00BF4363" w:rsidRDefault="00000000">
      <w:pPr>
        <w:keepNext/>
        <w:spacing w:before="40" w:after="40" w:line="259" w:lineRule="auto"/>
      </w:pPr>
      <w:r>
        <w:rPr>
          <w:b/>
          <w:color w:val="C00000"/>
        </w:rPr>
        <w:t>Đáp án: B</w:t>
      </w:r>
    </w:p>
    <w:p w14:paraId="61181E50" w14:textId="77777777" w:rsidR="00BF4363" w:rsidRDefault="00000000">
      <w:pPr>
        <w:keepNext/>
        <w:spacing w:before="40" w:after="40" w:line="259" w:lineRule="auto"/>
      </w:pPr>
      <w:r>
        <w:rPr>
          <w:b/>
          <w:color w:val="1F4E79"/>
        </w:rPr>
        <w:t>Hướng dẫn giải:</w:t>
      </w:r>
    </w:p>
    <w:p w14:paraId="754FCE5B" w14:textId="77777777" w:rsidR="00BF4363" w:rsidRDefault="00000000">
      <w:pPr>
        <w:spacing w:after="60" w:line="259" w:lineRule="auto"/>
      </w:pPr>
      <w:r>
        <w:t>Ở nhiệt độ sôi, nhiệt lượng dùng để hóa hơi hoàn toàn khối chất lỏng là</w:t>
      </w:r>
    </w:p>
    <w:p w14:paraId="11AC7D76" w14:textId="77777777" w:rsidR="00BF4363" w:rsidRDefault="00000000">
      <w:pPr>
        <w:spacing w:after="60" w:line="259" w:lineRule="auto"/>
        <w:jc w:val="center"/>
      </w:pPr>
      <m:oMathPara>
        <m:oMath>
          <m:r>
            <w:rPr>
              <w:rFonts w:ascii="Cambria Math" w:hAnsi="Cambria Math"/>
            </w:rPr>
            <m:t>Q</m:t>
          </m:r>
          <m:r>
            <m:rPr>
              <m:sty m:val="p"/>
            </m:rPr>
            <w:rPr>
              <w:rFonts w:ascii="Cambria Math" w:hAnsi="Cambria Math"/>
            </w:rPr>
            <m:t>=</m:t>
          </m:r>
          <m:r>
            <w:rPr>
              <w:rFonts w:ascii="Cambria Math" w:hAnsi="Cambria Math"/>
            </w:rPr>
            <m:t>mL</m:t>
          </m:r>
        </m:oMath>
      </m:oMathPara>
    </w:p>
    <w:p w14:paraId="2155C9D9" w14:textId="77777777" w:rsidR="00BF4363" w:rsidRDefault="00000000">
      <w:pPr>
        <w:spacing w:after="60" w:line="259" w:lineRule="auto"/>
      </w:pPr>
      <w:r>
        <w:t xml:space="preserve">Trong đó </w:t>
      </w:r>
      <m:oMath>
        <m:r>
          <w:rPr>
            <w:rFonts w:ascii="Cambria Math" w:hAnsi="Cambria Math"/>
          </w:rPr>
          <m:t>L</m:t>
        </m:r>
      </m:oMath>
      <w:r>
        <w:t xml:space="preserve"> là nhiệt hóa hơi riêng của chất lỏng.</w:t>
      </w:r>
    </w:p>
    <w:p w14:paraId="732D4339" w14:textId="77777777" w:rsidR="00BF4363" w:rsidRDefault="00000000">
      <w:pPr>
        <w:keepNext/>
        <w:spacing w:before="140" w:after="60" w:line="259" w:lineRule="auto"/>
      </w:pPr>
      <w:r>
        <w:rPr>
          <w:b/>
          <w:color w:val="1F4E79"/>
        </w:rPr>
        <w:t xml:space="preserve">Câu 5. </w:t>
      </w:r>
      <w:r>
        <w:t xml:space="preserve">Mối liên hệ giữa nhiệt độ </w:t>
      </w:r>
      <m:oMath>
        <m:r>
          <w:rPr>
            <w:rFonts w:ascii="Cambria Math" w:hAnsi="Cambria Math"/>
          </w:rPr>
          <m:t>t</m:t>
        </m:r>
      </m:oMath>
      <w:r>
        <w:t xml:space="preserve"> theo thang Celsius và nhiệt độ </w:t>
      </w:r>
      <m:oMath>
        <m:r>
          <w:rPr>
            <w:rFonts w:ascii="Cambria Math" w:hAnsi="Cambria Math"/>
          </w:rPr>
          <m:t>T</m:t>
        </m:r>
      </m:oMath>
      <w:r>
        <w:t xml:space="preserve"> theo thang Kelvin là</w:t>
      </w:r>
    </w:p>
    <w:p w14:paraId="2A78E728" w14:textId="77777777" w:rsidR="00BF4363" w:rsidRDefault="00000000">
      <w:pPr>
        <w:spacing w:after="40"/>
        <w:ind w:left="360"/>
      </w:pPr>
      <w:r>
        <w:rPr>
          <w:b/>
          <w:color w:val="1F4E79"/>
        </w:rPr>
        <w:t xml:space="preserve">A. </w:t>
      </w:r>
      <m:oMath>
        <m:r>
          <w:rPr>
            <w:rFonts w:ascii="Cambria Math" w:hAnsi="Cambria Math"/>
          </w:rPr>
          <m:t>T</m:t>
        </m:r>
        <m:r>
          <m:rPr>
            <m:sty m:val="p"/>
          </m:rPr>
          <w:rPr>
            <w:rFonts w:ascii="Cambria Math" w:hAnsi="Cambria Math"/>
          </w:rPr>
          <m:t>=</m:t>
        </m:r>
        <m:f>
          <m:fPr>
            <m:ctrlPr>
              <w:rPr>
                <w:rFonts w:ascii="Cambria Math" w:hAnsi="Cambria Math"/>
              </w:rPr>
            </m:ctrlPr>
          </m:fPr>
          <m:num>
            <m:r>
              <w:rPr>
                <w:rFonts w:ascii="Cambria Math" w:hAnsi="Cambria Math"/>
              </w:rPr>
              <m:t>t</m:t>
            </m:r>
          </m:num>
          <m:den>
            <m:r>
              <w:rPr>
                <w:rFonts w:ascii="Cambria Math" w:hAnsi="Cambria Math"/>
              </w:rPr>
              <m:t>273</m:t>
            </m:r>
            <m:r>
              <m:rPr>
                <m:sty m:val="p"/>
              </m:rPr>
              <w:rPr>
                <w:rFonts w:ascii="Cambria Math" w:hAnsi="Cambria Math"/>
              </w:rPr>
              <m:t>,</m:t>
            </m:r>
            <m:r>
              <w:rPr>
                <w:rFonts w:ascii="Cambria Math" w:hAnsi="Cambria Math"/>
              </w:rPr>
              <m:t>15</m:t>
            </m:r>
          </m:den>
        </m:f>
      </m:oMath>
    </w:p>
    <w:p w14:paraId="7B48B056" w14:textId="77777777" w:rsidR="00BF4363" w:rsidRDefault="00000000">
      <w:pPr>
        <w:spacing w:after="40"/>
        <w:ind w:left="360"/>
      </w:pPr>
      <w:r>
        <w:rPr>
          <w:b/>
          <w:color w:val="1F4E79"/>
        </w:rPr>
        <w:t xml:space="preserve">B. </w:t>
      </w:r>
      <m:oMath>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15</m:t>
        </m:r>
      </m:oMath>
    </w:p>
    <w:p w14:paraId="2EA1C609" w14:textId="77777777" w:rsidR="00BF4363" w:rsidRDefault="00000000">
      <w:pPr>
        <w:spacing w:after="40"/>
        <w:ind w:left="360"/>
      </w:pPr>
      <w:r>
        <w:rPr>
          <w:b/>
          <w:color w:val="1F4E79"/>
        </w:rPr>
        <w:t xml:space="preserve">C. </w:t>
      </w:r>
      <m:oMath>
        <m:r>
          <w:rPr>
            <w:rFonts w:ascii="Cambria Math" w:hAnsi="Cambria Math"/>
          </w:rPr>
          <m:t>t</m:t>
        </m:r>
        <m:r>
          <m:rPr>
            <m:sty m:val="p"/>
          </m:rPr>
          <w:rPr>
            <w:rFonts w:ascii="Cambria Math" w:hAnsi="Cambria Math"/>
          </w:rPr>
          <m:t>=</m:t>
        </m:r>
        <m:f>
          <m:fPr>
            <m:ctrlPr>
              <w:rPr>
                <w:rFonts w:ascii="Cambria Math" w:hAnsi="Cambria Math"/>
              </w:rPr>
            </m:ctrlPr>
          </m:fPr>
          <m:num>
            <m:r>
              <w:rPr>
                <w:rFonts w:ascii="Cambria Math" w:hAnsi="Cambria Math"/>
              </w:rPr>
              <m:t>T</m:t>
            </m:r>
          </m:num>
          <m:den>
            <m:r>
              <w:rPr>
                <w:rFonts w:ascii="Cambria Math" w:hAnsi="Cambria Math"/>
              </w:rPr>
              <m:t>273</m:t>
            </m:r>
            <m:r>
              <m:rPr>
                <m:sty m:val="p"/>
              </m:rPr>
              <w:rPr>
                <w:rFonts w:ascii="Cambria Math" w:hAnsi="Cambria Math"/>
              </w:rPr>
              <m:t>,</m:t>
            </m:r>
            <m:r>
              <w:rPr>
                <w:rFonts w:ascii="Cambria Math" w:hAnsi="Cambria Math"/>
              </w:rPr>
              <m:t>15</m:t>
            </m:r>
          </m:den>
        </m:f>
      </m:oMath>
    </w:p>
    <w:p w14:paraId="0F37053D" w14:textId="77777777" w:rsidR="00BF4363" w:rsidRDefault="00000000">
      <w:pPr>
        <w:spacing w:after="40"/>
        <w:ind w:left="360"/>
      </w:pPr>
      <w:r>
        <w:rPr>
          <w:b/>
          <w:color w:val="1F4E79"/>
        </w:rPr>
        <w:t xml:space="preserve">D. </w:t>
      </w:r>
      <m:oMath>
        <m:r>
          <w:rPr>
            <w:rFonts w:ascii="Cambria Math" w:hAnsi="Cambria Math"/>
          </w:rPr>
          <m:t>t</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15</m:t>
        </m:r>
        <m:r>
          <m:rPr>
            <m:sty m:val="p"/>
          </m:rPr>
          <w:rPr>
            <w:rFonts w:ascii="Cambria Math" w:hAnsi="Cambria Math"/>
          </w:rPr>
          <m:t>-</m:t>
        </m:r>
        <m:r>
          <w:rPr>
            <w:rFonts w:ascii="Cambria Math" w:hAnsi="Cambria Math"/>
          </w:rPr>
          <m:t>T</m:t>
        </m:r>
      </m:oMath>
    </w:p>
    <w:p w14:paraId="4CD0B0F4" w14:textId="77777777" w:rsidR="00BF4363" w:rsidRDefault="00000000">
      <w:pPr>
        <w:keepNext/>
        <w:spacing w:before="40" w:after="40" w:line="259" w:lineRule="auto"/>
      </w:pPr>
      <w:r>
        <w:rPr>
          <w:b/>
          <w:color w:val="C00000"/>
        </w:rPr>
        <w:t>Đáp án: B</w:t>
      </w:r>
    </w:p>
    <w:p w14:paraId="7D215887" w14:textId="77777777" w:rsidR="00BF4363" w:rsidRDefault="00000000">
      <w:pPr>
        <w:keepNext/>
        <w:spacing w:before="40" w:after="40" w:line="259" w:lineRule="auto"/>
      </w:pPr>
      <w:r>
        <w:rPr>
          <w:b/>
          <w:color w:val="1F4E79"/>
        </w:rPr>
        <w:t>Hướng dẫn giải:</w:t>
      </w:r>
    </w:p>
    <w:p w14:paraId="034E35B9" w14:textId="77777777" w:rsidR="00BF4363" w:rsidRDefault="00000000">
      <w:pPr>
        <w:spacing w:after="60" w:line="259" w:lineRule="auto"/>
      </w:pPr>
      <w:r>
        <w:t>Hai thang nhiệt độ liên hệ bởi</w:t>
      </w:r>
    </w:p>
    <w:p w14:paraId="6A6FA54A" w14:textId="77777777" w:rsidR="00BF4363" w:rsidRDefault="00000000">
      <w:pPr>
        <w:spacing w:after="60" w:line="259" w:lineRule="auto"/>
        <w:jc w:val="center"/>
      </w:pPr>
      <m:oMathPara>
        <m:oMath>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15 </m:t>
          </m:r>
          <m:r>
            <m:rPr>
              <m:sty m:val="p"/>
            </m:rPr>
            <w:rPr>
              <w:rFonts w:ascii="Cambria Math" w:hAnsi="Cambria Math"/>
            </w:rPr>
            <m:t>⇔</m:t>
          </m:r>
          <m:r>
            <w:rPr>
              <w:rFonts w:ascii="Cambria Math" w:hAnsi="Cambria Math"/>
            </w:rPr>
            <m:t> t</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15</m:t>
          </m:r>
        </m:oMath>
      </m:oMathPara>
    </w:p>
    <w:p w14:paraId="5824F2BB" w14:textId="77777777" w:rsidR="00BF4363" w:rsidRDefault="00000000">
      <w:pPr>
        <w:keepNext/>
        <w:spacing w:before="140" w:after="60" w:line="259" w:lineRule="auto"/>
      </w:pPr>
      <w:r>
        <w:rPr>
          <w:b/>
          <w:color w:val="1F4E79"/>
        </w:rPr>
        <w:t xml:space="preserve">Câu 6. </w:t>
      </w:r>
      <w:r>
        <w:t>Ở áp suất tiêu chuẩn, nhiệt độ đông đặc và nhiệt độ sôi của nước theo thang Kelvin lần lượt gần bằng</w:t>
      </w:r>
    </w:p>
    <w:p w14:paraId="1C80E187" w14:textId="77777777" w:rsidR="00BF4363" w:rsidRDefault="00000000">
      <w:pPr>
        <w:spacing w:after="40"/>
        <w:ind w:left="360"/>
      </w:pPr>
      <w:r>
        <w:rPr>
          <w:b/>
          <w:color w:val="1F4E79"/>
        </w:rPr>
        <w:t xml:space="preserve">A. </w:t>
      </w:r>
      <m:oMath>
        <m:r>
          <w:rPr>
            <w:rFonts w:ascii="Cambria Math" w:hAnsi="Cambria Math"/>
          </w:rPr>
          <m:t>0 </m:t>
        </m:r>
        <m:r>
          <m:rPr>
            <m:sty m:val="p"/>
          </m:rPr>
          <w:rPr>
            <w:rFonts w:ascii="Cambria Math" w:hAnsi="Cambria Math"/>
          </w:rPr>
          <m:t>K</m:t>
        </m:r>
        <m:r>
          <w:rPr>
            <w:rFonts w:ascii="Cambria Math" w:hAnsi="Cambria Math"/>
          </w:rPr>
          <m:t> </m:t>
        </m:r>
        <m:r>
          <m:rPr>
            <m:nor/>
          </m:rPr>
          <m:t>và</m:t>
        </m:r>
        <m:r>
          <w:rPr>
            <w:rFonts w:ascii="Cambria Math" w:hAnsi="Cambria Math"/>
          </w:rPr>
          <m:t> 100 </m:t>
        </m:r>
        <m:r>
          <m:rPr>
            <m:sty m:val="p"/>
          </m:rPr>
          <w:rPr>
            <w:rFonts w:ascii="Cambria Math" w:hAnsi="Cambria Math"/>
          </w:rPr>
          <m:t>K</m:t>
        </m:r>
      </m:oMath>
    </w:p>
    <w:p w14:paraId="1758B99C" w14:textId="77777777" w:rsidR="00BF4363" w:rsidRDefault="00000000">
      <w:pPr>
        <w:spacing w:after="40"/>
        <w:ind w:left="360"/>
      </w:pPr>
      <w:r>
        <w:rPr>
          <w:b/>
          <w:color w:val="1F4E79"/>
        </w:rPr>
        <w:t xml:space="preserve">B. </w:t>
      </w:r>
      <m:oMath>
        <m:r>
          <w:rPr>
            <w:rFonts w:ascii="Cambria Math" w:hAnsi="Cambria Math"/>
          </w:rPr>
          <m:t>273 </m:t>
        </m:r>
        <m:r>
          <m:rPr>
            <m:sty m:val="p"/>
          </m:rPr>
          <w:rPr>
            <w:rFonts w:ascii="Cambria Math" w:hAnsi="Cambria Math"/>
          </w:rPr>
          <m:t>K</m:t>
        </m:r>
        <m:r>
          <w:rPr>
            <w:rFonts w:ascii="Cambria Math" w:hAnsi="Cambria Math"/>
          </w:rPr>
          <m:t> </m:t>
        </m:r>
        <m:r>
          <m:rPr>
            <m:nor/>
          </m:rPr>
          <m:t>và</m:t>
        </m:r>
        <m:r>
          <w:rPr>
            <w:rFonts w:ascii="Cambria Math" w:hAnsi="Cambria Math"/>
          </w:rPr>
          <m:t> 373 </m:t>
        </m:r>
        <m:r>
          <m:rPr>
            <m:sty m:val="p"/>
          </m:rPr>
          <w:rPr>
            <w:rFonts w:ascii="Cambria Math" w:hAnsi="Cambria Math"/>
          </w:rPr>
          <m:t>K</m:t>
        </m:r>
      </m:oMath>
    </w:p>
    <w:p w14:paraId="41D546AD" w14:textId="77777777" w:rsidR="00BF4363" w:rsidRDefault="00000000">
      <w:pPr>
        <w:spacing w:after="40"/>
        <w:ind w:left="360"/>
      </w:pPr>
      <w:r>
        <w:rPr>
          <w:b/>
          <w:color w:val="1F4E79"/>
        </w:rPr>
        <w:t xml:space="preserve">C. </w:t>
      </w:r>
      <m:oMath>
        <m:r>
          <w:rPr>
            <w:rFonts w:ascii="Cambria Math" w:hAnsi="Cambria Math"/>
          </w:rPr>
          <m:t>73 </m:t>
        </m:r>
        <m:r>
          <m:rPr>
            <m:sty m:val="p"/>
          </m:rPr>
          <w:rPr>
            <w:rFonts w:ascii="Cambria Math" w:hAnsi="Cambria Math"/>
          </w:rPr>
          <m:t>K</m:t>
        </m:r>
        <m:r>
          <w:rPr>
            <w:rFonts w:ascii="Cambria Math" w:hAnsi="Cambria Math"/>
          </w:rPr>
          <m:t> </m:t>
        </m:r>
        <m:r>
          <m:rPr>
            <m:nor/>
          </m:rPr>
          <m:t>và</m:t>
        </m:r>
        <m:r>
          <w:rPr>
            <w:rFonts w:ascii="Cambria Math" w:hAnsi="Cambria Math"/>
          </w:rPr>
          <m:t> 32 </m:t>
        </m:r>
        <m:r>
          <m:rPr>
            <m:sty m:val="p"/>
          </m:rPr>
          <w:rPr>
            <w:rFonts w:ascii="Cambria Math" w:hAnsi="Cambria Math"/>
          </w:rPr>
          <m:t>K</m:t>
        </m:r>
      </m:oMath>
    </w:p>
    <w:p w14:paraId="2E052CBF" w14:textId="77777777" w:rsidR="00BF4363" w:rsidRDefault="00000000">
      <w:pPr>
        <w:spacing w:after="40"/>
        <w:ind w:left="360"/>
      </w:pPr>
      <w:r>
        <w:rPr>
          <w:b/>
          <w:color w:val="1F4E79"/>
        </w:rPr>
        <w:t xml:space="preserve">D. </w:t>
      </w:r>
      <m:oMath>
        <m:r>
          <w:rPr>
            <w:rFonts w:ascii="Cambria Math" w:hAnsi="Cambria Math"/>
          </w:rPr>
          <m:t>32 </m:t>
        </m:r>
        <m:r>
          <m:rPr>
            <m:sty m:val="p"/>
          </m:rPr>
          <w:rPr>
            <w:rFonts w:ascii="Cambria Math" w:hAnsi="Cambria Math"/>
          </w:rPr>
          <m:t>K</m:t>
        </m:r>
        <m:r>
          <w:rPr>
            <w:rFonts w:ascii="Cambria Math" w:hAnsi="Cambria Math"/>
          </w:rPr>
          <m:t> </m:t>
        </m:r>
        <m:r>
          <m:rPr>
            <m:nor/>
          </m:rPr>
          <m:t>và</m:t>
        </m:r>
        <m:r>
          <w:rPr>
            <w:rFonts w:ascii="Cambria Math" w:hAnsi="Cambria Math"/>
          </w:rPr>
          <m:t> 212 </m:t>
        </m:r>
        <m:r>
          <m:rPr>
            <m:sty m:val="p"/>
          </m:rPr>
          <w:rPr>
            <w:rFonts w:ascii="Cambria Math" w:hAnsi="Cambria Math"/>
          </w:rPr>
          <m:t>K</m:t>
        </m:r>
      </m:oMath>
    </w:p>
    <w:p w14:paraId="17926352" w14:textId="77777777" w:rsidR="00BF4363" w:rsidRDefault="00000000">
      <w:pPr>
        <w:keepNext/>
        <w:spacing w:before="40" w:after="40" w:line="259" w:lineRule="auto"/>
      </w:pPr>
      <w:r>
        <w:rPr>
          <w:b/>
          <w:color w:val="C00000"/>
        </w:rPr>
        <w:t>Đáp án: B</w:t>
      </w:r>
    </w:p>
    <w:p w14:paraId="65F902A6" w14:textId="77777777" w:rsidR="00BF4363" w:rsidRDefault="00000000">
      <w:pPr>
        <w:keepNext/>
        <w:spacing w:before="40" w:after="40" w:line="259" w:lineRule="auto"/>
      </w:pPr>
      <w:r>
        <w:rPr>
          <w:b/>
          <w:color w:val="1F4E79"/>
        </w:rPr>
        <w:t>Hướng dẫn giải:</w:t>
      </w:r>
    </w:p>
    <w:p w14:paraId="1CE78D8C" w14:textId="77777777" w:rsidR="00BF4363" w:rsidRDefault="00000000">
      <w:pPr>
        <w:spacing w:after="60" w:line="259" w:lineRule="auto"/>
      </w:pPr>
      <w:r>
        <w:t xml:space="preserve">Dùng </w:t>
      </w:r>
      <m:oMath>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15</m:t>
        </m:r>
      </m:oMath>
      <w:r>
        <w:t>:</w:t>
      </w:r>
    </w:p>
    <w:p w14:paraId="7A2DF545" w14:textId="77777777" w:rsidR="00BF4363" w:rsidRDefault="00000000">
      <w:pPr>
        <w:pStyle w:val="ListBullet"/>
        <w:spacing w:after="40" w:line="259" w:lineRule="auto"/>
        <w:ind w:left="340" w:hanging="142"/>
      </w:pPr>
      <m:oMath>
        <m:r>
          <w:rPr>
            <w:rFonts w:ascii="Cambria Math" w:hAnsi="Cambria Math"/>
          </w:rPr>
          <m:t>0 </m:t>
        </m:r>
        <m:r>
          <m:rPr>
            <m:sty m:val="p"/>
          </m:rPr>
          <w:rPr>
            <w:rFonts w:ascii="Cambria Math" w:hAnsi="Cambria Math"/>
          </w:rPr>
          <m:t>°C→</m:t>
        </m:r>
        <m:r>
          <w:rPr>
            <w:rFonts w:ascii="Cambria Math" w:hAnsi="Cambria Math"/>
          </w:rPr>
          <m:t>273</m:t>
        </m:r>
        <m:r>
          <m:rPr>
            <m:sty m:val="p"/>
          </m:rPr>
          <w:rPr>
            <w:rFonts w:ascii="Cambria Math" w:hAnsi="Cambria Math"/>
          </w:rPr>
          <m:t>,</m:t>
        </m:r>
        <m:r>
          <w:rPr>
            <w:rFonts w:ascii="Cambria Math" w:hAnsi="Cambria Math"/>
          </w:rPr>
          <m:t>15 </m:t>
        </m:r>
        <m:r>
          <m:rPr>
            <m:sty m:val="p"/>
          </m:rPr>
          <w:rPr>
            <w:rFonts w:ascii="Cambria Math" w:hAnsi="Cambria Math"/>
          </w:rPr>
          <m:t>K≈</m:t>
        </m:r>
        <m:r>
          <w:rPr>
            <w:rFonts w:ascii="Cambria Math" w:hAnsi="Cambria Math"/>
          </w:rPr>
          <m:t>273 </m:t>
        </m:r>
        <m:r>
          <m:rPr>
            <m:sty m:val="p"/>
          </m:rPr>
          <w:rPr>
            <w:rFonts w:ascii="Cambria Math" w:hAnsi="Cambria Math"/>
          </w:rPr>
          <m:t>K</m:t>
        </m:r>
      </m:oMath>
    </w:p>
    <w:p w14:paraId="502747DC" w14:textId="77777777" w:rsidR="00BF4363" w:rsidRDefault="00000000">
      <w:pPr>
        <w:pStyle w:val="ListBullet"/>
        <w:spacing w:after="40" w:line="259" w:lineRule="auto"/>
        <w:ind w:left="340" w:hanging="142"/>
      </w:pPr>
      <m:oMath>
        <m:r>
          <w:rPr>
            <w:rFonts w:ascii="Cambria Math" w:hAnsi="Cambria Math"/>
          </w:rPr>
          <m:t>100 </m:t>
        </m:r>
        <m:r>
          <m:rPr>
            <m:sty m:val="p"/>
          </m:rPr>
          <w:rPr>
            <w:rFonts w:ascii="Cambria Math" w:hAnsi="Cambria Math"/>
          </w:rPr>
          <m:t>°C→</m:t>
        </m:r>
        <m:r>
          <w:rPr>
            <w:rFonts w:ascii="Cambria Math" w:hAnsi="Cambria Math"/>
          </w:rPr>
          <m:t>373</m:t>
        </m:r>
        <m:r>
          <m:rPr>
            <m:sty m:val="p"/>
          </m:rPr>
          <w:rPr>
            <w:rFonts w:ascii="Cambria Math" w:hAnsi="Cambria Math"/>
          </w:rPr>
          <m:t>,</m:t>
        </m:r>
        <m:r>
          <w:rPr>
            <w:rFonts w:ascii="Cambria Math" w:hAnsi="Cambria Math"/>
          </w:rPr>
          <m:t>15 </m:t>
        </m:r>
        <m:r>
          <m:rPr>
            <m:sty m:val="p"/>
          </m:rPr>
          <w:rPr>
            <w:rFonts w:ascii="Cambria Math" w:hAnsi="Cambria Math"/>
          </w:rPr>
          <m:t>K≈</m:t>
        </m:r>
        <m:r>
          <w:rPr>
            <w:rFonts w:ascii="Cambria Math" w:hAnsi="Cambria Math"/>
          </w:rPr>
          <m:t>373 </m:t>
        </m:r>
        <m:r>
          <m:rPr>
            <m:sty m:val="p"/>
          </m:rPr>
          <w:rPr>
            <w:rFonts w:ascii="Cambria Math" w:hAnsi="Cambria Math"/>
          </w:rPr>
          <m:t>K</m:t>
        </m:r>
      </m:oMath>
    </w:p>
    <w:p w14:paraId="0DFC9D10" w14:textId="77777777" w:rsidR="00BF4363" w:rsidRDefault="00000000">
      <w:pPr>
        <w:keepNext/>
        <w:spacing w:before="140" w:after="60" w:line="259" w:lineRule="auto"/>
      </w:pPr>
      <w:r>
        <w:rPr>
          <w:b/>
          <w:color w:val="1F4E79"/>
        </w:rPr>
        <w:t xml:space="preserve">Câu 7. </w:t>
      </w:r>
      <w:r>
        <w:t xml:space="preserve">Biết </w:t>
      </w:r>
      <m:oMath>
        <m:r>
          <w:rPr>
            <w:rFonts w:ascii="Cambria Math" w:hAnsi="Cambria Math"/>
          </w:rPr>
          <m:t>T</m:t>
        </m:r>
        <m:d>
          <m:dPr>
            <m:ctrlPr>
              <w:rPr>
                <w:rFonts w:ascii="Cambria Math" w:hAnsi="Cambria Math"/>
              </w:rPr>
            </m:ctrlPr>
          </m:dPr>
          <m:e>
            <m:r>
              <m:rPr>
                <m:sty m:val="p"/>
              </m:rPr>
              <w:rPr>
                <w:rFonts w:ascii="Cambria Math" w:hAnsi="Cambria Math"/>
              </w:rPr>
              <m:t>°F</m:t>
            </m:r>
          </m:e>
        </m:d>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8t</m:t>
        </m:r>
        <m:d>
          <m:dPr>
            <m:ctrlPr>
              <w:rPr>
                <w:rFonts w:ascii="Cambria Math" w:hAnsi="Cambria Math"/>
              </w:rPr>
            </m:ctrlPr>
          </m:dPr>
          <m:e>
            <m:r>
              <m:rPr>
                <m:sty m:val="p"/>
              </m:rPr>
              <w:rPr>
                <w:rFonts w:ascii="Cambria Math" w:hAnsi="Cambria Math"/>
              </w:rPr>
              <m:t>°C</m:t>
            </m:r>
          </m:e>
        </m:d>
        <m:r>
          <m:rPr>
            <m:sty m:val="p"/>
          </m:rPr>
          <w:rPr>
            <w:rFonts w:ascii="Cambria Math" w:hAnsi="Cambria Math"/>
          </w:rPr>
          <m:t>+</m:t>
        </m:r>
        <m:r>
          <w:rPr>
            <w:rFonts w:ascii="Cambria Math" w:hAnsi="Cambria Math"/>
          </w:rPr>
          <m:t>32</m:t>
        </m:r>
      </m:oMath>
      <w:r>
        <w:t xml:space="preserve">. Một vật có nhiệt độ </w:t>
      </w:r>
      <m:oMath>
        <m:r>
          <w:rPr>
            <w:rFonts w:ascii="Cambria Math" w:hAnsi="Cambria Math"/>
          </w:rPr>
          <m:t>52 </m:t>
        </m:r>
        <m:r>
          <m:rPr>
            <m:sty m:val="p"/>
          </m:rPr>
          <w:rPr>
            <w:rFonts w:ascii="Cambria Math" w:hAnsi="Cambria Math"/>
          </w:rPr>
          <m:t>°C</m:t>
        </m:r>
      </m:oMath>
      <w:r>
        <w:t>. Nhiệt độ của vật theo thang Fahrenheit là</w:t>
      </w:r>
    </w:p>
    <w:p w14:paraId="2F2235FF" w14:textId="77777777" w:rsidR="00BF4363" w:rsidRDefault="00000000">
      <w:pPr>
        <w:spacing w:after="40"/>
        <w:ind w:left="360"/>
      </w:pPr>
      <w:r>
        <w:rPr>
          <w:b/>
          <w:color w:val="1F4E79"/>
        </w:rPr>
        <w:t xml:space="preserve">A. </w:t>
      </w:r>
      <m:oMath>
        <m:r>
          <w:rPr>
            <w:rFonts w:ascii="Cambria Math" w:hAnsi="Cambria Math"/>
          </w:rPr>
          <m:t>125</m:t>
        </m:r>
        <m:r>
          <m:rPr>
            <m:sty m:val="p"/>
          </m:rPr>
          <w:rPr>
            <w:rFonts w:ascii="Cambria Math" w:hAnsi="Cambria Math"/>
          </w:rPr>
          <m:t>,</m:t>
        </m:r>
        <m:r>
          <w:rPr>
            <w:rFonts w:ascii="Cambria Math" w:hAnsi="Cambria Math"/>
          </w:rPr>
          <m:t>6 </m:t>
        </m:r>
        <m:r>
          <m:rPr>
            <m:sty m:val="p"/>
          </m:rPr>
          <w:rPr>
            <w:rFonts w:ascii="Cambria Math" w:hAnsi="Cambria Math"/>
          </w:rPr>
          <m:t>°F</m:t>
        </m:r>
      </m:oMath>
    </w:p>
    <w:p w14:paraId="4E7E408B" w14:textId="77777777" w:rsidR="00BF4363" w:rsidRDefault="00000000">
      <w:pPr>
        <w:spacing w:after="40"/>
        <w:ind w:left="360"/>
      </w:pPr>
      <w:r>
        <w:rPr>
          <w:b/>
          <w:color w:val="1F4E79"/>
        </w:rPr>
        <w:t xml:space="preserve">B. </w:t>
      </w:r>
      <m:oMath>
        <m:r>
          <w:rPr>
            <w:rFonts w:ascii="Cambria Math" w:hAnsi="Cambria Math"/>
          </w:rPr>
          <m:t>152</m:t>
        </m:r>
        <m:r>
          <m:rPr>
            <m:sty m:val="p"/>
          </m:rPr>
          <w:rPr>
            <w:rFonts w:ascii="Cambria Math" w:hAnsi="Cambria Math"/>
          </w:rPr>
          <m:t>,</m:t>
        </m:r>
        <m:r>
          <w:rPr>
            <w:rFonts w:ascii="Cambria Math" w:hAnsi="Cambria Math"/>
          </w:rPr>
          <m:t>6 </m:t>
        </m:r>
        <m:r>
          <m:rPr>
            <m:sty m:val="p"/>
          </m:rPr>
          <w:rPr>
            <w:rFonts w:ascii="Cambria Math" w:hAnsi="Cambria Math"/>
          </w:rPr>
          <m:t>°F</m:t>
        </m:r>
      </m:oMath>
    </w:p>
    <w:p w14:paraId="5C7EE438" w14:textId="77777777" w:rsidR="00BF4363" w:rsidRDefault="00000000">
      <w:pPr>
        <w:spacing w:after="40"/>
        <w:ind w:left="360"/>
      </w:pPr>
      <w:r>
        <w:rPr>
          <w:b/>
          <w:color w:val="1F4E79"/>
        </w:rPr>
        <w:t xml:space="preserve">C. </w:t>
      </w:r>
      <m:oMath>
        <m:r>
          <w:rPr>
            <w:rFonts w:ascii="Cambria Math" w:hAnsi="Cambria Math"/>
          </w:rPr>
          <m:t>126</m:t>
        </m:r>
        <m:r>
          <m:rPr>
            <m:sty m:val="p"/>
          </m:rPr>
          <w:rPr>
            <w:rFonts w:ascii="Cambria Math" w:hAnsi="Cambria Math"/>
          </w:rPr>
          <m:t>,</m:t>
        </m:r>
        <m:r>
          <w:rPr>
            <w:rFonts w:ascii="Cambria Math" w:hAnsi="Cambria Math"/>
          </w:rPr>
          <m:t>5 </m:t>
        </m:r>
        <m:r>
          <m:rPr>
            <m:sty m:val="p"/>
          </m:rPr>
          <w:rPr>
            <w:rFonts w:ascii="Cambria Math" w:hAnsi="Cambria Math"/>
          </w:rPr>
          <m:t>°F</m:t>
        </m:r>
      </m:oMath>
    </w:p>
    <w:p w14:paraId="0B061C60" w14:textId="77777777" w:rsidR="00BF4363" w:rsidRDefault="00000000">
      <w:pPr>
        <w:spacing w:after="40"/>
        <w:ind w:left="360"/>
      </w:pPr>
      <w:r>
        <w:rPr>
          <w:b/>
          <w:color w:val="1F4E79"/>
        </w:rPr>
        <w:t xml:space="preserve">D. </w:t>
      </w:r>
      <m:oMath>
        <m:r>
          <w:rPr>
            <w:rFonts w:ascii="Cambria Math" w:hAnsi="Cambria Math"/>
          </w:rPr>
          <m:t>162</m:t>
        </m:r>
        <m:r>
          <m:rPr>
            <m:sty m:val="p"/>
          </m:rPr>
          <w:rPr>
            <w:rFonts w:ascii="Cambria Math" w:hAnsi="Cambria Math"/>
          </w:rPr>
          <m:t>,</m:t>
        </m:r>
        <m:r>
          <w:rPr>
            <w:rFonts w:ascii="Cambria Math" w:hAnsi="Cambria Math"/>
          </w:rPr>
          <m:t>5 </m:t>
        </m:r>
        <m:r>
          <m:rPr>
            <m:sty m:val="p"/>
          </m:rPr>
          <w:rPr>
            <w:rFonts w:ascii="Cambria Math" w:hAnsi="Cambria Math"/>
          </w:rPr>
          <m:t>°F</m:t>
        </m:r>
      </m:oMath>
    </w:p>
    <w:p w14:paraId="047B5529" w14:textId="77777777" w:rsidR="00BF4363" w:rsidRDefault="00000000">
      <w:pPr>
        <w:keepNext/>
        <w:spacing w:before="40" w:after="40" w:line="259" w:lineRule="auto"/>
      </w:pPr>
      <w:r>
        <w:rPr>
          <w:b/>
          <w:color w:val="C00000"/>
        </w:rPr>
        <w:t>Đáp án: A</w:t>
      </w:r>
    </w:p>
    <w:p w14:paraId="0A7EC7E9" w14:textId="77777777" w:rsidR="00BF4363" w:rsidRDefault="00000000">
      <w:pPr>
        <w:keepNext/>
        <w:spacing w:before="40" w:after="40" w:line="259" w:lineRule="auto"/>
      </w:pPr>
      <w:r>
        <w:rPr>
          <w:b/>
          <w:color w:val="1F4E79"/>
        </w:rPr>
        <w:t>Hướng dẫn giải:</w:t>
      </w:r>
    </w:p>
    <w:p w14:paraId="3CC7EA18" w14:textId="77777777" w:rsidR="00BF4363" w:rsidRDefault="00000000">
      <w:pPr>
        <w:spacing w:after="60" w:line="259" w:lineRule="auto"/>
        <w:jc w:val="center"/>
      </w:pPr>
      <m:oMathPara>
        <m:oMath>
          <m:r>
            <w:rPr>
              <w:rFonts w:ascii="Cambria Math" w:hAnsi="Cambria Math"/>
            </w:rPr>
            <m:t>T</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52</m:t>
          </m:r>
          <m:r>
            <m:rPr>
              <m:sty m:val="p"/>
            </m:rPr>
            <w:rPr>
              <w:rFonts w:ascii="Cambria Math" w:hAnsi="Cambria Math"/>
            </w:rPr>
            <m:t>+</m:t>
          </m:r>
          <m:r>
            <w:rPr>
              <w:rFonts w:ascii="Cambria Math" w:hAnsi="Cambria Math"/>
            </w:rPr>
            <m:t>32</m:t>
          </m:r>
          <m:r>
            <m:rPr>
              <m:sty m:val="p"/>
            </m:rPr>
            <w:rPr>
              <w:rFonts w:ascii="Cambria Math" w:hAnsi="Cambria Math"/>
            </w:rPr>
            <m:t>=</m:t>
          </m:r>
          <m:r>
            <w:rPr>
              <w:rFonts w:ascii="Cambria Math" w:hAnsi="Cambria Math"/>
            </w:rPr>
            <m:t>125</m:t>
          </m:r>
          <m:r>
            <m:rPr>
              <m:sty m:val="p"/>
            </m:rPr>
            <w:rPr>
              <w:rFonts w:ascii="Cambria Math" w:hAnsi="Cambria Math"/>
            </w:rPr>
            <m:t>,</m:t>
          </m:r>
          <m:r>
            <w:rPr>
              <w:rFonts w:ascii="Cambria Math" w:hAnsi="Cambria Math"/>
            </w:rPr>
            <m:t>6 </m:t>
          </m:r>
          <m:r>
            <m:rPr>
              <m:sty m:val="p"/>
            </m:rPr>
            <w:rPr>
              <w:rFonts w:ascii="Cambria Math" w:hAnsi="Cambria Math"/>
            </w:rPr>
            <m:t>°F</m:t>
          </m:r>
        </m:oMath>
      </m:oMathPara>
    </w:p>
    <w:p w14:paraId="5C6C7A40" w14:textId="77777777" w:rsidR="00BF4363" w:rsidRDefault="00000000">
      <w:pPr>
        <w:keepNext/>
        <w:spacing w:before="140" w:after="60" w:line="259" w:lineRule="auto"/>
      </w:pPr>
      <w:r>
        <w:rPr>
          <w:b/>
          <w:color w:val="1F4E79"/>
        </w:rPr>
        <w:t xml:space="preserve">Câu 8. </w:t>
      </w:r>
      <w:r>
        <w:t>Nội năng của một vật là</w:t>
      </w:r>
    </w:p>
    <w:p w14:paraId="489AD9CB" w14:textId="77777777" w:rsidR="00BF4363" w:rsidRDefault="00000000">
      <w:pPr>
        <w:spacing w:after="20" w:line="259" w:lineRule="auto"/>
        <w:ind w:left="227"/>
      </w:pPr>
      <w:r>
        <w:t>A. tổng động năng của vật đối với hệ quy chiếu đang xét.</w:t>
      </w:r>
    </w:p>
    <w:p w14:paraId="77A213D7" w14:textId="77777777" w:rsidR="00BF4363" w:rsidRDefault="00000000">
      <w:pPr>
        <w:spacing w:after="20" w:line="259" w:lineRule="auto"/>
        <w:ind w:left="227"/>
      </w:pPr>
      <w:r>
        <w:lastRenderedPageBreak/>
        <w:t>B. tổng thế năng trọng trường và thế năng đàn hồi của vật.</w:t>
      </w:r>
    </w:p>
    <w:p w14:paraId="1FE009CE" w14:textId="77777777" w:rsidR="00BF4363" w:rsidRDefault="00000000">
      <w:pPr>
        <w:spacing w:after="20" w:line="259" w:lineRule="auto"/>
        <w:ind w:left="227"/>
      </w:pPr>
      <w:r>
        <w:t>C. tổng động năng chuyển động nhiệt và thế năng tương tác của các phân tử cấu tạo nên vật.</w:t>
      </w:r>
    </w:p>
    <w:p w14:paraId="70E4F07C" w14:textId="77777777" w:rsidR="00BF4363" w:rsidRDefault="00000000">
      <w:pPr>
        <w:spacing w:after="20" w:line="259" w:lineRule="auto"/>
        <w:ind w:left="227"/>
      </w:pPr>
      <w:r>
        <w:t>D. tổng cơ năng và nhiệt lượng mà vật đã nhận.</w:t>
      </w:r>
    </w:p>
    <w:p w14:paraId="19EABE49" w14:textId="77777777" w:rsidR="00BF4363" w:rsidRDefault="00000000">
      <w:pPr>
        <w:keepNext/>
        <w:spacing w:before="40" w:after="40" w:line="259" w:lineRule="auto"/>
      </w:pPr>
      <w:r>
        <w:rPr>
          <w:b/>
          <w:color w:val="C00000"/>
        </w:rPr>
        <w:t>Đáp án: C</w:t>
      </w:r>
    </w:p>
    <w:p w14:paraId="5D92A619" w14:textId="77777777" w:rsidR="00BF4363" w:rsidRDefault="00000000">
      <w:pPr>
        <w:keepNext/>
        <w:spacing w:before="40" w:after="40" w:line="259" w:lineRule="auto"/>
      </w:pPr>
      <w:r>
        <w:rPr>
          <w:b/>
          <w:color w:val="1F4E79"/>
        </w:rPr>
        <w:t>Hướng dẫn giải:</w:t>
      </w:r>
    </w:p>
    <w:p w14:paraId="5DFAF408" w14:textId="77777777" w:rsidR="00BF4363" w:rsidRDefault="00000000">
      <w:pPr>
        <w:spacing w:after="60" w:line="259" w:lineRule="auto"/>
      </w:pPr>
      <w:r>
        <w:t>Nội năng là tổng động năng chuyển động nhiệt của các phân tử và thế năng tương tác giữa các phân tử cấu tạo nên vật. Nhiệt lượng không phải là một dạng năng lượng “chứa trong vật”, mà là phần năng lượng truyền từ vật này sang vật khác do chênh lệch nhiệt độ.</w:t>
      </w:r>
    </w:p>
    <w:p w14:paraId="7F70C6C5" w14:textId="77777777" w:rsidR="00BF4363" w:rsidRDefault="00000000">
      <w:pPr>
        <w:keepNext/>
        <w:spacing w:before="140" w:after="60" w:line="259" w:lineRule="auto"/>
      </w:pPr>
      <w:r>
        <w:rPr>
          <w:b/>
          <w:color w:val="1F4E79"/>
        </w:rPr>
        <w:t xml:space="preserve">Câu 9. </w:t>
      </w:r>
      <w:r>
        <w:t>Đơn vị của nhiệt dung riêng trong hệ SI là</w:t>
      </w:r>
    </w:p>
    <w:p w14:paraId="24867B0A" w14:textId="77777777" w:rsidR="00BF4363" w:rsidRDefault="00000000">
      <w:pPr>
        <w:spacing w:after="40"/>
        <w:ind w:left="360"/>
      </w:pPr>
      <w:r>
        <w:rPr>
          <w:b/>
          <w:color w:val="1F4E79"/>
        </w:rPr>
        <w:t xml:space="preserve">A. </w:t>
      </w:r>
      <m:oMath>
        <m:r>
          <m:rPr>
            <m:sty m:val="p"/>
          </m:rPr>
          <w:rPr>
            <w:rFonts w:ascii="Cambria Math" w:hAnsi="Cambria Math"/>
          </w:rPr>
          <m:t>K</m:t>
        </m:r>
      </m:oMath>
    </w:p>
    <w:p w14:paraId="562AF1B1" w14:textId="77777777" w:rsidR="00BF4363" w:rsidRDefault="00000000">
      <w:pPr>
        <w:spacing w:after="40"/>
        <w:ind w:left="360"/>
      </w:pPr>
      <w:r>
        <w:rPr>
          <w:b/>
          <w:color w:val="1F4E79"/>
        </w:rPr>
        <w:t xml:space="preserve">B. </w:t>
      </w:r>
      <m:oMath>
        <m:r>
          <m:rPr>
            <m:sty m:val="p"/>
          </m:rPr>
          <w:rPr>
            <w:rFonts w:ascii="Cambria Math" w:hAnsi="Cambria Math"/>
          </w:rPr>
          <m:t>J</m:t>
        </m:r>
      </m:oMath>
    </w:p>
    <w:p w14:paraId="488702F2" w14:textId="77777777" w:rsidR="00BF4363" w:rsidRDefault="00000000">
      <w:pPr>
        <w:spacing w:after="40"/>
        <w:ind w:left="360"/>
      </w:pPr>
      <w:r>
        <w:rPr>
          <w:b/>
          <w:color w:val="1F4E79"/>
        </w:rPr>
        <w:t xml:space="preserve">C. </w:t>
      </w:r>
      <m:oMath>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p>
    <w:p w14:paraId="7E88CA1D" w14:textId="77777777" w:rsidR="00BF4363" w:rsidRDefault="00000000">
      <w:pPr>
        <w:spacing w:after="40"/>
        <w:ind w:left="360"/>
      </w:pPr>
      <w:r>
        <w:rPr>
          <w:b/>
          <w:color w:val="1F4E79"/>
        </w:rPr>
        <w:t xml:space="preserve">D. </w:t>
      </w:r>
      <m:oMath>
        <m:r>
          <m:rPr>
            <m:sty m:val="p"/>
          </m:rPr>
          <w:rPr>
            <w:rFonts w:ascii="Cambria Math" w:hAnsi="Cambria Math"/>
          </w:rPr>
          <m:t>J⋅kg/K</m:t>
        </m:r>
      </m:oMath>
    </w:p>
    <w:p w14:paraId="60BEB052" w14:textId="77777777" w:rsidR="00BF4363" w:rsidRDefault="00000000">
      <w:pPr>
        <w:keepNext/>
        <w:spacing w:before="40" w:after="40" w:line="259" w:lineRule="auto"/>
      </w:pPr>
      <w:r>
        <w:rPr>
          <w:b/>
          <w:color w:val="C00000"/>
        </w:rPr>
        <w:t>Đáp án: C</w:t>
      </w:r>
    </w:p>
    <w:p w14:paraId="0E7F2850" w14:textId="77777777" w:rsidR="00BF4363" w:rsidRDefault="00000000">
      <w:pPr>
        <w:keepNext/>
        <w:spacing w:before="40" w:after="40" w:line="259" w:lineRule="auto"/>
      </w:pPr>
      <w:r>
        <w:rPr>
          <w:b/>
          <w:color w:val="1F4E79"/>
        </w:rPr>
        <w:t>Hướng dẫn giải:</w:t>
      </w:r>
    </w:p>
    <w:p w14:paraId="3F3A3577" w14:textId="77777777" w:rsidR="00BF4363" w:rsidRDefault="00000000">
      <w:pPr>
        <w:spacing w:after="60" w:line="259" w:lineRule="auto"/>
      </w:pPr>
      <w:r>
        <w:t xml:space="preserve">Từ </w:t>
      </w:r>
      <m:oMath>
        <m:r>
          <w:rPr>
            <w:rFonts w:ascii="Cambria Math" w:hAnsi="Cambria Math"/>
          </w:rPr>
          <m:t>Q</m:t>
        </m:r>
        <m:r>
          <m:rPr>
            <m:sty m:val="p"/>
          </m:rPr>
          <w:rPr>
            <w:rFonts w:ascii="Cambria Math" w:hAnsi="Cambria Math"/>
          </w:rPr>
          <m:t>=</m:t>
        </m:r>
        <m:r>
          <w:rPr>
            <w:rFonts w:ascii="Cambria Math" w:hAnsi="Cambria Math"/>
          </w:rPr>
          <m:t>mcΔT</m:t>
        </m:r>
      </m:oMath>
      <w:r>
        <w:t xml:space="preserve"> suy ra </w:t>
      </w:r>
      <m:oMath>
        <m:r>
          <w:rPr>
            <w:rFonts w:ascii="Cambria Math" w:hAnsi="Cambria Math"/>
          </w:rPr>
          <m:t>c</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mΔT</m:t>
            </m:r>
          </m:den>
        </m:f>
      </m:oMath>
      <w:r>
        <w:t xml:space="preserve">. Do đó đơn vị của </w:t>
      </w:r>
      <m:oMath>
        <m:r>
          <w:rPr>
            <w:rFonts w:ascii="Cambria Math" w:hAnsi="Cambria Math"/>
          </w:rPr>
          <m:t>c</m:t>
        </m:r>
      </m:oMath>
      <w:r>
        <w:t xml:space="preserve"> là </w:t>
      </w:r>
      <m:oMath>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w:t>
      </w:r>
    </w:p>
    <w:p w14:paraId="3721FD1C" w14:textId="77777777" w:rsidR="00BF4363" w:rsidRDefault="00000000">
      <w:pPr>
        <w:keepNext/>
        <w:spacing w:before="140" w:after="60" w:line="259" w:lineRule="auto"/>
      </w:pPr>
      <w:r>
        <w:rPr>
          <w:b/>
          <w:color w:val="1F4E79"/>
        </w:rPr>
        <w:t xml:space="preserve">Câu 10. </w:t>
      </w:r>
      <w:r>
        <w:t xml:space="preserve">Theo quy ước </w:t>
      </w:r>
      <m:oMath>
        <m:r>
          <w:rPr>
            <w:rFonts w:ascii="Cambria Math" w:hAnsi="Cambria Math"/>
          </w:rPr>
          <m:t>A</m:t>
        </m:r>
      </m:oMath>
      <w:r>
        <w:t xml:space="preserve"> là công mà hệ nhận được, biểu thức của nguyên lí I nhiệt động lực học là</w:t>
      </w:r>
    </w:p>
    <w:p w14:paraId="2DF7DDB6" w14:textId="77777777" w:rsidR="00BF4363" w:rsidRDefault="00000000">
      <w:pPr>
        <w:spacing w:after="40"/>
        <w:ind w:left="360"/>
      </w:pPr>
      <w:r>
        <w:rPr>
          <w:b/>
          <w:color w:val="1F4E79"/>
        </w:rPr>
        <w:t xml:space="preserve">A. </w:t>
      </w:r>
      <m:oMath>
        <m:r>
          <w:rPr>
            <w:rFonts w:ascii="Cambria Math" w:hAnsi="Cambria Math"/>
          </w:rPr>
          <m:t>U</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Q</m:t>
        </m:r>
      </m:oMath>
    </w:p>
    <w:p w14:paraId="19014DFC" w14:textId="77777777" w:rsidR="00BF4363" w:rsidRDefault="00000000">
      <w:pPr>
        <w:spacing w:after="40"/>
        <w:ind w:left="360"/>
      </w:pPr>
      <w:r>
        <w:rPr>
          <w:b/>
          <w:color w:val="1F4E79"/>
        </w:rPr>
        <w:t xml:space="preserve">B. </w:t>
      </w:r>
      <m:oMath>
        <m:r>
          <w:rPr>
            <w:rFonts w:ascii="Cambria Math" w:hAnsi="Cambria Math"/>
          </w:rPr>
          <m:t>ΔU</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Q</m:t>
        </m:r>
      </m:oMath>
    </w:p>
    <w:p w14:paraId="62197F3B" w14:textId="77777777" w:rsidR="00BF4363" w:rsidRDefault="00000000">
      <w:pPr>
        <w:spacing w:after="40"/>
        <w:ind w:left="360"/>
      </w:pPr>
      <w:r>
        <w:rPr>
          <w:b/>
          <w:color w:val="1F4E79"/>
        </w:rPr>
        <w:t xml:space="preserve">C. </w:t>
      </w:r>
      <m:oMath>
        <m:r>
          <w:rPr>
            <w:rFonts w:ascii="Cambria Math" w:hAnsi="Cambria Math"/>
          </w:rPr>
          <m:t>ΔU</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Q</m:t>
        </m:r>
      </m:oMath>
    </w:p>
    <w:p w14:paraId="0732ED9A" w14:textId="77777777" w:rsidR="00BF4363" w:rsidRDefault="00000000">
      <w:pPr>
        <w:spacing w:after="40"/>
        <w:ind w:left="360"/>
      </w:pPr>
      <w:r>
        <w:rPr>
          <w:b/>
          <w:color w:val="1F4E79"/>
        </w:rPr>
        <w:t xml:space="preserve">D. </w:t>
      </w:r>
      <m:oMath>
        <m:r>
          <w:rPr>
            <w:rFonts w:ascii="Cambria Math" w:hAnsi="Cambria Math"/>
          </w:rPr>
          <m:t>ΔU</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A</m:t>
        </m:r>
      </m:oMath>
    </w:p>
    <w:p w14:paraId="47D1E764" w14:textId="77777777" w:rsidR="00BF4363" w:rsidRDefault="00000000">
      <w:pPr>
        <w:keepNext/>
        <w:spacing w:before="40" w:after="40" w:line="259" w:lineRule="auto"/>
      </w:pPr>
      <w:r>
        <w:rPr>
          <w:b/>
          <w:color w:val="C00000"/>
        </w:rPr>
        <w:t>Đáp án: C</w:t>
      </w:r>
    </w:p>
    <w:p w14:paraId="5AA6B4E1" w14:textId="77777777" w:rsidR="00BF4363" w:rsidRDefault="00000000">
      <w:pPr>
        <w:keepNext/>
        <w:spacing w:before="40" w:after="40" w:line="259" w:lineRule="auto"/>
      </w:pPr>
      <w:r>
        <w:rPr>
          <w:b/>
          <w:color w:val="1F4E79"/>
        </w:rPr>
        <w:t>Hướng dẫn giải:</w:t>
      </w:r>
    </w:p>
    <w:p w14:paraId="4875F581" w14:textId="77777777" w:rsidR="00BF4363" w:rsidRDefault="00000000">
      <w:pPr>
        <w:spacing w:after="60" w:line="259" w:lineRule="auto"/>
      </w:pPr>
      <w:r>
        <w:t xml:space="preserve">Theo quy ước dấu của đề: </w:t>
      </w:r>
      <m:oMath>
        <m:r>
          <w:rPr>
            <w:rFonts w:ascii="Cambria Math" w:hAnsi="Cambria Math"/>
          </w:rPr>
          <m:t>Q</m:t>
        </m:r>
        <m:r>
          <m:rPr>
            <m:sty m:val="p"/>
          </m:rPr>
          <w:rPr>
            <w:rFonts w:ascii="Cambria Math" w:hAnsi="Cambria Math"/>
          </w:rPr>
          <m:t>&gt;</m:t>
        </m:r>
        <m:r>
          <w:rPr>
            <w:rFonts w:ascii="Cambria Math" w:hAnsi="Cambria Math"/>
          </w:rPr>
          <m:t>0</m:t>
        </m:r>
      </m:oMath>
      <w:r>
        <w:t xml:space="preserve"> khi hệ nhận nhiệt và </w:t>
      </w:r>
      <m:oMath>
        <m:r>
          <w:rPr>
            <w:rFonts w:ascii="Cambria Math" w:hAnsi="Cambria Math"/>
          </w:rPr>
          <m:t>A</m:t>
        </m:r>
        <m:r>
          <m:rPr>
            <m:sty m:val="p"/>
          </m:rPr>
          <w:rPr>
            <w:rFonts w:ascii="Cambria Math" w:hAnsi="Cambria Math"/>
          </w:rPr>
          <m:t>&gt;</m:t>
        </m:r>
        <m:r>
          <w:rPr>
            <w:rFonts w:ascii="Cambria Math" w:hAnsi="Cambria Math"/>
          </w:rPr>
          <m:t>0</m:t>
        </m:r>
      </m:oMath>
      <w:r>
        <w:t xml:space="preserve"> khi hệ nhận công. Vì vậy</w:t>
      </w:r>
    </w:p>
    <w:p w14:paraId="70582090" w14:textId="77777777" w:rsidR="00BF4363" w:rsidRDefault="00000000">
      <w:pPr>
        <w:spacing w:after="60" w:line="259" w:lineRule="auto"/>
        <w:jc w:val="center"/>
      </w:pPr>
      <m:oMathPara>
        <m:oMath>
          <m:r>
            <w:rPr>
              <w:rFonts w:ascii="Cambria Math" w:hAnsi="Cambria Math"/>
            </w:rPr>
            <m:t>ΔU</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Q</m:t>
          </m:r>
        </m:oMath>
      </m:oMathPara>
    </w:p>
    <w:p w14:paraId="7FE6382F" w14:textId="77777777" w:rsidR="00BF4363" w:rsidRDefault="00000000">
      <w:pPr>
        <w:keepNext/>
        <w:spacing w:before="140" w:after="60" w:line="259" w:lineRule="auto"/>
      </w:pPr>
      <w:r>
        <w:rPr>
          <w:b/>
          <w:color w:val="1F4E79"/>
        </w:rPr>
        <w:t xml:space="preserve">Câu 11. </w:t>
      </w:r>
      <w:r>
        <w:t>Hình dưới đây mô tả bộ dụng cụ thí nghiệm đo nhiệt dung riêng của nước. Dụng cụ số (4) và (5) lần lượt là</w:t>
      </w:r>
    </w:p>
    <w:p w14:paraId="3E06574A" w14:textId="15F5C74C" w:rsidR="00BF4363" w:rsidRDefault="00185550">
      <w:pPr>
        <w:spacing w:before="40" w:after="40" w:line="240" w:lineRule="auto"/>
        <w:jc w:val="center"/>
      </w:pPr>
      <w:r w:rsidRPr="008527E0">
        <w:rPr>
          <w:noProof/>
        </w:rPr>
        <w:drawing>
          <wp:inline distT="0" distB="0" distL="0" distR="0" wp14:anchorId="10EB6E87" wp14:editId="32FBE232">
            <wp:extent cx="3259303" cy="1834192"/>
            <wp:effectExtent l="0" t="0" r="0" b="0"/>
            <wp:docPr id="1385690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90536" name=""/>
                    <pic:cNvPicPr/>
                  </pic:nvPicPr>
                  <pic:blipFill>
                    <a:blip r:embed="rId8"/>
                    <a:stretch>
                      <a:fillRect/>
                    </a:stretch>
                  </pic:blipFill>
                  <pic:spPr>
                    <a:xfrm>
                      <a:off x="0" y="0"/>
                      <a:ext cx="3267800" cy="1838974"/>
                    </a:xfrm>
                    <a:prstGeom prst="rect">
                      <a:avLst/>
                    </a:prstGeom>
                  </pic:spPr>
                </pic:pic>
              </a:graphicData>
            </a:graphic>
          </wp:inline>
        </w:drawing>
      </w:r>
    </w:p>
    <w:p w14:paraId="144F813C" w14:textId="77777777" w:rsidR="00BF4363" w:rsidRDefault="00000000">
      <w:pPr>
        <w:spacing w:after="40"/>
        <w:ind w:left="360"/>
      </w:pPr>
      <w:r>
        <w:rPr>
          <w:b/>
          <w:color w:val="1F4E79"/>
        </w:rPr>
        <w:t xml:space="preserve">A. </w:t>
      </w:r>
      <w:r>
        <w:t>biến thế nguồn và cân điện tử.</w:t>
      </w:r>
    </w:p>
    <w:p w14:paraId="491D9BFC" w14:textId="77777777" w:rsidR="00BF4363" w:rsidRDefault="00000000">
      <w:pPr>
        <w:spacing w:after="40"/>
        <w:ind w:left="360"/>
      </w:pPr>
      <w:r>
        <w:rPr>
          <w:b/>
          <w:color w:val="1F4E79"/>
        </w:rPr>
        <w:t xml:space="preserve">B. </w:t>
      </w:r>
      <w:r>
        <w:t>nhiệt lượng kế và cân điện tử.</w:t>
      </w:r>
    </w:p>
    <w:p w14:paraId="0FF5ED70" w14:textId="77777777" w:rsidR="00BF4363" w:rsidRDefault="00000000">
      <w:pPr>
        <w:spacing w:after="40"/>
        <w:ind w:left="360"/>
      </w:pPr>
      <w:r>
        <w:rPr>
          <w:b/>
          <w:color w:val="1F4E79"/>
        </w:rPr>
        <w:t xml:space="preserve">C. </w:t>
      </w:r>
      <w:r>
        <w:t>cân điện tử và nhiệt lượng kế.</w:t>
      </w:r>
    </w:p>
    <w:p w14:paraId="68A2A1D3" w14:textId="77777777" w:rsidR="00BF4363" w:rsidRDefault="00000000">
      <w:pPr>
        <w:spacing w:after="40"/>
        <w:ind w:left="360"/>
      </w:pPr>
      <w:r>
        <w:rPr>
          <w:b/>
          <w:color w:val="1F4E79"/>
        </w:rPr>
        <w:t xml:space="preserve">D. </w:t>
      </w:r>
      <w:r>
        <w:t>nhiệt kế và cân điện tử.</w:t>
      </w:r>
    </w:p>
    <w:p w14:paraId="42270813" w14:textId="77777777" w:rsidR="00BF4363" w:rsidRDefault="00000000">
      <w:pPr>
        <w:keepNext/>
        <w:spacing w:before="40" w:after="40" w:line="259" w:lineRule="auto"/>
      </w:pPr>
      <w:r>
        <w:rPr>
          <w:b/>
          <w:color w:val="C00000"/>
        </w:rPr>
        <w:lastRenderedPageBreak/>
        <w:t>Đáp án: B</w:t>
      </w:r>
    </w:p>
    <w:p w14:paraId="6E6D945F" w14:textId="77777777" w:rsidR="00BF4363" w:rsidRDefault="00000000">
      <w:pPr>
        <w:keepNext/>
        <w:spacing w:before="40" w:after="40" w:line="259" w:lineRule="auto"/>
      </w:pPr>
      <w:r>
        <w:rPr>
          <w:b/>
          <w:color w:val="1F4E79"/>
        </w:rPr>
        <w:t>Hướng dẫn giải:</w:t>
      </w:r>
    </w:p>
    <w:p w14:paraId="7CE1E7AF" w14:textId="77777777" w:rsidR="00BF4363" w:rsidRDefault="00000000">
      <w:pPr>
        <w:spacing w:after="60" w:line="259" w:lineRule="auto"/>
      </w:pPr>
      <w:r>
        <w:t>Dụng cụ (4) là bình cách nhiệt dùng chứa nước, tức nhiệt lượng kế; dụng cụ (5) là cân điện tử dùng xác định khối lượng nước.</w:t>
      </w:r>
    </w:p>
    <w:p w14:paraId="0182296D" w14:textId="77777777" w:rsidR="00BF4363" w:rsidRDefault="00000000">
      <w:pPr>
        <w:keepNext/>
        <w:spacing w:before="140" w:after="60" w:line="259" w:lineRule="auto"/>
      </w:pPr>
      <w:r>
        <w:rPr>
          <w:b/>
          <w:color w:val="1F4E79"/>
        </w:rPr>
        <w:t xml:space="preserve">Câu 12. </w:t>
      </w:r>
      <w:r>
        <w:t xml:space="preserve">Đồ thị biểu diễn sự phụ thuộc của nhiệt lượng </w:t>
      </w:r>
      <m:oMath>
        <m:r>
          <w:rPr>
            <w:rFonts w:ascii="Cambria Math" w:hAnsi="Cambria Math"/>
          </w:rPr>
          <m:t>Q</m:t>
        </m:r>
      </m:oMath>
      <w:r>
        <w:t xml:space="preserve"> cần cung cấp để làm nóng chảy hoàn toàn một miếng kim loại vào khối lượng </w:t>
      </w:r>
      <m:oMath>
        <m:r>
          <w:rPr>
            <w:rFonts w:ascii="Cambria Math" w:hAnsi="Cambria Math"/>
          </w:rPr>
          <m:t>m</m:t>
        </m:r>
      </m:oMath>
      <w:r>
        <w:t xml:space="preserve"> của nó. Kim loại được biểu diễn trên đồ thị là</w:t>
      </w:r>
    </w:p>
    <w:p w14:paraId="47F31985" w14:textId="5426E433" w:rsidR="00AC5995" w:rsidRDefault="00AC5995">
      <w:pPr>
        <w:spacing w:before="40" w:after="40" w:line="240" w:lineRule="auto"/>
        <w:jc w:val="center"/>
      </w:pPr>
      <w:r w:rsidRPr="00E04629">
        <w:rPr>
          <w:rFonts w:eastAsia="Calibri" w:cs="Times New Roman"/>
          <w:noProof/>
          <w:szCs w:val="24"/>
        </w:rPr>
        <w:drawing>
          <wp:inline distT="0" distB="0" distL="0" distR="0" wp14:anchorId="730D5882" wp14:editId="62096737">
            <wp:extent cx="2443018" cy="1856849"/>
            <wp:effectExtent l="0" t="0" r="0" b="0"/>
            <wp:docPr id="1395078257" name="Hình ảnh 3" descr="Ảnh có chứa hàng, Sơ đồ,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5844" name="Hình ảnh 3" descr="Ảnh có chứa hàng, Sơ đồ, biểu đồ&#10;&#10;Mô tả được tạo tự độ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2406" cy="1901988"/>
                    </a:xfrm>
                    <a:prstGeom prst="rect">
                      <a:avLst/>
                    </a:prstGeom>
                    <a:noFill/>
                    <a:ln>
                      <a:noFill/>
                    </a:ln>
                  </pic:spPr>
                </pic:pic>
              </a:graphicData>
            </a:graphic>
          </wp:inline>
        </w:drawing>
      </w:r>
    </w:p>
    <w:p w14:paraId="22B3DD37" w14:textId="77777777" w:rsidR="00BF4363" w:rsidRDefault="00000000">
      <w:pPr>
        <w:spacing w:after="40"/>
        <w:ind w:left="360"/>
      </w:pPr>
      <w:r>
        <w:rPr>
          <w:b/>
          <w:color w:val="1F4E79"/>
        </w:rPr>
        <w:t xml:space="preserve">A. </w:t>
      </w:r>
      <w:r>
        <w:t>sắt.</w:t>
      </w:r>
    </w:p>
    <w:p w14:paraId="693A4D7C" w14:textId="77777777" w:rsidR="00BF4363" w:rsidRDefault="00000000">
      <w:pPr>
        <w:spacing w:after="40"/>
        <w:ind w:left="360"/>
      </w:pPr>
      <w:r>
        <w:rPr>
          <w:b/>
          <w:color w:val="1F4E79"/>
        </w:rPr>
        <w:t xml:space="preserve">B. </w:t>
      </w:r>
      <w:r>
        <w:t>bạc.</w:t>
      </w:r>
    </w:p>
    <w:p w14:paraId="7CBB8B53" w14:textId="77777777" w:rsidR="00BF4363" w:rsidRDefault="00000000">
      <w:pPr>
        <w:spacing w:after="40"/>
        <w:ind w:left="360"/>
      </w:pPr>
      <w:r>
        <w:rPr>
          <w:b/>
          <w:color w:val="1F4E79"/>
        </w:rPr>
        <w:t xml:space="preserve">C. </w:t>
      </w:r>
      <w:r>
        <w:t>chì.</w:t>
      </w:r>
    </w:p>
    <w:p w14:paraId="41DCE3F7" w14:textId="77777777" w:rsidR="00BF4363" w:rsidRDefault="00000000">
      <w:pPr>
        <w:spacing w:after="40"/>
        <w:ind w:left="360"/>
      </w:pPr>
      <w:r>
        <w:rPr>
          <w:b/>
          <w:color w:val="1F4E79"/>
        </w:rPr>
        <w:t xml:space="preserve">D. </w:t>
      </w:r>
      <w:r>
        <w:t>thiếc.</w:t>
      </w:r>
    </w:p>
    <w:p w14:paraId="52225B76" w14:textId="77777777" w:rsidR="00BF4363" w:rsidRDefault="00000000">
      <w:pPr>
        <w:keepNext/>
        <w:spacing w:before="40" w:after="40" w:line="259" w:lineRule="auto"/>
      </w:pPr>
      <w:r>
        <w:rPr>
          <w:b/>
          <w:color w:val="C00000"/>
        </w:rPr>
        <w:t>Đáp án: C</w:t>
      </w:r>
    </w:p>
    <w:p w14:paraId="0B1BAAD1" w14:textId="77777777" w:rsidR="00BF4363" w:rsidRDefault="00000000">
      <w:pPr>
        <w:keepNext/>
        <w:spacing w:before="40" w:after="40" w:line="259" w:lineRule="auto"/>
      </w:pPr>
      <w:r>
        <w:rPr>
          <w:b/>
          <w:color w:val="1F4E79"/>
        </w:rPr>
        <w:t>Hướng dẫn giải:</w:t>
      </w:r>
    </w:p>
    <w:p w14:paraId="3F74CB73" w14:textId="77777777" w:rsidR="00BF4363" w:rsidRDefault="00000000">
      <w:pPr>
        <w:spacing w:after="60" w:line="259" w:lineRule="auto"/>
      </w:pPr>
      <w:r>
        <w:t xml:space="preserve">Từ điểm </w:t>
      </w:r>
      <m:oMath>
        <m:d>
          <m:dPr>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Q</m:t>
            </m:r>
          </m:e>
        </m:d>
        <m:r>
          <m:rPr>
            <m:sty m:val="p"/>
          </m:rPr>
          <w:rPr>
            <w:rFonts w:ascii="Cambria Math" w:hAnsi="Cambria Math"/>
          </w:rPr>
          <m:t>=</m:t>
        </m:r>
        <m:d>
          <m:dPr>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8 </m:t>
            </m:r>
            <m:r>
              <m:rPr>
                <m:sty m:val="p"/>
              </m:rPr>
              <w:rPr>
                <w:rFonts w:ascii="Cambria Math" w:hAnsi="Cambria Math"/>
              </w:rPr>
              <m:t>kg;</m:t>
            </m:r>
            <m:r>
              <w:rPr>
                <w:rFonts w:ascii="Cambria Math" w:hAnsi="Cambria Math"/>
              </w:rPr>
              <m:t>20 </m:t>
            </m:r>
            <m:r>
              <m:rPr>
                <m:sty m:val="p"/>
              </m:rPr>
              <w:rPr>
                <w:rFonts w:ascii="Cambria Math" w:hAnsi="Cambria Math"/>
              </w:rPr>
              <m:t>kJ</m:t>
            </m:r>
          </m:e>
        </m:d>
      </m:oMath>
      <w:r>
        <w:t xml:space="preserve"> trên đồ thị:</w:t>
      </w:r>
    </w:p>
    <w:p w14:paraId="7EADC51A" w14:textId="77777777" w:rsidR="00BF4363" w:rsidRDefault="00000000">
      <w:pPr>
        <w:spacing w:after="60" w:line="259" w:lineRule="auto"/>
        <w:jc w:val="center"/>
      </w:pPr>
      <m:oMathPara>
        <m:oMath>
          <m:r>
            <w:rPr>
              <w:rFonts w:ascii="Cambria Math" w:hAnsi="Cambria Math"/>
            </w:rPr>
            <m:t>λ</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m</m:t>
              </m:r>
            </m:den>
          </m:f>
          <m:r>
            <m:rPr>
              <m:sty m:val="p"/>
            </m:rPr>
            <w:rPr>
              <w:rFonts w:ascii="Cambria Math" w:hAnsi="Cambria Math"/>
            </w:rPr>
            <m:t>=</m:t>
          </m:r>
          <m:f>
            <m:fPr>
              <m:ctrlPr>
                <w:rPr>
                  <w:rFonts w:ascii="Cambria Math" w:hAnsi="Cambria Math"/>
                </w:rPr>
              </m:ctrlPr>
            </m:fPr>
            <m:num>
              <m:r>
                <w:rPr>
                  <w:rFonts w:ascii="Cambria Math" w:hAnsi="Cambria Math"/>
                </w:rPr>
                <m:t>20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num>
            <m:den>
              <m:r>
                <w:rPr>
                  <w:rFonts w:ascii="Cambria Math" w:hAnsi="Cambria Math"/>
                </w:rPr>
                <m:t>0</m:t>
              </m:r>
              <m:r>
                <m:rPr>
                  <m:sty m:val="p"/>
                </m:rPr>
                <w:rPr>
                  <w:rFonts w:ascii="Cambria Math" w:hAnsi="Cambria Math"/>
                </w:rPr>
                <m:t>,</m:t>
              </m:r>
              <m:r>
                <w:rPr>
                  <w:rFonts w:ascii="Cambria Math" w:hAnsi="Cambria Math"/>
                </w:rPr>
                <m:t>8</m:t>
              </m:r>
            </m:den>
          </m:f>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 </m:t>
          </m:r>
          <m:r>
            <m:rPr>
              <m:sty m:val="p"/>
            </m:rPr>
            <w:rPr>
              <w:rFonts w:ascii="Cambria Math" w:hAnsi="Cambria Math"/>
            </w:rPr>
            <m:t>J/kg=</m:t>
          </m:r>
          <m:r>
            <w:rPr>
              <w:rFonts w:ascii="Cambria Math" w:hAnsi="Cambria Math"/>
            </w:rPr>
            <m:t>0</m:t>
          </m:r>
          <m:r>
            <m:rPr>
              <m:sty m:val="p"/>
            </m:rPr>
            <w:rPr>
              <w:rFonts w:ascii="Cambria Math" w:hAnsi="Cambria Math"/>
            </w:rPr>
            <m:t>,</m:t>
          </m:r>
          <m:r>
            <w:rPr>
              <w:rFonts w:ascii="Cambria Math" w:hAnsi="Cambria Math"/>
            </w:rPr>
            <m:t>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J/kg</m:t>
          </m:r>
        </m:oMath>
      </m:oMathPara>
    </w:p>
    <w:p w14:paraId="6B6F7DD7" w14:textId="77777777" w:rsidR="00BF4363" w:rsidRDefault="00000000">
      <w:pPr>
        <w:spacing w:after="60" w:line="259" w:lineRule="auto"/>
      </w:pPr>
      <w:r>
        <w:t>Giá trị này đúng bằng nhiệt nóng chảy riêng của chì.</w:t>
      </w:r>
    </w:p>
    <w:p w14:paraId="2F3B83A3" w14:textId="77777777" w:rsidR="00BF4363" w:rsidRDefault="00000000">
      <w:pPr>
        <w:keepNext/>
        <w:spacing w:before="140" w:after="60" w:line="259" w:lineRule="auto"/>
      </w:pPr>
      <w:r>
        <w:rPr>
          <w:b/>
          <w:color w:val="1F4E79"/>
        </w:rPr>
        <w:t xml:space="preserve">Câu 13. </w:t>
      </w:r>
      <w:r>
        <w:t>Đồ thị biểu diễn sự thay đổi nhiệt độ của nước theo thời gian khi được đun nóng rồi để nguội. Thời gian nước sôi là</w:t>
      </w:r>
    </w:p>
    <w:p w14:paraId="1935D8A9" w14:textId="7D6297DF" w:rsidR="00BF4363" w:rsidRDefault="00AC5995">
      <w:pPr>
        <w:spacing w:before="40" w:after="40" w:line="240" w:lineRule="auto"/>
        <w:jc w:val="center"/>
      </w:pPr>
      <w:r w:rsidRPr="00E04629">
        <w:rPr>
          <w:rFonts w:eastAsia="Cambria" w:cs="Times New Roman"/>
          <w:noProof/>
          <w:color w:val="000000" w:themeColor="text1"/>
          <w:szCs w:val="24"/>
        </w:rPr>
        <w:drawing>
          <wp:inline distT="0" distB="0" distL="0" distR="0" wp14:anchorId="4A692FF6" wp14:editId="4061C436">
            <wp:extent cx="2934970" cy="1474033"/>
            <wp:effectExtent l="0" t="0" r="0" b="0"/>
            <wp:docPr id="1395078258" name="Picture 1395078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98371" name="gshQOFB.png"/>
                    <pic:cNvPicPr/>
                  </pic:nvPicPr>
                  <pic:blipFill>
                    <a:blip r:embed="rId10">
                      <a:extLst>
                        <a:ext uri="{28A0092B-C50C-407E-A947-70E740481C1C}">
                          <a14:useLocalDpi xmlns:a14="http://schemas.microsoft.com/office/drawing/2010/main" val="0"/>
                        </a:ext>
                      </a:extLst>
                    </a:blip>
                    <a:stretch>
                      <a:fillRect/>
                    </a:stretch>
                  </pic:blipFill>
                  <pic:spPr>
                    <a:xfrm>
                      <a:off x="0" y="0"/>
                      <a:ext cx="2979700" cy="1496498"/>
                    </a:xfrm>
                    <a:prstGeom prst="rect">
                      <a:avLst/>
                    </a:prstGeom>
                  </pic:spPr>
                </pic:pic>
              </a:graphicData>
            </a:graphic>
          </wp:inline>
        </w:drawing>
      </w:r>
    </w:p>
    <w:p w14:paraId="41C59A12" w14:textId="77777777" w:rsidR="00BF4363" w:rsidRDefault="00000000">
      <w:pPr>
        <w:spacing w:after="40"/>
        <w:ind w:left="360"/>
      </w:pPr>
      <w:r>
        <w:rPr>
          <w:b/>
          <w:color w:val="1F4E79"/>
        </w:rPr>
        <w:t xml:space="preserve">A. </w:t>
      </w:r>
      <w:r>
        <w:t>2 phút.</w:t>
      </w:r>
    </w:p>
    <w:p w14:paraId="54B473BD" w14:textId="77777777" w:rsidR="00BF4363" w:rsidRDefault="00000000">
      <w:pPr>
        <w:spacing w:after="40"/>
        <w:ind w:left="360"/>
      </w:pPr>
      <w:r>
        <w:rPr>
          <w:b/>
          <w:color w:val="1F4E79"/>
        </w:rPr>
        <w:t xml:space="preserve">B. </w:t>
      </w:r>
      <w:r>
        <w:t>4 phút.</w:t>
      </w:r>
    </w:p>
    <w:p w14:paraId="29C8F347" w14:textId="77777777" w:rsidR="00BF4363" w:rsidRDefault="00000000">
      <w:pPr>
        <w:spacing w:after="40"/>
        <w:ind w:left="360"/>
      </w:pPr>
      <w:r>
        <w:rPr>
          <w:b/>
          <w:color w:val="1F4E79"/>
        </w:rPr>
        <w:t xml:space="preserve">C. </w:t>
      </w:r>
      <w:r>
        <w:t>6 phút.</w:t>
      </w:r>
    </w:p>
    <w:p w14:paraId="1D29A790" w14:textId="77777777" w:rsidR="00BF4363" w:rsidRDefault="00000000">
      <w:pPr>
        <w:spacing w:after="40"/>
        <w:ind w:left="360"/>
      </w:pPr>
      <w:r>
        <w:rPr>
          <w:b/>
          <w:color w:val="1F4E79"/>
        </w:rPr>
        <w:t xml:space="preserve">D. </w:t>
      </w:r>
      <w:r>
        <w:t>8 phút.</w:t>
      </w:r>
    </w:p>
    <w:p w14:paraId="620DFEB3" w14:textId="77777777" w:rsidR="00BF4363" w:rsidRDefault="00000000">
      <w:pPr>
        <w:keepNext/>
        <w:spacing w:before="40" w:after="40" w:line="259" w:lineRule="auto"/>
      </w:pPr>
      <w:r>
        <w:rPr>
          <w:b/>
          <w:color w:val="C00000"/>
        </w:rPr>
        <w:lastRenderedPageBreak/>
        <w:t>Đáp án: B</w:t>
      </w:r>
    </w:p>
    <w:p w14:paraId="4DF10C7E" w14:textId="77777777" w:rsidR="00BF4363" w:rsidRDefault="00000000">
      <w:pPr>
        <w:keepNext/>
        <w:spacing w:before="40" w:after="40" w:line="259" w:lineRule="auto"/>
      </w:pPr>
      <w:r>
        <w:rPr>
          <w:b/>
          <w:color w:val="1F4E79"/>
        </w:rPr>
        <w:t>Hướng dẫn giải:</w:t>
      </w:r>
    </w:p>
    <w:p w14:paraId="33791418" w14:textId="77777777" w:rsidR="00BF4363" w:rsidRDefault="00000000">
      <w:pPr>
        <w:spacing w:after="60" w:line="259" w:lineRule="auto"/>
      </w:pPr>
      <w:r>
        <w:t xml:space="preserve">Nước sôi trong đoạn đồ thị nằm ngang BC ở </w:t>
      </w:r>
      <m:oMath>
        <m:r>
          <w:rPr>
            <w:rFonts w:ascii="Cambria Math" w:hAnsi="Cambria Math"/>
          </w:rPr>
          <m:t>100 </m:t>
        </m:r>
        <m:r>
          <m:rPr>
            <m:sty m:val="p"/>
          </m:rPr>
          <w:rPr>
            <w:rFonts w:ascii="Cambria Math" w:hAnsi="Cambria Math"/>
          </w:rPr>
          <m:t>°C</m:t>
        </m:r>
      </m:oMath>
      <w:r>
        <w:t>. Từ đồ thị, điểm B ứng với phút thứ 10 và điểm C ứng với phút thứ 14.</w:t>
      </w:r>
    </w:p>
    <w:p w14:paraId="470499C9" w14:textId="77777777" w:rsidR="00BF4363" w:rsidRDefault="00000000">
      <w:pPr>
        <w:spacing w:after="60" w:line="259" w:lineRule="auto"/>
        <w:jc w:val="center"/>
      </w:pPr>
      <m:oMathPara>
        <m:oMath>
          <m:r>
            <w:rPr>
              <w:rFonts w:ascii="Cambria Math" w:hAnsi="Cambria Math"/>
            </w:rPr>
            <m:t>Δt</m:t>
          </m:r>
          <m:r>
            <m:rPr>
              <m:sty m:val="p"/>
            </m:rPr>
            <w:rPr>
              <w:rFonts w:ascii="Cambria Math" w:hAnsi="Cambria Math"/>
            </w:rPr>
            <m:t>=</m:t>
          </m:r>
          <m:r>
            <w:rPr>
              <w:rFonts w:ascii="Cambria Math" w:hAnsi="Cambria Math"/>
            </w:rPr>
            <m:t>14</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4 </m:t>
          </m:r>
          <m:r>
            <m:rPr>
              <m:sty m:val="p"/>
            </m:rPr>
            <w:rPr>
              <w:rFonts w:ascii="Cambria Math" w:hAnsi="Cambria Math"/>
            </w:rPr>
            <m:t>phút</m:t>
          </m:r>
        </m:oMath>
      </m:oMathPara>
    </w:p>
    <w:p w14:paraId="168C8F49" w14:textId="77777777" w:rsidR="00BF4363" w:rsidRDefault="00000000">
      <w:pPr>
        <w:keepNext/>
        <w:spacing w:before="140" w:after="60" w:line="259" w:lineRule="auto"/>
      </w:pPr>
      <w:r>
        <w:rPr>
          <w:b/>
          <w:color w:val="1F4E79"/>
        </w:rPr>
        <w:t xml:space="preserve">Câu 14. </w:t>
      </w:r>
      <w:r>
        <w:t xml:space="preserve">Một vật đồng chất khối lượng </w:t>
      </w:r>
      <m:oMath>
        <m:r>
          <w:rPr>
            <w:rFonts w:ascii="Cambria Math" w:hAnsi="Cambria Math"/>
          </w:rPr>
          <m:t>300 </m:t>
        </m:r>
        <m:r>
          <m:rPr>
            <m:sty m:val="p"/>
          </m:rPr>
          <w:rPr>
            <w:rFonts w:ascii="Cambria Math" w:hAnsi="Cambria Math"/>
          </w:rPr>
          <m:t>g</m:t>
        </m:r>
      </m:oMath>
      <w:r>
        <w:t xml:space="preserve"> thu nhiệt lượng </w:t>
      </w:r>
      <m:oMath>
        <m:r>
          <w:rPr>
            <w:rFonts w:ascii="Cambria Math" w:hAnsi="Cambria Math"/>
          </w:rPr>
          <m:t>6900 </m:t>
        </m:r>
        <m:r>
          <m:rPr>
            <m:sty m:val="p"/>
          </m:rPr>
          <w:rPr>
            <w:rFonts w:ascii="Cambria Math" w:hAnsi="Cambria Math"/>
          </w:rPr>
          <m:t>J</m:t>
        </m:r>
      </m:oMath>
      <w:r>
        <w:t xml:space="preserve"> làm nhiệt độ tăng thêm </w:t>
      </w:r>
      <m:oMath>
        <m:r>
          <w:rPr>
            <w:rFonts w:ascii="Cambria Math" w:hAnsi="Cambria Math"/>
          </w:rPr>
          <m:t>50 </m:t>
        </m:r>
        <m:r>
          <m:rPr>
            <m:sty m:val="p"/>
          </m:rPr>
          <w:rPr>
            <w:rFonts w:ascii="Cambria Math" w:hAnsi="Cambria Math"/>
          </w:rPr>
          <m:t>°C</m:t>
        </m:r>
      </m:oMath>
      <w:r>
        <w:t>. Bỏ qua sự trao đổi nhiệt với môi trường. Nhiệt dung riêng của chất làm vật là</w:t>
      </w:r>
    </w:p>
    <w:p w14:paraId="2961A023" w14:textId="77777777" w:rsidR="00BF4363" w:rsidRDefault="00000000">
      <w:pPr>
        <w:spacing w:after="40"/>
        <w:ind w:left="360"/>
      </w:pPr>
      <w:r>
        <w:rPr>
          <w:b/>
          <w:color w:val="1F4E79"/>
        </w:rPr>
        <w:t xml:space="preserve">A. </w:t>
      </w:r>
      <m:oMath>
        <m:r>
          <w:rPr>
            <w:rFonts w:ascii="Cambria Math" w:hAnsi="Cambria Math"/>
          </w:rPr>
          <m:t>460 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p>
    <w:p w14:paraId="21493688" w14:textId="77777777" w:rsidR="00BF4363" w:rsidRDefault="00000000">
      <w:pPr>
        <w:spacing w:after="40"/>
        <w:ind w:left="360"/>
      </w:pPr>
      <w:r>
        <w:rPr>
          <w:b/>
          <w:color w:val="1F4E79"/>
        </w:rPr>
        <w:t xml:space="preserve">B. </w:t>
      </w:r>
      <m:oMath>
        <m:r>
          <w:rPr>
            <w:rFonts w:ascii="Cambria Math" w:hAnsi="Cambria Math"/>
          </w:rPr>
          <m:t>1150 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p>
    <w:p w14:paraId="10BDD4C1" w14:textId="77777777" w:rsidR="00BF4363" w:rsidRDefault="00000000">
      <w:pPr>
        <w:spacing w:after="40"/>
        <w:ind w:left="360"/>
      </w:pPr>
      <w:r>
        <w:rPr>
          <w:b/>
          <w:color w:val="1F4E79"/>
        </w:rPr>
        <w:t xml:space="preserve">C. </w:t>
      </w:r>
      <m:oMath>
        <m:r>
          <w:rPr>
            <w:rFonts w:ascii="Cambria Math" w:hAnsi="Cambria Math"/>
          </w:rPr>
          <m:t>71</m:t>
        </m:r>
        <m:r>
          <m:rPr>
            <m:sty m:val="p"/>
          </m:rPr>
          <w:rPr>
            <w:rFonts w:ascii="Cambria Math" w:hAnsi="Cambria Math"/>
          </w:rPr>
          <m:t>,</m:t>
        </m:r>
        <m:r>
          <w:rPr>
            <w:rFonts w:ascii="Cambria Math" w:hAnsi="Cambria Math"/>
          </w:rPr>
          <m:t>2 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p>
    <w:p w14:paraId="5D979F51" w14:textId="77777777" w:rsidR="00BF4363" w:rsidRDefault="00000000">
      <w:pPr>
        <w:spacing w:after="40"/>
        <w:ind w:left="360"/>
      </w:pPr>
      <w:r>
        <w:rPr>
          <w:b/>
          <w:color w:val="1F4E79"/>
        </w:rPr>
        <w:t xml:space="preserve">D. </w:t>
      </w:r>
      <m:oMath>
        <m:r>
          <w:rPr>
            <w:rFonts w:ascii="Cambria Math" w:hAnsi="Cambria Math"/>
          </w:rPr>
          <m:t>41</m:t>
        </m:r>
        <m:r>
          <m:rPr>
            <m:sty m:val="p"/>
          </m:rPr>
          <w:rPr>
            <w:rFonts w:ascii="Cambria Math" w:hAnsi="Cambria Math"/>
          </w:rPr>
          <m:t>,</m:t>
        </m:r>
        <m:r>
          <w:rPr>
            <w:rFonts w:ascii="Cambria Math" w:hAnsi="Cambria Math"/>
          </w:rPr>
          <m:t>4 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p>
    <w:p w14:paraId="1CC7D0E7" w14:textId="77777777" w:rsidR="00BF4363" w:rsidRDefault="00000000">
      <w:pPr>
        <w:keepNext/>
        <w:spacing w:before="40" w:after="40" w:line="259" w:lineRule="auto"/>
      </w:pPr>
      <w:r>
        <w:rPr>
          <w:b/>
          <w:color w:val="C00000"/>
        </w:rPr>
        <w:t>Đáp án: A</w:t>
      </w:r>
    </w:p>
    <w:p w14:paraId="38A5E5AA" w14:textId="77777777" w:rsidR="00BF4363" w:rsidRDefault="00000000">
      <w:pPr>
        <w:keepNext/>
        <w:spacing w:before="40" w:after="40" w:line="259" w:lineRule="auto"/>
      </w:pPr>
      <w:r>
        <w:rPr>
          <w:b/>
          <w:color w:val="1F4E79"/>
        </w:rPr>
        <w:t>Hướng dẫn giải:</w:t>
      </w:r>
    </w:p>
    <w:p w14:paraId="4F6889FE" w14:textId="77777777" w:rsidR="00BF4363" w:rsidRDefault="00000000">
      <w:pPr>
        <w:spacing w:after="60" w:line="259" w:lineRule="auto"/>
      </w:pPr>
      <m:oMathPara>
        <m:oMath>
          <m:r>
            <w:rPr>
              <w:rFonts w:ascii="Cambria Math" w:hAnsi="Cambria Math"/>
            </w:rPr>
            <m:t>m</m:t>
          </m:r>
          <m:r>
            <m:rPr>
              <m:sty m:val="p"/>
            </m:rPr>
            <w:rPr>
              <w:rFonts w:ascii="Cambria Math" w:hAnsi="Cambria Math"/>
            </w:rPr>
            <m:t>=</m:t>
          </m:r>
          <m:r>
            <w:rPr>
              <w:rFonts w:ascii="Cambria Math" w:hAnsi="Cambria Math"/>
            </w:rPr>
            <m:t>300 </m:t>
          </m:r>
          <m:r>
            <m:rPr>
              <m:sty m:val="p"/>
            </m:rPr>
            <w:rPr>
              <w:rFonts w:ascii="Cambria Math" w:hAnsi="Cambria Math"/>
            </w:rPr>
            <m:t>g=</m:t>
          </m:r>
          <m:r>
            <w:rPr>
              <w:rFonts w:ascii="Cambria Math" w:hAnsi="Cambria Math"/>
            </w:rPr>
            <m:t>0</m:t>
          </m:r>
          <m:r>
            <m:rPr>
              <m:sty m:val="p"/>
            </m:rPr>
            <w:rPr>
              <w:rFonts w:ascii="Cambria Math" w:hAnsi="Cambria Math"/>
            </w:rPr>
            <m:t>,</m:t>
          </m:r>
          <m:r>
            <w:rPr>
              <w:rFonts w:ascii="Cambria Math" w:hAnsi="Cambria Math"/>
            </w:rPr>
            <m:t>300 </m:t>
          </m:r>
          <m:r>
            <m:rPr>
              <m:sty m:val="p"/>
            </m:rPr>
            <w:rPr>
              <w:rFonts w:ascii="Cambria Math" w:hAnsi="Cambria Math"/>
            </w:rPr>
            <m:t>kg</m:t>
          </m:r>
        </m:oMath>
      </m:oMathPara>
    </w:p>
    <w:p w14:paraId="7882A9F0" w14:textId="77777777" w:rsidR="00BF4363" w:rsidRDefault="00000000">
      <w:pPr>
        <w:spacing w:after="60" w:line="259" w:lineRule="auto"/>
        <w:jc w:val="center"/>
      </w:pPr>
      <m:oMathPara>
        <m:oMath>
          <m:r>
            <w:rPr>
              <w:rFonts w:ascii="Cambria Math" w:hAnsi="Cambria Math"/>
            </w:rPr>
            <m:t>c</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mΔT</m:t>
              </m:r>
            </m:den>
          </m:f>
          <m:r>
            <m:rPr>
              <m:sty m:val="p"/>
            </m:rPr>
            <w:rPr>
              <w:rFonts w:ascii="Cambria Math" w:hAnsi="Cambria Math"/>
            </w:rPr>
            <m:t>=</m:t>
          </m:r>
          <m:f>
            <m:fPr>
              <m:ctrlPr>
                <w:rPr>
                  <w:rFonts w:ascii="Cambria Math" w:hAnsi="Cambria Math"/>
                </w:rPr>
              </m:ctrlPr>
            </m:fPr>
            <m:num>
              <m:r>
                <w:rPr>
                  <w:rFonts w:ascii="Cambria Math" w:hAnsi="Cambria Math"/>
                </w:rPr>
                <m:t>6900</m:t>
              </m:r>
            </m:num>
            <m:den>
              <m:r>
                <w:rPr>
                  <w:rFonts w:ascii="Cambria Math" w:hAnsi="Cambria Math"/>
                </w:rPr>
                <m:t>0</m:t>
              </m:r>
              <m:r>
                <m:rPr>
                  <m:sty m:val="p"/>
                </m:rPr>
                <w:rPr>
                  <w:rFonts w:ascii="Cambria Math" w:hAnsi="Cambria Math"/>
                </w:rPr>
                <m:t>,</m:t>
              </m:r>
              <m:r>
                <w:rPr>
                  <w:rFonts w:ascii="Cambria Math" w:hAnsi="Cambria Math"/>
                </w:rPr>
                <m:t>300</m:t>
              </m:r>
              <m:r>
                <m:rPr>
                  <m:sty m:val="p"/>
                </m:rPr>
                <w:rPr>
                  <w:rFonts w:ascii="Cambria Math" w:hAnsi="Cambria Math"/>
                </w:rPr>
                <m:t>×</m:t>
              </m:r>
              <m:r>
                <w:rPr>
                  <w:rFonts w:ascii="Cambria Math" w:hAnsi="Cambria Math"/>
                </w:rPr>
                <m:t>50</m:t>
              </m:r>
            </m:den>
          </m:f>
          <m:r>
            <m:rPr>
              <m:sty m:val="p"/>
            </m:rPr>
            <w:rPr>
              <w:rFonts w:ascii="Cambria Math" w:hAnsi="Cambria Math"/>
            </w:rPr>
            <m:t>=</m:t>
          </m:r>
          <m:r>
            <w:rPr>
              <w:rFonts w:ascii="Cambria Math" w:hAnsi="Cambria Math"/>
            </w:rPr>
            <m:t>460 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m:oMathPara>
    </w:p>
    <w:p w14:paraId="47BE6621" w14:textId="77777777" w:rsidR="00BF4363" w:rsidRDefault="00000000">
      <w:pPr>
        <w:keepNext/>
        <w:spacing w:before="140" w:after="60" w:line="259" w:lineRule="auto"/>
      </w:pPr>
      <w:r>
        <w:rPr>
          <w:b/>
          <w:color w:val="1F4E79"/>
        </w:rPr>
        <w:t xml:space="preserve">Câu 15. </w:t>
      </w:r>
      <w:r>
        <w:t xml:space="preserve">Truyền cho một khối khí trong xi lanh nhiệt lượng </w:t>
      </w:r>
      <m:oMath>
        <m:r>
          <w:rPr>
            <w:rFonts w:ascii="Cambria Math" w:hAnsi="Cambria Math"/>
          </w:rPr>
          <m:t>100 </m:t>
        </m:r>
        <m:r>
          <m:rPr>
            <m:sty m:val="p"/>
          </m:rPr>
          <w:rPr>
            <w:rFonts w:ascii="Cambria Math" w:hAnsi="Cambria Math"/>
          </w:rPr>
          <m:t>J</m:t>
        </m:r>
      </m:oMath>
      <w:r>
        <w:t xml:space="preserve">. Khối khí nở ra và thực hiện công </w:t>
      </w:r>
      <m:oMath>
        <m:r>
          <w:rPr>
            <w:rFonts w:ascii="Cambria Math" w:hAnsi="Cambria Math"/>
          </w:rPr>
          <m:t>70 </m:t>
        </m:r>
        <m:r>
          <m:rPr>
            <m:sty m:val="p"/>
          </m:rPr>
          <w:rPr>
            <w:rFonts w:ascii="Cambria Math" w:hAnsi="Cambria Math"/>
          </w:rPr>
          <m:t>J</m:t>
        </m:r>
      </m:oMath>
      <w:r>
        <w:t>. Độ biến thiên nội năng của khối khí là</w:t>
      </w:r>
    </w:p>
    <w:p w14:paraId="6E60E943" w14:textId="77777777" w:rsidR="00BF4363" w:rsidRDefault="00000000">
      <w:pPr>
        <w:spacing w:after="40"/>
        <w:ind w:left="360"/>
      </w:pPr>
      <w:r>
        <w:rPr>
          <w:b/>
          <w:color w:val="1F4E79"/>
        </w:rPr>
        <w:t xml:space="preserve">A. </w:t>
      </w:r>
      <m:oMath>
        <m:r>
          <w:rPr>
            <w:rFonts w:ascii="Cambria Math" w:hAnsi="Cambria Math"/>
          </w:rPr>
          <m:t>30 </m:t>
        </m:r>
        <m:r>
          <m:rPr>
            <m:sty m:val="p"/>
          </m:rPr>
          <w:rPr>
            <w:rFonts w:ascii="Cambria Math" w:hAnsi="Cambria Math"/>
          </w:rPr>
          <m:t>J</m:t>
        </m:r>
      </m:oMath>
    </w:p>
    <w:p w14:paraId="16E1910D" w14:textId="77777777" w:rsidR="00BF4363" w:rsidRDefault="00000000">
      <w:pPr>
        <w:spacing w:after="40"/>
        <w:ind w:left="360"/>
      </w:pPr>
      <w:r>
        <w:rPr>
          <w:b/>
          <w:color w:val="1F4E79"/>
        </w:rPr>
        <w:t xml:space="preserve">B. </w:t>
      </w:r>
      <m:oMath>
        <m:r>
          <w:rPr>
            <w:rFonts w:ascii="Cambria Math" w:hAnsi="Cambria Math"/>
          </w:rPr>
          <m:t>170 </m:t>
        </m:r>
        <m:r>
          <m:rPr>
            <m:sty m:val="p"/>
          </m:rPr>
          <w:rPr>
            <w:rFonts w:ascii="Cambria Math" w:hAnsi="Cambria Math"/>
          </w:rPr>
          <m:t>J</m:t>
        </m:r>
      </m:oMath>
    </w:p>
    <w:p w14:paraId="66864DCD" w14:textId="77777777" w:rsidR="00BF4363" w:rsidRDefault="00000000">
      <w:pPr>
        <w:spacing w:after="40"/>
        <w:ind w:left="360"/>
      </w:pPr>
      <w:r>
        <w:rPr>
          <w:b/>
          <w:color w:val="1F4E79"/>
        </w:rPr>
        <w:t xml:space="preserve">C. </w:t>
      </w:r>
      <m:oMath>
        <m:r>
          <w:rPr>
            <w:rFonts w:ascii="Cambria Math" w:hAnsi="Cambria Math"/>
          </w:rPr>
          <m:t>100 </m:t>
        </m:r>
        <m:r>
          <m:rPr>
            <m:sty m:val="p"/>
          </m:rPr>
          <w:rPr>
            <w:rFonts w:ascii="Cambria Math" w:hAnsi="Cambria Math"/>
          </w:rPr>
          <m:t>J</m:t>
        </m:r>
      </m:oMath>
    </w:p>
    <w:p w14:paraId="4963A683" w14:textId="77777777" w:rsidR="00BF4363" w:rsidRDefault="00000000">
      <w:pPr>
        <w:spacing w:after="40"/>
        <w:ind w:left="360"/>
      </w:pPr>
      <w:r>
        <w:rPr>
          <w:b/>
          <w:color w:val="1F4E79"/>
        </w:rPr>
        <w:t xml:space="preserve">D. </w:t>
      </w:r>
      <m:oMath>
        <m:r>
          <m:rPr>
            <m:sty m:val="p"/>
          </m:rPr>
          <w:rPr>
            <w:rFonts w:ascii="Cambria Math" w:hAnsi="Cambria Math"/>
          </w:rPr>
          <m:t>-</m:t>
        </m:r>
        <m:r>
          <w:rPr>
            <w:rFonts w:ascii="Cambria Math" w:hAnsi="Cambria Math"/>
          </w:rPr>
          <m:t>30 </m:t>
        </m:r>
        <m:r>
          <m:rPr>
            <m:sty m:val="p"/>
          </m:rPr>
          <w:rPr>
            <w:rFonts w:ascii="Cambria Math" w:hAnsi="Cambria Math"/>
          </w:rPr>
          <m:t>J</m:t>
        </m:r>
      </m:oMath>
    </w:p>
    <w:p w14:paraId="0EF7BECB" w14:textId="77777777" w:rsidR="00BF4363" w:rsidRDefault="00000000">
      <w:pPr>
        <w:keepNext/>
        <w:spacing w:before="40" w:after="40" w:line="259" w:lineRule="auto"/>
      </w:pPr>
      <w:r>
        <w:rPr>
          <w:b/>
          <w:color w:val="C00000"/>
        </w:rPr>
        <w:t>Đáp án: A</w:t>
      </w:r>
    </w:p>
    <w:p w14:paraId="515F24FF" w14:textId="77777777" w:rsidR="00BF4363" w:rsidRDefault="00000000">
      <w:pPr>
        <w:keepNext/>
        <w:spacing w:before="40" w:after="40" w:line="259" w:lineRule="auto"/>
      </w:pPr>
      <w:r>
        <w:rPr>
          <w:b/>
          <w:color w:val="1F4E79"/>
        </w:rPr>
        <w:t>Hướng dẫn giải:</w:t>
      </w:r>
    </w:p>
    <w:p w14:paraId="4A1B2DC4" w14:textId="77777777" w:rsidR="00BF4363" w:rsidRDefault="00000000">
      <w:pPr>
        <w:spacing w:after="60" w:line="259" w:lineRule="auto"/>
      </w:pPr>
      <w:r>
        <w:t xml:space="preserve">Khí nhận nhiệt nên </w:t>
      </w:r>
      <m:oMath>
        <m:r>
          <w:rPr>
            <w:rFonts w:ascii="Cambria Math" w:hAnsi="Cambria Math"/>
          </w:rPr>
          <m:t>Q</m:t>
        </m:r>
        <m:r>
          <m:rPr>
            <m:sty m:val="p"/>
          </m:rPr>
          <w:rPr>
            <w:rFonts w:ascii="Cambria Math" w:hAnsi="Cambria Math"/>
          </w:rPr>
          <m:t>=+</m:t>
        </m:r>
        <m:r>
          <w:rPr>
            <w:rFonts w:ascii="Cambria Math" w:hAnsi="Cambria Math"/>
          </w:rPr>
          <m:t>100 </m:t>
        </m:r>
        <m:r>
          <m:rPr>
            <m:sty m:val="p"/>
          </m:rPr>
          <w:rPr>
            <w:rFonts w:ascii="Cambria Math" w:hAnsi="Cambria Math"/>
          </w:rPr>
          <m:t>J</m:t>
        </m:r>
      </m:oMath>
      <w:r>
        <w:t xml:space="preserve">. Khí thực hiện công </w:t>
      </w:r>
      <m:oMath>
        <m:r>
          <w:rPr>
            <w:rFonts w:ascii="Cambria Math" w:hAnsi="Cambria Math"/>
          </w:rPr>
          <m:t>70 </m:t>
        </m:r>
        <m:r>
          <m:rPr>
            <m:sty m:val="p"/>
          </m:rPr>
          <w:rPr>
            <w:rFonts w:ascii="Cambria Math" w:hAnsi="Cambria Math"/>
          </w:rPr>
          <m:t>J</m:t>
        </m:r>
      </m:oMath>
      <w:r>
        <w:t xml:space="preserve"> nên công mà khí nhận là </w:t>
      </w:r>
      <m:oMath>
        <m:r>
          <w:rPr>
            <w:rFonts w:ascii="Cambria Math" w:hAnsi="Cambria Math"/>
          </w:rPr>
          <m:t>A</m:t>
        </m:r>
        <m:r>
          <m:rPr>
            <m:sty m:val="p"/>
          </m:rPr>
          <w:rPr>
            <w:rFonts w:ascii="Cambria Math" w:hAnsi="Cambria Math"/>
          </w:rPr>
          <m:t>=-</m:t>
        </m:r>
        <m:r>
          <w:rPr>
            <w:rFonts w:ascii="Cambria Math" w:hAnsi="Cambria Math"/>
          </w:rPr>
          <m:t>70 </m:t>
        </m:r>
        <m:r>
          <m:rPr>
            <m:sty m:val="p"/>
          </m:rPr>
          <w:rPr>
            <w:rFonts w:ascii="Cambria Math" w:hAnsi="Cambria Math"/>
          </w:rPr>
          <m:t>J</m:t>
        </m:r>
      </m:oMath>
      <w:r>
        <w:t>.</w:t>
      </w:r>
    </w:p>
    <w:p w14:paraId="0FB79DF6" w14:textId="77777777" w:rsidR="00BF4363" w:rsidRDefault="00000000">
      <w:pPr>
        <w:spacing w:after="60" w:line="259" w:lineRule="auto"/>
        <w:jc w:val="center"/>
      </w:pPr>
      <m:oMathPara>
        <m:oMath>
          <m:r>
            <w:rPr>
              <w:rFonts w:ascii="Cambria Math" w:hAnsi="Cambria Math"/>
            </w:rPr>
            <m:t>ΔU</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70</m:t>
          </m:r>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30 </m:t>
          </m:r>
          <m:r>
            <m:rPr>
              <m:sty m:val="p"/>
            </m:rPr>
            <w:rPr>
              <w:rFonts w:ascii="Cambria Math" w:hAnsi="Cambria Math"/>
            </w:rPr>
            <m:t>J</m:t>
          </m:r>
        </m:oMath>
      </m:oMathPara>
    </w:p>
    <w:p w14:paraId="12338D1C" w14:textId="77777777" w:rsidR="00BF4363" w:rsidRDefault="00000000">
      <w:pPr>
        <w:keepNext/>
        <w:spacing w:before="40" w:after="40" w:line="259" w:lineRule="auto"/>
      </w:pPr>
      <w:r>
        <w:rPr>
          <w:b/>
          <w:color w:val="C00000"/>
        </w:rPr>
        <w:t>Lưu ý:</w:t>
      </w:r>
      <w:r>
        <w:t xml:space="preserve"> Cần phân biệt “công khí thực hiện” với “công khí nhận”. Hai đại lượng có dấu trái nhau.</w:t>
      </w:r>
    </w:p>
    <w:p w14:paraId="5EB91B20" w14:textId="77777777" w:rsidR="00BF4363" w:rsidRDefault="00000000">
      <w:pPr>
        <w:keepNext/>
        <w:spacing w:before="140" w:after="60" w:line="259" w:lineRule="auto"/>
      </w:pPr>
      <w:r>
        <w:rPr>
          <w:b/>
          <w:color w:val="1F4E79"/>
        </w:rPr>
        <w:t xml:space="preserve">Câu 16. </w:t>
      </w:r>
      <w:r>
        <w:t xml:space="preserve">Biết nhiệt nóng chảy riêng của nhôm là </w:t>
      </w:r>
      <m:oMath>
        <m:r>
          <w:rPr>
            <w:rFonts w:ascii="Cambria Math" w:hAnsi="Cambria Math"/>
          </w:rPr>
          <m:t>4</m:t>
        </m:r>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J/kg</m:t>
        </m:r>
      </m:oMath>
      <w:r>
        <w:t xml:space="preserve"> và của chì là </w:t>
      </w:r>
      <m:oMath>
        <m:r>
          <w:rPr>
            <w:rFonts w:ascii="Cambria Math" w:hAnsi="Cambria Math"/>
          </w:rPr>
          <m:t>0</m:t>
        </m:r>
        <m:r>
          <m:rPr>
            <m:sty m:val="p"/>
          </m:rPr>
          <w:rPr>
            <w:rFonts w:ascii="Cambria Math" w:hAnsi="Cambria Math"/>
          </w:rPr>
          <m:t>,</m:t>
        </m:r>
        <m:r>
          <w:rPr>
            <w:rFonts w:ascii="Cambria Math" w:hAnsi="Cambria Math"/>
          </w:rPr>
          <m:t>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J/kg</m:t>
        </m:r>
      </m:oMath>
      <w:r>
        <w:t xml:space="preserve">. Nhiệt lượng cần để làm nóng chảy hoàn toàn </w:t>
      </w:r>
      <m:oMath>
        <m:r>
          <w:rPr>
            <w:rFonts w:ascii="Cambria Math" w:hAnsi="Cambria Math"/>
          </w:rPr>
          <m:t>1 </m:t>
        </m:r>
        <m:r>
          <m:rPr>
            <m:sty m:val="p"/>
          </m:rPr>
          <w:rPr>
            <w:rFonts w:ascii="Cambria Math" w:hAnsi="Cambria Math"/>
          </w:rPr>
          <m:t>kg</m:t>
        </m:r>
      </m:oMath>
      <w:r>
        <w:t xml:space="preserve"> nhôm có thể làm nóng chảy hoàn toàn bao nhiêu kilôgam chì?</w:t>
      </w:r>
    </w:p>
    <w:p w14:paraId="7E527E0D" w14:textId="77777777" w:rsidR="00BF4363" w:rsidRDefault="00000000">
      <w:pPr>
        <w:spacing w:after="40"/>
        <w:ind w:left="360"/>
      </w:pPr>
      <w:r>
        <w:rPr>
          <w:b/>
          <w:color w:val="1F4E79"/>
        </w:rPr>
        <w:t xml:space="preserve">A. </w:t>
      </w:r>
      <m:oMath>
        <m:r>
          <w:rPr>
            <w:rFonts w:ascii="Cambria Math" w:hAnsi="Cambria Math"/>
          </w:rPr>
          <m:t>1</m:t>
        </m:r>
        <m:r>
          <m:rPr>
            <m:sty m:val="p"/>
          </m:rPr>
          <w:rPr>
            <w:rFonts w:ascii="Cambria Math" w:hAnsi="Cambria Math"/>
          </w:rPr>
          <m:t>,</m:t>
        </m:r>
        <m:r>
          <w:rPr>
            <w:rFonts w:ascii="Cambria Math" w:hAnsi="Cambria Math"/>
          </w:rPr>
          <m:t>6 </m:t>
        </m:r>
        <m:r>
          <m:rPr>
            <m:sty m:val="p"/>
          </m:rPr>
          <w:rPr>
            <w:rFonts w:ascii="Cambria Math" w:hAnsi="Cambria Math"/>
          </w:rPr>
          <m:t>kg</m:t>
        </m:r>
      </m:oMath>
    </w:p>
    <w:p w14:paraId="3DBABA59" w14:textId="77777777" w:rsidR="00BF4363" w:rsidRDefault="00000000">
      <w:pPr>
        <w:spacing w:after="40"/>
        <w:ind w:left="360"/>
      </w:pPr>
      <w:r>
        <w:rPr>
          <w:b/>
          <w:color w:val="1F4E79"/>
        </w:rPr>
        <w:t xml:space="preserve">B. </w:t>
      </w:r>
      <m:oMath>
        <m:r>
          <w:rPr>
            <w:rFonts w:ascii="Cambria Math" w:hAnsi="Cambria Math"/>
          </w:rPr>
          <m:t>1</m:t>
        </m:r>
        <m:r>
          <m:rPr>
            <m:sty m:val="p"/>
          </m:rPr>
          <w:rPr>
            <w:rFonts w:ascii="Cambria Math" w:hAnsi="Cambria Math"/>
          </w:rPr>
          <m:t>,</m:t>
        </m:r>
        <m:r>
          <w:rPr>
            <w:rFonts w:ascii="Cambria Math" w:hAnsi="Cambria Math"/>
          </w:rPr>
          <m:t>0 </m:t>
        </m:r>
        <m:r>
          <m:rPr>
            <m:sty m:val="p"/>
          </m:rPr>
          <w:rPr>
            <w:rFonts w:ascii="Cambria Math" w:hAnsi="Cambria Math"/>
          </w:rPr>
          <m:t>kg</m:t>
        </m:r>
      </m:oMath>
    </w:p>
    <w:p w14:paraId="3F8BCB76" w14:textId="77777777" w:rsidR="00BF4363" w:rsidRDefault="00000000">
      <w:pPr>
        <w:spacing w:after="40"/>
        <w:ind w:left="360"/>
      </w:pPr>
      <w:r>
        <w:rPr>
          <w:b/>
          <w:color w:val="1F4E79"/>
        </w:rPr>
        <w:t xml:space="preserve">C. </w:t>
      </w:r>
      <m:oMath>
        <m:r>
          <w:rPr>
            <w:rFonts w:ascii="Cambria Math" w:hAnsi="Cambria Math"/>
          </w:rPr>
          <m:t>16 </m:t>
        </m:r>
        <m:r>
          <m:rPr>
            <m:sty m:val="p"/>
          </m:rPr>
          <w:rPr>
            <w:rFonts w:ascii="Cambria Math" w:hAnsi="Cambria Math"/>
          </w:rPr>
          <m:t>kg</m:t>
        </m:r>
      </m:oMath>
    </w:p>
    <w:p w14:paraId="7109539E" w14:textId="77777777" w:rsidR="00BF4363" w:rsidRDefault="00000000">
      <w:pPr>
        <w:spacing w:after="40"/>
        <w:ind w:left="360"/>
      </w:pPr>
      <w:r>
        <w:rPr>
          <w:b/>
          <w:color w:val="1F4E79"/>
        </w:rPr>
        <w:t xml:space="preserve">D. </w:t>
      </w:r>
      <m:oMath>
        <m:r>
          <w:rPr>
            <w:rFonts w:ascii="Cambria Math" w:hAnsi="Cambria Math"/>
          </w:rPr>
          <m:t>160 </m:t>
        </m:r>
        <m:r>
          <m:rPr>
            <m:sty m:val="p"/>
          </m:rPr>
          <w:rPr>
            <w:rFonts w:ascii="Cambria Math" w:hAnsi="Cambria Math"/>
          </w:rPr>
          <m:t>kg</m:t>
        </m:r>
      </m:oMath>
    </w:p>
    <w:p w14:paraId="0DD9C7DE" w14:textId="77777777" w:rsidR="00BF4363" w:rsidRDefault="00000000">
      <w:pPr>
        <w:keepNext/>
        <w:spacing w:before="40" w:after="40" w:line="259" w:lineRule="auto"/>
      </w:pPr>
      <w:r>
        <w:rPr>
          <w:b/>
          <w:color w:val="C00000"/>
        </w:rPr>
        <w:t>Đáp án: C</w:t>
      </w:r>
    </w:p>
    <w:p w14:paraId="76D53FAD" w14:textId="77777777" w:rsidR="00BF4363" w:rsidRDefault="00000000">
      <w:pPr>
        <w:keepNext/>
        <w:spacing w:before="40" w:after="40" w:line="259" w:lineRule="auto"/>
      </w:pPr>
      <w:r>
        <w:rPr>
          <w:b/>
          <w:color w:val="1F4E79"/>
        </w:rPr>
        <w:t>Hướng dẫn giải:</w:t>
      </w:r>
    </w:p>
    <w:p w14:paraId="6DF8BA3E" w14:textId="77777777" w:rsidR="00BF4363" w:rsidRDefault="00000000">
      <w:pPr>
        <w:spacing w:after="60" w:line="259" w:lineRule="auto"/>
      </w:pPr>
      <w:r>
        <w:t xml:space="preserve">Nhiệt lượng làm nóng chảy </w:t>
      </w:r>
      <m:oMath>
        <m:r>
          <w:rPr>
            <w:rFonts w:ascii="Cambria Math" w:hAnsi="Cambria Math"/>
          </w:rPr>
          <m:t>1 </m:t>
        </m:r>
        <m:r>
          <m:rPr>
            <m:sty m:val="p"/>
          </m:rPr>
          <w:rPr>
            <w:rFonts w:ascii="Cambria Math" w:hAnsi="Cambria Math"/>
          </w:rPr>
          <m:t>kg</m:t>
        </m:r>
      </m:oMath>
      <w:r>
        <w:t xml:space="preserve"> nhôm:</w:t>
      </w:r>
    </w:p>
    <w:p w14:paraId="7A0DDA06" w14:textId="77777777" w:rsidR="00BF4363" w:rsidRDefault="00000000">
      <w:pPr>
        <w:spacing w:after="60" w:line="259" w:lineRule="auto"/>
        <w:jc w:val="center"/>
      </w:pPr>
      <m:oMathPara>
        <m:oMath>
          <m:r>
            <w:rPr>
              <w:rFonts w:ascii="Cambria Math" w:hAnsi="Cambria Math"/>
            </w:rPr>
            <m:t>Q</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Al</m:t>
              </m:r>
            </m:sub>
          </m:sSub>
          <m:sSub>
            <m:sSubPr>
              <m:ctrlPr>
                <w:rPr>
                  <w:rFonts w:ascii="Cambria Math" w:hAnsi="Cambria Math"/>
                </w:rPr>
              </m:ctrlPr>
            </m:sSubPr>
            <m:e>
              <m:r>
                <w:rPr>
                  <w:rFonts w:ascii="Cambria Math" w:hAnsi="Cambria Math"/>
                </w:rPr>
                <m:t>λ</m:t>
              </m:r>
            </m:e>
            <m:sub>
              <m:r>
                <m:rPr>
                  <m:sty m:val="p"/>
                </m:rPr>
                <w:rPr>
                  <w:rFonts w:ascii="Cambria Math" w:hAnsi="Cambria Math"/>
                </w:rPr>
                <m:t>Al</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m:t>
          </m:r>
        </m:oMath>
      </m:oMathPara>
    </w:p>
    <w:p w14:paraId="007221FA" w14:textId="77777777" w:rsidR="00BF4363" w:rsidRDefault="00000000">
      <w:pPr>
        <w:spacing w:after="60" w:line="259" w:lineRule="auto"/>
      </w:pPr>
      <w:r>
        <w:t>Dùng nhiệt lượng đó làm nóng chảy chì:</w:t>
      </w:r>
    </w:p>
    <w:p w14:paraId="358E28CC" w14:textId="77777777" w:rsidR="00BF4363" w:rsidRDefault="00000000">
      <w:pPr>
        <w:spacing w:after="60" w:line="259" w:lineRule="auto"/>
        <w:jc w:val="center"/>
      </w:pPr>
      <m:oMathPara>
        <m:oMath>
          <m:sSub>
            <m:sSubPr>
              <m:ctrlPr>
                <w:rPr>
                  <w:rFonts w:ascii="Cambria Math" w:hAnsi="Cambria Math"/>
                </w:rPr>
              </m:ctrlPr>
            </m:sSubPr>
            <m:e>
              <m:r>
                <w:rPr>
                  <w:rFonts w:ascii="Cambria Math" w:hAnsi="Cambria Math"/>
                </w:rPr>
                <m:t>m</m:t>
              </m:r>
            </m:e>
            <m:sub>
              <m:r>
                <m:rPr>
                  <m:sty m:val="p"/>
                </m:rPr>
                <w:rPr>
                  <w:rFonts w:ascii="Cambria Math" w:hAnsi="Cambria Math"/>
                </w:rPr>
                <m:t>Pb</m:t>
              </m:r>
            </m:sub>
          </m:sSub>
          <m:r>
            <m:rPr>
              <m:sty m:val="p"/>
            </m:rPr>
            <w:rPr>
              <w:rFonts w:ascii="Cambria Math" w:hAnsi="Cambria Math"/>
            </w:rPr>
            <m:t>=</m:t>
          </m:r>
          <m:f>
            <m:fPr>
              <m:ctrlPr>
                <w:rPr>
                  <w:rFonts w:ascii="Cambria Math" w:hAnsi="Cambria Math"/>
                </w:rPr>
              </m:ctrlPr>
            </m:fPr>
            <m:num>
              <m:r>
                <w:rPr>
                  <w:rFonts w:ascii="Cambria Math" w:hAnsi="Cambria Math"/>
                </w:rPr>
                <m:t>Q</m:t>
              </m:r>
            </m:num>
            <m:den>
              <m:sSub>
                <m:sSubPr>
                  <m:ctrlPr>
                    <w:rPr>
                      <w:rFonts w:ascii="Cambria Math" w:hAnsi="Cambria Math"/>
                    </w:rPr>
                  </m:ctrlPr>
                </m:sSubPr>
                <m:e>
                  <m:r>
                    <w:rPr>
                      <w:rFonts w:ascii="Cambria Math" w:hAnsi="Cambria Math"/>
                    </w:rPr>
                    <m:t>λ</m:t>
                  </m:r>
                </m:e>
                <m:sub>
                  <m:r>
                    <m:rPr>
                      <m:sty m:val="p"/>
                    </m:rPr>
                    <w:rPr>
                      <w:rFonts w:ascii="Cambria Math" w:hAnsi="Cambria Math"/>
                    </w:rPr>
                    <m:t>Pb</m:t>
                  </m:r>
                </m:sub>
              </m:sSub>
            </m:den>
          </m:f>
          <m:r>
            <m:rPr>
              <m:sty m:val="p"/>
            </m:rPr>
            <w:rPr>
              <w:rFonts w:ascii="Cambria Math" w:hAnsi="Cambria Math"/>
            </w:rPr>
            <m:t>=</m:t>
          </m:r>
          <m:f>
            <m:fPr>
              <m:ctrlPr>
                <w:rPr>
                  <w:rFonts w:ascii="Cambria Math" w:hAnsi="Cambria Math"/>
                </w:rPr>
              </m:ctrlPr>
            </m:fPr>
            <m:num>
              <m:r>
                <w:rPr>
                  <w:rFonts w:ascii="Cambria Math" w:hAnsi="Cambria Math"/>
                </w:rPr>
                <m:t>4</m:t>
              </m:r>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num>
            <m:den>
              <m:r>
                <w:rPr>
                  <w:rFonts w:ascii="Cambria Math" w:hAnsi="Cambria Math"/>
                </w:rPr>
                <m:t>0</m:t>
              </m:r>
              <m:r>
                <m:rPr>
                  <m:sty m:val="p"/>
                </m:rPr>
                <w:rPr>
                  <w:rFonts w:ascii="Cambria Math" w:hAnsi="Cambria Math"/>
                </w:rPr>
                <m:t>,</m:t>
              </m:r>
              <m:r>
                <w:rPr>
                  <w:rFonts w:ascii="Cambria Math" w:hAnsi="Cambria Math"/>
                </w:rPr>
                <m:t>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den>
          </m:f>
          <m:r>
            <m:rPr>
              <m:sty m:val="p"/>
            </m:rPr>
            <w:rPr>
              <w:rFonts w:ascii="Cambria Math" w:hAnsi="Cambria Math"/>
            </w:rPr>
            <m:t>=</m:t>
          </m:r>
          <m:r>
            <w:rPr>
              <w:rFonts w:ascii="Cambria Math" w:hAnsi="Cambria Math"/>
            </w:rPr>
            <m:t>16 </m:t>
          </m:r>
          <m:r>
            <m:rPr>
              <m:sty m:val="p"/>
            </m:rPr>
            <w:rPr>
              <w:rFonts w:ascii="Cambria Math" w:hAnsi="Cambria Math"/>
            </w:rPr>
            <m:t>kg</m:t>
          </m:r>
        </m:oMath>
      </m:oMathPara>
    </w:p>
    <w:p w14:paraId="29BFDDB3" w14:textId="77777777" w:rsidR="00BF4363" w:rsidRDefault="00000000">
      <w:pPr>
        <w:keepNext/>
        <w:spacing w:before="140" w:after="60" w:line="259" w:lineRule="auto"/>
      </w:pPr>
      <w:r>
        <w:rPr>
          <w:b/>
          <w:color w:val="1F4E79"/>
        </w:rPr>
        <w:t xml:space="preserve">Câu 17. </w:t>
      </w:r>
      <w:r>
        <w:t xml:space="preserve">Một xô chứa </w:t>
      </w:r>
      <m:oMath>
        <m:r>
          <w:rPr>
            <w:rFonts w:ascii="Cambria Math" w:hAnsi="Cambria Math"/>
          </w:rPr>
          <m:t>6</m:t>
        </m:r>
        <m:r>
          <m:rPr>
            <m:sty m:val="p"/>
          </m:rPr>
          <w:rPr>
            <w:rFonts w:ascii="Cambria Math" w:hAnsi="Cambria Math"/>
          </w:rPr>
          <m:t>,</m:t>
        </m:r>
        <m:r>
          <w:rPr>
            <w:rFonts w:ascii="Cambria Math" w:hAnsi="Cambria Math"/>
          </w:rPr>
          <m:t>8 </m:t>
        </m:r>
        <m:r>
          <m:rPr>
            <m:sty m:val="p"/>
          </m:rPr>
          <w:rPr>
            <w:rFonts w:ascii="Cambria Math" w:hAnsi="Cambria Math"/>
          </w:rPr>
          <m:t>kg</m:t>
        </m:r>
      </m:oMath>
      <w:r>
        <w:t xml:space="preserve"> hỗn hợp nước và nước đá ở </w:t>
      </w:r>
      <m:oMath>
        <m:r>
          <w:rPr>
            <w:rFonts w:ascii="Cambria Math" w:hAnsi="Cambria Math"/>
          </w:rPr>
          <m:t>0 </m:t>
        </m:r>
        <m:r>
          <m:rPr>
            <m:sty m:val="p"/>
          </m:rPr>
          <w:rPr>
            <w:rFonts w:ascii="Cambria Math" w:hAnsi="Cambria Math"/>
          </w:rPr>
          <m:t>°C</m:t>
        </m:r>
      </m:oMath>
      <w:r>
        <w:t xml:space="preserve">. Nhiệt độ của hỗn hợp biến đổi theo đồ thị. Biết </w:t>
      </w:r>
      <m:oMath>
        <m:r>
          <w:rPr>
            <w:rFonts w:ascii="Cambria Math" w:hAnsi="Cambria Math"/>
          </w:rPr>
          <m:t>c</m:t>
        </m:r>
        <m:r>
          <m:rPr>
            <m:sty m:val="p"/>
          </m:rPr>
          <w:rPr>
            <w:rFonts w:ascii="Cambria Math" w:hAnsi="Cambria Math"/>
          </w:rPr>
          <m:t>=</m:t>
        </m:r>
        <m:r>
          <w:rPr>
            <w:rFonts w:ascii="Cambria Math" w:hAnsi="Cambria Math"/>
          </w:rPr>
          <m:t>4200 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 xml:space="preserve">, </w:t>
      </w:r>
      <m:oMath>
        <m:r>
          <w:rPr>
            <w:rFonts w:ascii="Cambria Math" w:hAnsi="Cambria Math"/>
          </w:rPr>
          <m:t>λ</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J/kg</m:t>
        </m:r>
      </m:oMath>
      <w:r>
        <w:t xml:space="preserve"> và công suất nhiệt nhận từ môi trường không đổi. Khối lượng nước đá còn lại ở phút thứ 25 là</w:t>
      </w:r>
    </w:p>
    <w:p w14:paraId="40A8D4D3" w14:textId="02FDF69A" w:rsidR="00BF4363" w:rsidRDefault="00AC5995">
      <w:pPr>
        <w:spacing w:before="40" w:after="40" w:line="240" w:lineRule="auto"/>
        <w:jc w:val="center"/>
      </w:pPr>
      <w:r w:rsidRPr="00E04629">
        <w:rPr>
          <w:rFonts w:cs="Times New Roman"/>
          <w:noProof/>
          <w:color w:val="000000" w:themeColor="text1"/>
          <w:szCs w:val="24"/>
          <w:lang w:val="vi-VN"/>
        </w:rPr>
        <w:drawing>
          <wp:inline distT="0" distB="0" distL="0" distR="0" wp14:anchorId="63EA2040" wp14:editId="4BF05CE7">
            <wp:extent cx="3015860" cy="1447800"/>
            <wp:effectExtent l="0" t="0" r="0" b="0"/>
            <wp:docPr id="1395078263" name="Picture 1" descr="A red lin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75340" name="Picture 1" descr="A red line with black lin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6480" cy="1448098"/>
                    </a:xfrm>
                    <a:prstGeom prst="rect">
                      <a:avLst/>
                    </a:prstGeom>
                  </pic:spPr>
                </pic:pic>
              </a:graphicData>
            </a:graphic>
          </wp:inline>
        </w:drawing>
      </w:r>
    </w:p>
    <w:p w14:paraId="27F9705B" w14:textId="77777777" w:rsidR="00BF4363" w:rsidRDefault="00000000">
      <w:pPr>
        <w:spacing w:after="40"/>
        <w:ind w:left="360"/>
      </w:pPr>
      <w:r>
        <w:rPr>
          <w:b/>
          <w:color w:val="1F4E79"/>
        </w:rPr>
        <w:t xml:space="preserve">A. </w:t>
      </w:r>
      <m:oMath>
        <m:r>
          <w:rPr>
            <w:rFonts w:ascii="Cambria Math" w:hAnsi="Cambria Math"/>
          </w:rPr>
          <m:t>5</m:t>
        </m:r>
        <m:r>
          <m:rPr>
            <m:sty m:val="p"/>
          </m:rPr>
          <w:rPr>
            <w:rFonts w:ascii="Cambria Math" w:hAnsi="Cambria Math"/>
          </w:rPr>
          <m:t>,</m:t>
        </m:r>
        <m:r>
          <w:rPr>
            <w:rFonts w:ascii="Cambria Math" w:hAnsi="Cambria Math"/>
          </w:rPr>
          <m:t>54 </m:t>
        </m:r>
        <m:r>
          <m:rPr>
            <m:sty m:val="p"/>
          </m:rPr>
          <w:rPr>
            <w:rFonts w:ascii="Cambria Math" w:hAnsi="Cambria Math"/>
          </w:rPr>
          <m:t>kg</m:t>
        </m:r>
      </m:oMath>
    </w:p>
    <w:p w14:paraId="27581466" w14:textId="77777777" w:rsidR="00BF4363" w:rsidRDefault="00000000">
      <w:pPr>
        <w:spacing w:after="40"/>
        <w:ind w:left="360"/>
      </w:pPr>
      <w:r>
        <w:rPr>
          <w:b/>
          <w:color w:val="1F4E79"/>
        </w:rPr>
        <w:t xml:space="preserve">B. </w:t>
      </w:r>
      <m:oMath>
        <m:r>
          <w:rPr>
            <w:rFonts w:ascii="Cambria Math" w:hAnsi="Cambria Math"/>
          </w:rPr>
          <m:t>0</m:t>
        </m:r>
        <m:r>
          <m:rPr>
            <m:sty m:val="p"/>
          </m:rPr>
          <w:rPr>
            <w:rFonts w:ascii="Cambria Math" w:hAnsi="Cambria Math"/>
          </w:rPr>
          <m:t>,</m:t>
        </m:r>
        <m:r>
          <w:rPr>
            <w:rFonts w:ascii="Cambria Math" w:hAnsi="Cambria Math"/>
          </w:rPr>
          <m:t>63 </m:t>
        </m:r>
        <m:r>
          <m:rPr>
            <m:sty m:val="p"/>
          </m:rPr>
          <w:rPr>
            <w:rFonts w:ascii="Cambria Math" w:hAnsi="Cambria Math"/>
          </w:rPr>
          <m:t>kg</m:t>
        </m:r>
      </m:oMath>
    </w:p>
    <w:p w14:paraId="79134F83" w14:textId="77777777" w:rsidR="00BF4363" w:rsidRDefault="00000000">
      <w:pPr>
        <w:spacing w:after="40"/>
        <w:ind w:left="360"/>
      </w:pPr>
      <w:r>
        <w:rPr>
          <w:b/>
          <w:color w:val="1F4E79"/>
        </w:rPr>
        <w:t xml:space="preserve">C. </w:t>
      </w:r>
      <m:oMath>
        <m:r>
          <w:rPr>
            <w:rFonts w:ascii="Cambria Math" w:hAnsi="Cambria Math"/>
          </w:rPr>
          <m:t>0</m:t>
        </m:r>
        <m:r>
          <m:rPr>
            <m:sty m:val="p"/>
          </m:rPr>
          <w:rPr>
            <w:rFonts w:ascii="Cambria Math" w:hAnsi="Cambria Math"/>
          </w:rPr>
          <m:t>,</m:t>
        </m:r>
        <m:r>
          <w:rPr>
            <w:rFonts w:ascii="Cambria Math" w:hAnsi="Cambria Math"/>
          </w:rPr>
          <m:t>54 </m:t>
        </m:r>
        <m:r>
          <m:rPr>
            <m:sty m:val="p"/>
          </m:rPr>
          <w:rPr>
            <w:rFonts w:ascii="Cambria Math" w:hAnsi="Cambria Math"/>
          </w:rPr>
          <m:t>kg</m:t>
        </m:r>
      </m:oMath>
    </w:p>
    <w:p w14:paraId="74DE5936" w14:textId="77777777" w:rsidR="00BF4363" w:rsidRDefault="00000000">
      <w:pPr>
        <w:spacing w:after="40"/>
        <w:ind w:left="360"/>
      </w:pPr>
      <w:r>
        <w:rPr>
          <w:b/>
          <w:color w:val="1F4E79"/>
        </w:rPr>
        <w:t xml:space="preserve">D. </w:t>
      </w:r>
      <m:oMath>
        <m:r>
          <w:rPr>
            <w:rFonts w:ascii="Cambria Math" w:hAnsi="Cambria Math"/>
          </w:rPr>
          <m:t>1</m:t>
        </m:r>
        <m:r>
          <m:rPr>
            <m:sty m:val="p"/>
          </m:rPr>
          <w:rPr>
            <w:rFonts w:ascii="Cambria Math" w:hAnsi="Cambria Math"/>
          </w:rPr>
          <m:t>,</m:t>
        </m:r>
        <m:r>
          <w:rPr>
            <w:rFonts w:ascii="Cambria Math" w:hAnsi="Cambria Math"/>
          </w:rPr>
          <m:t>26 </m:t>
        </m:r>
        <m:r>
          <m:rPr>
            <m:sty m:val="p"/>
          </m:rPr>
          <w:rPr>
            <w:rFonts w:ascii="Cambria Math" w:hAnsi="Cambria Math"/>
          </w:rPr>
          <m:t>kg</m:t>
        </m:r>
      </m:oMath>
    </w:p>
    <w:p w14:paraId="111159F1" w14:textId="77777777" w:rsidR="00BF4363" w:rsidRDefault="00000000">
      <w:pPr>
        <w:keepNext/>
        <w:spacing w:before="40" w:after="40" w:line="259" w:lineRule="auto"/>
      </w:pPr>
      <w:r>
        <w:rPr>
          <w:b/>
          <w:color w:val="C00000"/>
        </w:rPr>
        <w:t>Đáp án: B</w:t>
      </w:r>
    </w:p>
    <w:p w14:paraId="61B426A0" w14:textId="77777777" w:rsidR="00BF4363" w:rsidRDefault="00000000">
      <w:pPr>
        <w:keepNext/>
        <w:spacing w:before="40" w:after="40" w:line="259" w:lineRule="auto"/>
      </w:pPr>
      <w:r>
        <w:rPr>
          <w:b/>
          <w:color w:val="1F4E79"/>
        </w:rPr>
        <w:t>Hướng dẫn giải:</w:t>
      </w:r>
    </w:p>
    <w:p w14:paraId="573AAB2E" w14:textId="77777777" w:rsidR="00BF4363" w:rsidRDefault="00000000">
      <w:pPr>
        <w:spacing w:after="60" w:line="259" w:lineRule="auto"/>
      </w:pPr>
      <w:r>
        <w:t xml:space="preserve">Trong 10 phút từ phút 50 đến phút 60, toàn bộ </w:t>
      </w:r>
      <m:oMath>
        <m:r>
          <w:rPr>
            <w:rFonts w:ascii="Cambria Math" w:hAnsi="Cambria Math"/>
          </w:rPr>
          <m:t>M</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8 </m:t>
        </m:r>
        <m:r>
          <m:rPr>
            <m:sty m:val="p"/>
          </m:rPr>
          <w:rPr>
            <w:rFonts w:ascii="Cambria Math" w:hAnsi="Cambria Math"/>
          </w:rPr>
          <m:t>kg</m:t>
        </m:r>
      </m:oMath>
      <w:r>
        <w:t xml:space="preserve"> nước tăng nhiệt độ từ </w:t>
      </w:r>
      <m:oMath>
        <m:r>
          <w:rPr>
            <w:rFonts w:ascii="Cambria Math" w:hAnsi="Cambria Math"/>
          </w:rPr>
          <m:t>0 </m:t>
        </m:r>
        <m:r>
          <m:rPr>
            <m:sty m:val="p"/>
          </m:rPr>
          <w:rPr>
            <w:rFonts w:ascii="Cambria Math" w:hAnsi="Cambria Math"/>
          </w:rPr>
          <m:t>°C</m:t>
        </m:r>
      </m:oMath>
      <w:r>
        <w:t xml:space="preserve"> lên </w:t>
      </w:r>
      <m:oMath>
        <m:r>
          <w:rPr>
            <w:rFonts w:ascii="Cambria Math" w:hAnsi="Cambria Math"/>
          </w:rPr>
          <m:t>3 </m:t>
        </m:r>
        <m:r>
          <m:rPr>
            <m:sty m:val="p"/>
          </m:rPr>
          <w:rPr>
            <w:rFonts w:ascii="Cambria Math" w:hAnsi="Cambria Math"/>
          </w:rPr>
          <m:t>°C</m:t>
        </m:r>
      </m:oMath>
      <w:r>
        <w:t>, nên nhận nhiệt lượng</w:t>
      </w:r>
    </w:p>
    <w:p w14:paraId="00C5E280" w14:textId="77777777" w:rsidR="00BF4363" w:rsidRDefault="00000000">
      <w:pPr>
        <w:spacing w:after="60" w:line="259" w:lineRule="auto"/>
        <w:jc w:val="center"/>
      </w:pPr>
      <m:oMathPara>
        <m:oMath>
          <m:sSub>
            <m:sSubPr>
              <m:ctrlPr>
                <w:rPr>
                  <w:rFonts w:ascii="Cambria Math" w:hAnsi="Cambria Math"/>
                </w:rPr>
              </m:ctrlPr>
            </m:sSubPr>
            <m:e>
              <m:r>
                <w:rPr>
                  <w:rFonts w:ascii="Cambria Math" w:hAnsi="Cambria Math"/>
                </w:rPr>
                <m:t>Q</m:t>
              </m:r>
            </m:e>
            <m:sub>
              <m:r>
                <w:rPr>
                  <w:rFonts w:ascii="Cambria Math" w:hAnsi="Cambria Math"/>
                </w:rPr>
                <m:t>10</m:t>
              </m:r>
            </m:sub>
          </m:sSub>
          <m:r>
            <m:rPr>
              <m:sty m:val="p"/>
            </m:rPr>
            <w:rPr>
              <w:rFonts w:ascii="Cambria Math" w:hAnsi="Cambria Math"/>
            </w:rPr>
            <m:t>=</m:t>
          </m:r>
          <m:r>
            <w:rPr>
              <w:rFonts w:ascii="Cambria Math" w:hAnsi="Cambria Math"/>
            </w:rPr>
            <m:t>McΔT</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4200</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85680 </m:t>
          </m:r>
          <m:r>
            <m:rPr>
              <m:sty m:val="p"/>
            </m:rPr>
            <w:rPr>
              <w:rFonts w:ascii="Cambria Math" w:hAnsi="Cambria Math"/>
            </w:rPr>
            <m:t>J</m:t>
          </m:r>
        </m:oMath>
      </m:oMathPara>
    </w:p>
    <w:p w14:paraId="428EF35C" w14:textId="77777777" w:rsidR="00BF4363" w:rsidRDefault="00000000">
      <w:pPr>
        <w:spacing w:after="60" w:line="259" w:lineRule="auto"/>
      </w:pPr>
      <w:r>
        <w:t>Công suất nhiệt không đổi nên trong 50 phút đầu, nhiệt lượng hỗn hợp nhận là</w:t>
      </w:r>
    </w:p>
    <w:p w14:paraId="011AE65F" w14:textId="77777777" w:rsidR="00BF4363" w:rsidRDefault="00000000">
      <w:pPr>
        <w:spacing w:after="60" w:line="259" w:lineRule="auto"/>
        <w:jc w:val="center"/>
      </w:pPr>
      <m:oMathPara>
        <m:oMath>
          <m:sSub>
            <m:sSubPr>
              <m:ctrlPr>
                <w:rPr>
                  <w:rFonts w:ascii="Cambria Math" w:hAnsi="Cambria Math"/>
                </w:rPr>
              </m:ctrlPr>
            </m:sSubPr>
            <m:e>
              <m:r>
                <w:rPr>
                  <w:rFonts w:ascii="Cambria Math" w:hAnsi="Cambria Math"/>
                </w:rPr>
                <m:t>Q</m:t>
              </m:r>
            </m:e>
            <m:sub>
              <m:r>
                <w:rPr>
                  <w:rFonts w:ascii="Cambria Math" w:hAnsi="Cambria Math"/>
                </w:rPr>
                <m:t>50</m:t>
              </m:r>
            </m:sub>
          </m:sSub>
          <m:r>
            <m:rPr>
              <m:sty m:val="p"/>
            </m:rPr>
            <w:rPr>
              <w:rFonts w:ascii="Cambria Math" w:hAnsi="Cambria Math"/>
            </w:rPr>
            <m:t>=</m:t>
          </m:r>
          <m:r>
            <w:rPr>
              <w:rFonts w:ascii="Cambria Math" w:hAnsi="Cambria Math"/>
            </w:rPr>
            <m:t>5</m:t>
          </m:r>
          <m:sSub>
            <m:sSubPr>
              <m:ctrlPr>
                <w:rPr>
                  <w:rFonts w:ascii="Cambria Math" w:hAnsi="Cambria Math"/>
                </w:rPr>
              </m:ctrlPr>
            </m:sSubPr>
            <m:e>
              <m:r>
                <w:rPr>
                  <w:rFonts w:ascii="Cambria Math" w:hAnsi="Cambria Math"/>
                </w:rPr>
                <m:t>Q</m:t>
              </m:r>
            </m:e>
            <m:sub>
              <m:r>
                <w:rPr>
                  <w:rFonts w:ascii="Cambria Math" w:hAnsi="Cambria Math"/>
                </w:rPr>
                <m:t>10</m:t>
              </m:r>
            </m:sub>
          </m:sSub>
          <m:r>
            <m:rPr>
              <m:sty m:val="p"/>
            </m:rPr>
            <w:rPr>
              <w:rFonts w:ascii="Cambria Math" w:hAnsi="Cambria Math"/>
            </w:rPr>
            <m:t>=</m:t>
          </m:r>
          <m:r>
            <w:rPr>
              <w:rFonts w:ascii="Cambria Math" w:hAnsi="Cambria Math"/>
            </w:rPr>
            <m:t>428400 </m:t>
          </m:r>
          <m:r>
            <m:rPr>
              <m:sty m:val="p"/>
            </m:rPr>
            <w:rPr>
              <w:rFonts w:ascii="Cambria Math" w:hAnsi="Cambria Math"/>
            </w:rPr>
            <m:t>J</m:t>
          </m:r>
        </m:oMath>
      </m:oMathPara>
    </w:p>
    <w:p w14:paraId="00047034" w14:textId="77777777" w:rsidR="00BF4363" w:rsidRDefault="00000000">
      <w:pPr>
        <w:spacing w:after="60" w:line="259" w:lineRule="auto"/>
      </w:pPr>
      <w:r>
        <w:t>Nhiệt lượng này dùng để làm tan hết lượng nước đá ban đầu:</w:t>
      </w:r>
    </w:p>
    <w:p w14:paraId="45513C61" w14:textId="77777777" w:rsidR="00BF4363" w:rsidRDefault="00000000">
      <w:pPr>
        <w:spacing w:after="60" w:line="259" w:lineRule="auto"/>
        <w:jc w:val="center"/>
      </w:pPr>
      <m:oMathPara>
        <m:oMath>
          <m:sSub>
            <m:sSubPr>
              <m:ctrlPr>
                <w:rPr>
                  <w:rFonts w:ascii="Cambria Math" w:hAnsi="Cambria Math"/>
                </w:rPr>
              </m:ctrlPr>
            </m:sSubPr>
            <m:e>
              <m:r>
                <w:rPr>
                  <w:rFonts w:ascii="Cambria Math" w:hAnsi="Cambria Math"/>
                </w:rPr>
                <m:t>m</m:t>
              </m:r>
            </m:e>
            <m:sub>
              <m:r>
                <w:rPr>
                  <w:rFonts w:ascii="Cambria Math" w:hAnsi="Cambria Math"/>
                </w:rPr>
                <m:t>0</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50</m:t>
                  </m:r>
                </m:sub>
              </m:sSub>
            </m:num>
            <m:den>
              <m:r>
                <w:rPr>
                  <w:rFonts w:ascii="Cambria Math" w:hAnsi="Cambria Math"/>
                </w:rPr>
                <m:t>λ</m:t>
              </m:r>
            </m:den>
          </m:f>
          <m:r>
            <m:rPr>
              <m:sty m:val="p"/>
            </m:rPr>
            <w:rPr>
              <w:rFonts w:ascii="Cambria Math" w:hAnsi="Cambria Math"/>
            </w:rPr>
            <m:t>=</m:t>
          </m:r>
          <m:f>
            <m:fPr>
              <m:ctrlPr>
                <w:rPr>
                  <w:rFonts w:ascii="Cambria Math" w:hAnsi="Cambria Math"/>
                </w:rPr>
              </m:ctrlPr>
            </m:fPr>
            <m:num>
              <m:r>
                <w:rPr>
                  <w:rFonts w:ascii="Cambria Math" w:hAnsi="Cambria Math"/>
                </w:rPr>
                <m:t>428400</m:t>
              </m:r>
            </m:num>
            <m:den>
              <m:r>
                <w:rPr>
                  <w:rFonts w:ascii="Cambria Math" w:hAnsi="Cambria Math"/>
                </w:rPr>
                <m:t>3</m:t>
              </m:r>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26 </m:t>
          </m:r>
          <m:r>
            <m:rPr>
              <m:sty m:val="p"/>
            </m:rPr>
            <w:rPr>
              <w:rFonts w:ascii="Cambria Math" w:hAnsi="Cambria Math"/>
            </w:rPr>
            <m:t>kg</m:t>
          </m:r>
        </m:oMath>
      </m:oMathPara>
    </w:p>
    <w:p w14:paraId="58863122" w14:textId="77777777" w:rsidR="00BF4363" w:rsidRDefault="00000000">
      <w:pPr>
        <w:spacing w:after="60" w:line="259" w:lineRule="auto"/>
      </w:pPr>
      <w:r>
        <w:t>Sau 25 phút, thời gian bằng một nửa 50 phút nên khối lượng nước đá đã tan bằng một nửa lượng ban đầu:</w:t>
      </w:r>
    </w:p>
    <w:p w14:paraId="2F17DBBD" w14:textId="77777777" w:rsidR="00BF4363" w:rsidRDefault="00000000">
      <w:pPr>
        <w:spacing w:after="60" w:line="259" w:lineRule="auto"/>
        <w:jc w:val="center"/>
      </w:pPr>
      <m:oMathPara>
        <m:oMath>
          <m:sSub>
            <m:sSubPr>
              <m:ctrlPr>
                <w:rPr>
                  <w:rFonts w:ascii="Cambria Math" w:hAnsi="Cambria Math"/>
                </w:rPr>
              </m:ctrlPr>
            </m:sSubPr>
            <m:e>
              <m:r>
                <w:rPr>
                  <w:rFonts w:ascii="Cambria Math" w:hAnsi="Cambria Math"/>
                </w:rPr>
                <m:t>m</m:t>
              </m:r>
            </m:e>
            <m:sub>
              <m:r>
                <m:rPr>
                  <m:sty m:val="p"/>
                </m:rPr>
                <w:rPr>
                  <w:rFonts w:ascii="Cambria Math" w:hAnsi="Cambria Math"/>
                </w:rPr>
                <m:t>tan</m:t>
              </m:r>
            </m:sub>
          </m:sSub>
          <m:r>
            <m:rPr>
              <m:sty m:val="p"/>
            </m:rPr>
            <w:rPr>
              <w:rFonts w:ascii="Cambria Math" w:hAnsi="Cambria Math"/>
            </w:rPr>
            <m:t>=</m:t>
          </m:r>
          <m:f>
            <m:fPr>
              <m:ctrlPr>
                <w:rPr>
                  <w:rFonts w:ascii="Cambria Math" w:hAnsi="Cambria Math"/>
                </w:rPr>
              </m:ctrlPr>
            </m:fPr>
            <m:num>
              <m:r>
                <w:rPr>
                  <w:rFonts w:ascii="Cambria Math" w:hAnsi="Cambria Math"/>
                </w:rPr>
                <m:t>25</m:t>
              </m:r>
            </m:num>
            <m:den>
              <m:r>
                <w:rPr>
                  <w:rFonts w:ascii="Cambria Math" w:hAnsi="Cambria Math"/>
                </w:rPr>
                <m:t>50</m:t>
              </m:r>
            </m:den>
          </m:f>
          <m:sSub>
            <m:sSubPr>
              <m:ctrlPr>
                <w:rPr>
                  <w:rFonts w:ascii="Cambria Math" w:hAnsi="Cambria Math"/>
                </w:rPr>
              </m:ctrlPr>
            </m:sSubPr>
            <m:e>
              <m:r>
                <w:rPr>
                  <w:rFonts w:ascii="Cambria Math" w:hAnsi="Cambria Math"/>
                </w:rPr>
                <m:t>m</m:t>
              </m:r>
            </m:e>
            <m:sub>
              <m:r>
                <w:rPr>
                  <w:rFonts w:ascii="Cambria Math" w:hAnsi="Cambria Math"/>
                </w:rPr>
                <m:t>0</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63 </m:t>
          </m:r>
          <m:r>
            <m:rPr>
              <m:sty m:val="p"/>
            </m:rPr>
            <w:rPr>
              <w:rFonts w:ascii="Cambria Math" w:hAnsi="Cambria Math"/>
            </w:rPr>
            <m:t>kg</m:t>
          </m:r>
        </m:oMath>
      </m:oMathPara>
    </w:p>
    <w:p w14:paraId="4155BB33" w14:textId="77777777" w:rsidR="00BF4363" w:rsidRDefault="00000000">
      <w:pPr>
        <w:spacing w:after="60" w:line="259" w:lineRule="auto"/>
      </w:pPr>
      <w:r>
        <w:t>Khối lượng nước đá còn lại:</w:t>
      </w:r>
    </w:p>
    <w:p w14:paraId="10FB6FB1" w14:textId="77777777" w:rsidR="00BF4363" w:rsidRDefault="00000000">
      <w:pPr>
        <w:spacing w:after="60" w:line="259" w:lineRule="auto"/>
        <w:jc w:val="center"/>
      </w:pPr>
      <m:oMathPara>
        <m:oMath>
          <m:sSub>
            <m:sSubPr>
              <m:ctrlPr>
                <w:rPr>
                  <w:rFonts w:ascii="Cambria Math" w:hAnsi="Cambria Math"/>
                </w:rPr>
              </m:ctrlPr>
            </m:sSubPr>
            <m:e>
              <m:r>
                <w:rPr>
                  <w:rFonts w:ascii="Cambria Math" w:hAnsi="Cambria Math"/>
                </w:rPr>
                <m:t>m</m:t>
              </m:r>
            </m:e>
            <m:sub>
              <m:r>
                <m:rPr>
                  <m:sty m:val="p"/>
                </m:rPr>
                <w:rPr>
                  <w:rFonts w:ascii="Cambria Math" w:hAnsi="Cambria Math"/>
                </w:rPr>
                <m:t>còn</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26</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63</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63 </m:t>
          </m:r>
          <m:r>
            <m:rPr>
              <m:sty m:val="p"/>
            </m:rPr>
            <w:rPr>
              <w:rFonts w:ascii="Cambria Math" w:hAnsi="Cambria Math"/>
            </w:rPr>
            <m:t>kg</m:t>
          </m:r>
        </m:oMath>
      </m:oMathPara>
    </w:p>
    <w:p w14:paraId="18F89CD0" w14:textId="77777777" w:rsidR="00BF4363" w:rsidRDefault="00000000">
      <w:pPr>
        <w:keepNext/>
        <w:spacing w:before="140" w:after="60" w:line="259" w:lineRule="auto"/>
      </w:pPr>
      <w:r>
        <w:rPr>
          <w:b/>
          <w:color w:val="1F4E79"/>
        </w:rPr>
        <w:t xml:space="preserve">Câu 18. </w:t>
      </w:r>
      <w:r>
        <w:t xml:space="preserve">Rượu etylic có nhiệt hóa hơi riêng </w:t>
      </w:r>
      <m:oMath>
        <m:r>
          <w:rPr>
            <w:rFonts w:ascii="Cambria Math" w:hAnsi="Cambria Math"/>
          </w:rPr>
          <m:t>0</m:t>
        </m:r>
        <m:r>
          <m:rPr>
            <m:sty m:val="p"/>
          </m:rPr>
          <w:rPr>
            <w:rFonts w:ascii="Cambria Math" w:hAnsi="Cambria Math"/>
          </w:rPr>
          <m:t>,</m:t>
        </m:r>
        <m:r>
          <w:rPr>
            <w:rFonts w:ascii="Cambria Math" w:hAnsi="Cambria Math"/>
          </w:rPr>
          <m:t>9</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sty m:val="p"/>
          </m:rPr>
          <w:rPr>
            <w:rFonts w:ascii="Cambria Math" w:hAnsi="Cambria Math"/>
          </w:rPr>
          <m:t>J/kg</m:t>
        </m:r>
      </m:oMath>
      <w:r>
        <w:t xml:space="preserve"> và khối lượng riêng </w:t>
      </w:r>
      <m:oMath>
        <m:r>
          <w:rPr>
            <w:rFonts w:ascii="Cambria Math" w:hAnsi="Cambria Math"/>
          </w:rPr>
          <m:t>0</m:t>
        </m:r>
        <m:r>
          <m:rPr>
            <m:sty m:val="p"/>
          </m:rPr>
          <w:rPr>
            <w:rFonts w:ascii="Cambria Math" w:hAnsi="Cambria Math"/>
          </w:rPr>
          <m:t>,</m:t>
        </m:r>
        <m:r>
          <w:rPr>
            <w:rFonts w:ascii="Cambria Math" w:hAnsi="Cambria Math"/>
          </w:rPr>
          <m:t>8 </m:t>
        </m:r>
        <m:r>
          <m:rPr>
            <m:sty m:val="p"/>
          </m:rPr>
          <w:rPr>
            <w:rFonts w:ascii="Cambria Math" w:hAnsi="Cambria Math"/>
          </w:rPr>
          <m:t>kg/lít</m:t>
        </m:r>
      </m:oMath>
      <w:r>
        <w:t xml:space="preserve">. Nhiệt lượng cần cung cấp để </w:t>
      </w:r>
      <m:oMath>
        <m:r>
          <w:rPr>
            <w:rFonts w:ascii="Cambria Math" w:hAnsi="Cambria Math"/>
          </w:rPr>
          <m:t>10 </m:t>
        </m:r>
        <m:r>
          <m:rPr>
            <m:sty m:val="p"/>
          </m:rPr>
          <w:rPr>
            <w:rFonts w:ascii="Cambria Math" w:hAnsi="Cambria Math"/>
          </w:rPr>
          <m:t>lít</m:t>
        </m:r>
      </m:oMath>
      <w:r>
        <w:t xml:space="preserve"> rượu etylic hóa hơi hoàn toàn ở nhiệt độ sôi là</w:t>
      </w:r>
    </w:p>
    <w:p w14:paraId="14A4A44B" w14:textId="77777777" w:rsidR="00BF4363" w:rsidRDefault="00000000">
      <w:pPr>
        <w:spacing w:after="40"/>
        <w:ind w:left="360"/>
      </w:pPr>
      <w:r>
        <w:rPr>
          <w:b/>
          <w:color w:val="1F4E79"/>
        </w:rPr>
        <w:t xml:space="preserve">A. </w:t>
      </w:r>
      <m:oMath>
        <m:r>
          <w:rPr>
            <w:rFonts w:ascii="Cambria Math" w:hAnsi="Cambria Math"/>
          </w:rPr>
          <m:t>7</m:t>
        </m:r>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 </m:t>
        </m:r>
        <m:r>
          <m:rPr>
            <m:sty m:val="p"/>
          </m:rPr>
          <w:rPr>
            <w:rFonts w:ascii="Cambria Math" w:hAnsi="Cambria Math"/>
          </w:rPr>
          <m:t>J</m:t>
        </m:r>
      </m:oMath>
    </w:p>
    <w:p w14:paraId="0B3F84BA" w14:textId="77777777" w:rsidR="00BF4363" w:rsidRDefault="00000000">
      <w:pPr>
        <w:spacing w:after="40"/>
        <w:ind w:left="360"/>
      </w:pPr>
      <w:r>
        <w:rPr>
          <w:b/>
          <w:color w:val="1F4E79"/>
        </w:rPr>
        <w:t xml:space="preserve">B. </w:t>
      </w:r>
      <m:oMath>
        <m:r>
          <w:rPr>
            <w:rFonts w:ascii="Cambria Math" w:hAnsi="Cambria Math"/>
          </w:rPr>
          <m:t>1</m:t>
        </m:r>
        <m:r>
          <m:rPr>
            <m:sty m:val="p"/>
          </m:rPr>
          <w:rPr>
            <w:rFonts w:ascii="Cambria Math" w:hAnsi="Cambria Math"/>
          </w:rPr>
          <m:t>,</m:t>
        </m:r>
        <m:r>
          <w:rPr>
            <w:rFonts w:ascii="Cambria Math" w:hAnsi="Cambria Math"/>
          </w:rPr>
          <m:t>125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m:t>
        </m:r>
      </m:oMath>
    </w:p>
    <w:p w14:paraId="1ED37EE2" w14:textId="77777777" w:rsidR="00BF4363" w:rsidRDefault="00000000">
      <w:pPr>
        <w:spacing w:after="40"/>
        <w:ind w:left="360"/>
      </w:pPr>
      <w:r>
        <w:rPr>
          <w:b/>
          <w:color w:val="1F4E79"/>
        </w:rPr>
        <w:t xml:space="preserve">C. </w:t>
      </w:r>
      <m:oMath>
        <m:r>
          <w:rPr>
            <w:rFonts w:ascii="Cambria Math" w:hAnsi="Cambria Math"/>
          </w:rPr>
          <m:t>7</m:t>
        </m:r>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sty m:val="p"/>
          </m:rPr>
          <w:rPr>
            <w:rFonts w:ascii="Cambria Math" w:hAnsi="Cambria Math"/>
          </w:rPr>
          <m:t>J</m:t>
        </m:r>
      </m:oMath>
    </w:p>
    <w:p w14:paraId="32B75721" w14:textId="77777777" w:rsidR="00BF4363" w:rsidRDefault="00000000">
      <w:pPr>
        <w:spacing w:after="40"/>
        <w:ind w:left="360"/>
      </w:pPr>
      <w:r>
        <w:rPr>
          <w:b/>
          <w:color w:val="1F4E79"/>
        </w:rPr>
        <w:t xml:space="preserve">D. </w:t>
      </w:r>
      <m:oMath>
        <m:r>
          <w:rPr>
            <w:rFonts w:ascii="Cambria Math" w:hAnsi="Cambria Math"/>
          </w:rPr>
          <m:t>9</m:t>
        </m:r>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m:t>
        </m:r>
      </m:oMath>
    </w:p>
    <w:p w14:paraId="3E965B37" w14:textId="77777777" w:rsidR="00BF4363" w:rsidRDefault="00000000">
      <w:pPr>
        <w:keepNext/>
        <w:spacing w:before="40" w:after="40" w:line="259" w:lineRule="auto"/>
      </w:pPr>
      <w:r>
        <w:rPr>
          <w:b/>
          <w:color w:val="C00000"/>
        </w:rPr>
        <w:t>Đáp án: C</w:t>
      </w:r>
    </w:p>
    <w:p w14:paraId="293618BC" w14:textId="77777777" w:rsidR="00BF4363" w:rsidRDefault="00000000">
      <w:pPr>
        <w:keepNext/>
        <w:spacing w:before="40" w:after="40" w:line="259" w:lineRule="auto"/>
      </w:pPr>
      <w:r>
        <w:rPr>
          <w:b/>
          <w:color w:val="1F4E79"/>
        </w:rPr>
        <w:t>Hướng dẫn giải:</w:t>
      </w:r>
    </w:p>
    <w:p w14:paraId="1B5FB047" w14:textId="77777777" w:rsidR="00BF4363" w:rsidRDefault="00000000">
      <w:pPr>
        <w:spacing w:after="60" w:line="259" w:lineRule="auto"/>
      </w:pPr>
      <m:oMathPara>
        <m:oMath>
          <m:r>
            <w:rPr>
              <w:rFonts w:ascii="Cambria Math" w:hAnsi="Cambria Math"/>
            </w:rPr>
            <m:t>m</m:t>
          </m:r>
          <m:r>
            <m:rPr>
              <m:sty m:val="p"/>
            </m:rPr>
            <w:rPr>
              <w:rFonts w:ascii="Cambria Math" w:hAnsi="Cambria Math"/>
            </w:rPr>
            <m:t>=</m:t>
          </m:r>
          <m:r>
            <w:rPr>
              <w:rFonts w:ascii="Cambria Math" w:hAnsi="Cambria Math"/>
            </w:rPr>
            <m:t>ρV</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8 </m:t>
          </m:r>
          <m:r>
            <m:rPr>
              <m:sty m:val="p"/>
            </m:rPr>
            <w:rPr>
              <w:rFonts w:ascii="Cambria Math" w:hAnsi="Cambria Math"/>
            </w:rPr>
            <m:t>kg</m:t>
          </m:r>
        </m:oMath>
      </m:oMathPara>
    </w:p>
    <w:p w14:paraId="40FA4E50" w14:textId="77777777" w:rsidR="00BF4363" w:rsidRDefault="00000000">
      <w:pPr>
        <w:spacing w:after="60" w:line="259" w:lineRule="auto"/>
        <w:jc w:val="center"/>
      </w:pPr>
      <m:oMathPara>
        <m:oMath>
          <m:r>
            <w:rPr>
              <w:rFonts w:ascii="Cambria Math" w:hAnsi="Cambria Math"/>
            </w:rPr>
            <w:lastRenderedPageBreak/>
            <m:t>Q</m:t>
          </m:r>
          <m:r>
            <m:rPr>
              <m:sty m:val="p"/>
            </m:rPr>
            <w:rPr>
              <w:rFonts w:ascii="Cambria Math" w:hAnsi="Cambria Math"/>
            </w:rPr>
            <m:t>=</m:t>
          </m:r>
          <m:r>
            <w:rPr>
              <w:rFonts w:ascii="Cambria Math" w:hAnsi="Cambria Math"/>
            </w:rPr>
            <m:t>mL</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9</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m:rPr>
              <m:sty m:val="p"/>
            </m:rPr>
            <w:rPr>
              <w:rFonts w:ascii="Cambria Math" w:hAnsi="Cambria Math"/>
            </w:rPr>
            <m:t>=</m:t>
          </m:r>
          <m:r>
            <w:rPr>
              <w:rFonts w:ascii="Cambria Math" w:hAnsi="Cambria Math"/>
            </w:rPr>
            <m:t>7</m:t>
          </m:r>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sty m:val="p"/>
            </m:rPr>
            <w:rPr>
              <w:rFonts w:ascii="Cambria Math" w:hAnsi="Cambria Math"/>
            </w:rPr>
            <m:t>J</m:t>
          </m:r>
        </m:oMath>
      </m:oMathPara>
    </w:p>
    <w:p w14:paraId="5D9B2795" w14:textId="77777777" w:rsidR="00BF4363" w:rsidRDefault="00000000" w:rsidP="00AC5995">
      <w:pPr>
        <w:keepNext/>
        <w:spacing w:before="160" w:after="100" w:line="240" w:lineRule="auto"/>
      </w:pPr>
      <w:r>
        <w:rPr>
          <w:b/>
          <w:color w:val="1F4E79"/>
          <w:sz w:val="30"/>
        </w:rPr>
        <w:t>PHẦN II. CÂU TRẮC NGHIỆM ĐÚNG – SAI</w:t>
      </w:r>
    </w:p>
    <w:p w14:paraId="244A54C6" w14:textId="77777777" w:rsidR="00BF4363" w:rsidRDefault="00000000">
      <w:pPr>
        <w:keepNext/>
        <w:spacing w:before="140" w:after="60" w:line="259" w:lineRule="auto"/>
      </w:pPr>
      <w:r>
        <w:rPr>
          <w:b/>
          <w:color w:val="1F4E79"/>
        </w:rPr>
        <w:t xml:space="preserve">Câu 1. </w:t>
      </w:r>
      <w:r>
        <w:t>Xét các phát biểu về thang nhiệt độ.</w:t>
      </w:r>
    </w:p>
    <w:p w14:paraId="40B32B3B" w14:textId="77777777" w:rsidR="001609E1" w:rsidRDefault="001609E1" w:rsidP="001609E1">
      <w:pPr>
        <w:spacing w:after="8"/>
        <w:ind w:left="283"/>
      </w:pPr>
      <w:r>
        <w:rPr>
          <w:b/>
          <w:sz w:val="23"/>
        </w:rPr>
        <w:t xml:space="preserve">a) </w:t>
      </w:r>
      <w:r>
        <w:rPr>
          <w:sz w:val="23"/>
        </w:rPr>
        <w:t xml:space="preserve">Nhiệt độ </w:t>
      </w:r>
      <m:oMath>
        <m:r>
          <w:rPr>
            <w:rFonts w:ascii="Cambria Math" w:hAnsi="Cambria Math"/>
          </w:rPr>
          <m:t>35 </m:t>
        </m:r>
        <m:r>
          <m:rPr>
            <m:sty m:val="p"/>
          </m:rPr>
          <w:rPr>
            <w:rFonts w:ascii="Cambria Math" w:hAnsi="Cambria Math"/>
          </w:rPr>
          <m:t>°C</m:t>
        </m:r>
      </m:oMath>
      <w:r>
        <w:rPr>
          <w:sz w:val="23"/>
        </w:rPr>
        <w:t xml:space="preserve"> tương ứng </w:t>
      </w:r>
      <m:oMath>
        <m:r>
          <w:rPr>
            <w:rFonts w:ascii="Cambria Math" w:hAnsi="Cambria Math"/>
          </w:rPr>
          <m:t>308</m:t>
        </m:r>
        <m:r>
          <m:rPr>
            <m:sty m:val="p"/>
          </m:rPr>
          <w:rPr>
            <w:rFonts w:ascii="Cambria Math" w:hAnsi="Cambria Math"/>
          </w:rPr>
          <m:t>,</m:t>
        </m:r>
        <m:r>
          <w:rPr>
            <w:rFonts w:ascii="Cambria Math" w:hAnsi="Cambria Math"/>
          </w:rPr>
          <m:t>15 </m:t>
        </m:r>
        <m:r>
          <m:rPr>
            <m:sty m:val="p"/>
          </m:rPr>
          <w:rPr>
            <w:rFonts w:ascii="Cambria Math" w:hAnsi="Cambria Math"/>
          </w:rPr>
          <m:t>K</m:t>
        </m:r>
      </m:oMath>
      <w:r>
        <w:rPr>
          <w:sz w:val="23"/>
        </w:rPr>
        <w:t>.</w:t>
      </w:r>
    </w:p>
    <w:p w14:paraId="348E4A94" w14:textId="77777777" w:rsidR="001609E1" w:rsidRDefault="001609E1" w:rsidP="001609E1">
      <w:pPr>
        <w:spacing w:after="8"/>
        <w:ind w:left="283"/>
      </w:pPr>
      <w:r>
        <w:rPr>
          <w:b/>
          <w:sz w:val="23"/>
        </w:rPr>
        <w:t xml:space="preserve">b) </w:t>
      </w:r>
      <w:r>
        <w:rPr>
          <w:sz w:val="23"/>
        </w:rPr>
        <w:t xml:space="preserve">Độ tăng nhiệt độ </w:t>
      </w:r>
      <m:oMath>
        <m:r>
          <w:rPr>
            <w:rFonts w:ascii="Cambria Math" w:hAnsi="Cambria Math"/>
          </w:rPr>
          <m:t>1 </m:t>
        </m:r>
        <m:r>
          <m:rPr>
            <m:sty m:val="p"/>
          </m:rPr>
          <w:rPr>
            <w:rFonts w:ascii="Cambria Math" w:hAnsi="Cambria Math"/>
          </w:rPr>
          <m:t>°C</m:t>
        </m:r>
      </m:oMath>
      <w:r>
        <w:rPr>
          <w:sz w:val="23"/>
        </w:rPr>
        <w:t xml:space="preserve"> có độ lớn bằng độ tăng nhiệt độ </w:t>
      </w:r>
      <m:oMath>
        <m:r>
          <w:rPr>
            <w:rFonts w:ascii="Cambria Math" w:hAnsi="Cambria Math"/>
          </w:rPr>
          <m:t>1 </m:t>
        </m:r>
        <m:r>
          <m:rPr>
            <m:sty m:val="p"/>
          </m:rPr>
          <w:rPr>
            <w:rFonts w:ascii="Cambria Math" w:hAnsi="Cambria Math"/>
          </w:rPr>
          <m:t>K</m:t>
        </m:r>
      </m:oMath>
      <w:r>
        <w:rPr>
          <w:sz w:val="23"/>
        </w:rPr>
        <w:t>.</w:t>
      </w:r>
    </w:p>
    <w:p w14:paraId="51CFE8EE" w14:textId="77777777" w:rsidR="001609E1" w:rsidRDefault="001609E1" w:rsidP="001609E1">
      <w:pPr>
        <w:spacing w:after="8"/>
        <w:ind w:left="283"/>
      </w:pPr>
      <w:r>
        <w:rPr>
          <w:b/>
          <w:sz w:val="23"/>
        </w:rPr>
        <w:t xml:space="preserve">c) </w:t>
      </w:r>
      <w:r>
        <w:rPr>
          <w:sz w:val="23"/>
        </w:rPr>
        <w:t xml:space="preserve">Nhiệt độ không tuyệt đối bằng </w:t>
      </w:r>
      <m:oMath>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15 </m:t>
        </m:r>
        <m:r>
          <m:rPr>
            <m:sty m:val="p"/>
          </m:rPr>
          <w:rPr>
            <w:rFonts w:ascii="Cambria Math" w:hAnsi="Cambria Math"/>
          </w:rPr>
          <m:t>°C</m:t>
        </m:r>
      </m:oMath>
      <w:r>
        <w:rPr>
          <w:sz w:val="23"/>
        </w:rPr>
        <w:t>.</w:t>
      </w:r>
    </w:p>
    <w:p w14:paraId="3027D225" w14:textId="77777777" w:rsidR="001609E1" w:rsidRDefault="001609E1" w:rsidP="001609E1">
      <w:pPr>
        <w:spacing w:after="8"/>
        <w:ind w:left="283"/>
      </w:pPr>
      <w:r>
        <w:rPr>
          <w:b/>
          <w:sz w:val="23"/>
        </w:rPr>
        <w:t xml:space="preserve">d) </w:t>
      </w:r>
      <w:r>
        <w:rPr>
          <w:sz w:val="23"/>
        </w:rPr>
        <w:t xml:space="preserve">Nhiệt độ </w:t>
      </w:r>
      <m:oMath>
        <m:r>
          <w:rPr>
            <w:rFonts w:ascii="Cambria Math" w:hAnsi="Cambria Math"/>
          </w:rPr>
          <m:t>0 </m:t>
        </m:r>
        <m:r>
          <m:rPr>
            <m:sty m:val="p"/>
          </m:rPr>
          <w:rPr>
            <w:rFonts w:ascii="Cambria Math" w:hAnsi="Cambria Math"/>
          </w:rPr>
          <m:t>K</m:t>
        </m:r>
      </m:oMath>
      <w:r>
        <w:rPr>
          <w:sz w:val="23"/>
        </w:rPr>
        <w:t xml:space="preserve"> là nhiệt độ đông đặc của nước ở áp suất tiêu chuẩn.</w:t>
      </w:r>
    </w:p>
    <w:p w14:paraId="02771C42" w14:textId="77777777" w:rsidR="001609E1" w:rsidRDefault="001609E1" w:rsidP="001609E1">
      <w:pPr>
        <w:keepNext/>
        <w:spacing w:before="40" w:after="40" w:line="259" w:lineRule="auto"/>
      </w:pPr>
      <w:r>
        <w:rPr>
          <w:b/>
          <w:color w:val="C00000"/>
        </w:rPr>
        <w:t>Đáp án: a) Đúng; b) Đúng; c) Đúng; d) Sai</w:t>
      </w:r>
    </w:p>
    <w:p w14:paraId="52A2FB02" w14:textId="77777777" w:rsidR="00BF4363" w:rsidRDefault="00000000">
      <w:pPr>
        <w:spacing w:before="40" w:after="20" w:line="259" w:lineRule="auto"/>
        <w:ind w:left="170"/>
      </w:pPr>
      <w:r>
        <w:rPr>
          <w:b/>
        </w:rPr>
        <w:t xml:space="preserve">a) </w:t>
      </w:r>
      <w:r>
        <w:t xml:space="preserve">Nhiệt độ </w:t>
      </w:r>
      <m:oMath>
        <m:r>
          <w:rPr>
            <w:rFonts w:ascii="Cambria Math" w:hAnsi="Cambria Math"/>
          </w:rPr>
          <m:t>35 </m:t>
        </m:r>
        <m:r>
          <m:rPr>
            <m:sty m:val="p"/>
          </m:rPr>
          <w:rPr>
            <w:rFonts w:ascii="Cambria Math" w:hAnsi="Cambria Math"/>
          </w:rPr>
          <m:t>°C</m:t>
        </m:r>
      </m:oMath>
      <w:r>
        <w:t xml:space="preserve"> tương ứng </w:t>
      </w:r>
      <m:oMath>
        <m:r>
          <w:rPr>
            <w:rFonts w:ascii="Cambria Math" w:hAnsi="Cambria Math"/>
          </w:rPr>
          <m:t>308</m:t>
        </m:r>
        <m:r>
          <m:rPr>
            <m:sty m:val="p"/>
          </m:rPr>
          <w:rPr>
            <w:rFonts w:ascii="Cambria Math" w:hAnsi="Cambria Math"/>
          </w:rPr>
          <m:t>,</m:t>
        </m:r>
        <m:r>
          <w:rPr>
            <w:rFonts w:ascii="Cambria Math" w:hAnsi="Cambria Math"/>
          </w:rPr>
          <m:t>15 </m:t>
        </m:r>
        <m:r>
          <m:rPr>
            <m:sty m:val="p"/>
          </m:rPr>
          <w:rPr>
            <w:rFonts w:ascii="Cambria Math" w:hAnsi="Cambria Math"/>
          </w:rPr>
          <m:t>K</m:t>
        </m:r>
      </m:oMath>
      <w:r>
        <w:t>.</w:t>
      </w:r>
    </w:p>
    <w:p w14:paraId="518455B7" w14:textId="77777777" w:rsidR="00BF4363" w:rsidRDefault="00000000">
      <w:pPr>
        <w:spacing w:after="60" w:line="259" w:lineRule="auto"/>
        <w:ind w:left="397"/>
      </w:pPr>
      <w:r>
        <w:rPr>
          <w:b/>
        </w:rPr>
        <w:t xml:space="preserve">Kết luận: </w:t>
      </w:r>
      <w:r>
        <w:rPr>
          <w:b/>
          <w:color w:val="008000"/>
        </w:rPr>
        <w:t>Đúng</w:t>
      </w:r>
      <w:r>
        <w:t xml:space="preserve">. </w:t>
      </w:r>
      <m:oMath>
        <m:r>
          <w:rPr>
            <w:rFonts w:ascii="Cambria Math" w:hAnsi="Cambria Math"/>
          </w:rPr>
          <m:t>T</m:t>
        </m:r>
        <m:r>
          <m:rPr>
            <m:sty m:val="p"/>
          </m:rPr>
          <w:rPr>
            <w:rFonts w:ascii="Cambria Math" w:hAnsi="Cambria Math"/>
          </w:rPr>
          <m:t>=</m:t>
        </m:r>
        <m:r>
          <w:rPr>
            <w:rFonts w:ascii="Cambria Math" w:hAnsi="Cambria Math"/>
          </w:rPr>
          <m:t>35</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15</m:t>
        </m:r>
        <m:r>
          <m:rPr>
            <m:sty m:val="p"/>
          </m:rPr>
          <w:rPr>
            <w:rFonts w:ascii="Cambria Math" w:hAnsi="Cambria Math"/>
          </w:rPr>
          <m:t>=</m:t>
        </m:r>
        <m:r>
          <w:rPr>
            <w:rFonts w:ascii="Cambria Math" w:hAnsi="Cambria Math"/>
          </w:rPr>
          <m:t>308</m:t>
        </m:r>
        <m:r>
          <m:rPr>
            <m:sty m:val="p"/>
          </m:rPr>
          <w:rPr>
            <w:rFonts w:ascii="Cambria Math" w:hAnsi="Cambria Math"/>
          </w:rPr>
          <m:t>,</m:t>
        </m:r>
        <m:r>
          <w:rPr>
            <w:rFonts w:ascii="Cambria Math" w:hAnsi="Cambria Math"/>
          </w:rPr>
          <m:t>15 </m:t>
        </m:r>
        <m:r>
          <m:rPr>
            <m:sty m:val="p"/>
          </m:rPr>
          <w:rPr>
            <w:rFonts w:ascii="Cambria Math" w:hAnsi="Cambria Math"/>
          </w:rPr>
          <m:t>K</m:t>
        </m:r>
      </m:oMath>
      <w:r>
        <w:t>.</w:t>
      </w:r>
    </w:p>
    <w:p w14:paraId="5CD92D16" w14:textId="77777777" w:rsidR="00BF4363" w:rsidRDefault="00000000">
      <w:pPr>
        <w:spacing w:before="40" w:after="20" w:line="259" w:lineRule="auto"/>
        <w:ind w:left="170"/>
      </w:pPr>
      <w:r>
        <w:rPr>
          <w:b/>
        </w:rPr>
        <w:t xml:space="preserve">b) </w:t>
      </w:r>
      <w:r>
        <w:t xml:space="preserve">Độ tăng nhiệt độ </w:t>
      </w:r>
      <m:oMath>
        <m:r>
          <w:rPr>
            <w:rFonts w:ascii="Cambria Math" w:hAnsi="Cambria Math"/>
          </w:rPr>
          <m:t>1 </m:t>
        </m:r>
        <m:r>
          <m:rPr>
            <m:sty m:val="p"/>
          </m:rPr>
          <w:rPr>
            <w:rFonts w:ascii="Cambria Math" w:hAnsi="Cambria Math"/>
          </w:rPr>
          <m:t>°C</m:t>
        </m:r>
      </m:oMath>
      <w:r>
        <w:t xml:space="preserve"> có độ lớn bằng độ tăng nhiệt độ </w:t>
      </w:r>
      <m:oMath>
        <m:r>
          <w:rPr>
            <w:rFonts w:ascii="Cambria Math" w:hAnsi="Cambria Math"/>
          </w:rPr>
          <m:t>1 </m:t>
        </m:r>
        <m:r>
          <m:rPr>
            <m:sty m:val="p"/>
          </m:rPr>
          <w:rPr>
            <w:rFonts w:ascii="Cambria Math" w:hAnsi="Cambria Math"/>
          </w:rPr>
          <m:t>K</m:t>
        </m:r>
      </m:oMath>
      <w:r>
        <w:t>.</w:t>
      </w:r>
    </w:p>
    <w:p w14:paraId="12A39C82" w14:textId="77777777" w:rsidR="00BF4363" w:rsidRDefault="00000000">
      <w:pPr>
        <w:spacing w:after="60" w:line="259" w:lineRule="auto"/>
        <w:ind w:left="397"/>
      </w:pPr>
      <w:r>
        <w:rPr>
          <w:b/>
        </w:rPr>
        <w:t xml:space="preserve">Kết luận: </w:t>
      </w:r>
      <w:r>
        <w:rPr>
          <w:b/>
          <w:color w:val="008000"/>
        </w:rPr>
        <w:t>Đúng</w:t>
      </w:r>
      <w:r>
        <w:t>. Khoảng chia của hai thang Celsius và Kelvin bằng nhau; chỉ khác mốc số không.</w:t>
      </w:r>
    </w:p>
    <w:p w14:paraId="29B7CFD7" w14:textId="77777777" w:rsidR="00BF4363" w:rsidRDefault="00000000">
      <w:pPr>
        <w:spacing w:before="40" w:after="20" w:line="259" w:lineRule="auto"/>
        <w:ind w:left="170"/>
      </w:pPr>
      <w:r>
        <w:rPr>
          <w:b/>
        </w:rPr>
        <w:t xml:space="preserve">c) </w:t>
      </w:r>
      <w:r>
        <w:t xml:space="preserve">Nhiệt độ không tuyệt đối bằng </w:t>
      </w:r>
      <m:oMath>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15 </m:t>
        </m:r>
        <m:r>
          <m:rPr>
            <m:sty m:val="p"/>
          </m:rPr>
          <w:rPr>
            <w:rFonts w:ascii="Cambria Math" w:hAnsi="Cambria Math"/>
          </w:rPr>
          <m:t>°C</m:t>
        </m:r>
      </m:oMath>
      <w:r>
        <w:t>.</w:t>
      </w:r>
    </w:p>
    <w:p w14:paraId="0BAD2FD1" w14:textId="77777777" w:rsidR="00BF4363" w:rsidRDefault="00000000">
      <w:pPr>
        <w:spacing w:after="60" w:line="259" w:lineRule="auto"/>
        <w:ind w:left="397"/>
      </w:pPr>
      <w:r>
        <w:rPr>
          <w:b/>
        </w:rPr>
        <w:t xml:space="preserve">Kết luận: </w:t>
      </w:r>
      <w:r>
        <w:rPr>
          <w:b/>
          <w:color w:val="008000"/>
        </w:rPr>
        <w:t>Đúng</w:t>
      </w:r>
      <w:r>
        <w:t xml:space="preserve">. </w:t>
      </w:r>
      <m:oMath>
        <m:r>
          <w:rPr>
            <w:rFonts w:ascii="Cambria Math" w:hAnsi="Cambria Math"/>
          </w:rPr>
          <m:t>0 </m:t>
        </m:r>
        <m:r>
          <m:rPr>
            <m:sty m:val="p"/>
          </m:rPr>
          <w:rPr>
            <w:rFonts w:ascii="Cambria Math" w:hAnsi="Cambria Math"/>
          </w:rPr>
          <m:t>K=-</m:t>
        </m:r>
        <m:r>
          <w:rPr>
            <w:rFonts w:ascii="Cambria Math" w:hAnsi="Cambria Math"/>
          </w:rPr>
          <m:t>273</m:t>
        </m:r>
        <m:r>
          <m:rPr>
            <m:sty m:val="p"/>
          </m:rPr>
          <w:rPr>
            <w:rFonts w:ascii="Cambria Math" w:hAnsi="Cambria Math"/>
          </w:rPr>
          <m:t>,</m:t>
        </m:r>
        <m:r>
          <w:rPr>
            <w:rFonts w:ascii="Cambria Math" w:hAnsi="Cambria Math"/>
          </w:rPr>
          <m:t>15 </m:t>
        </m:r>
        <m:r>
          <m:rPr>
            <m:sty m:val="p"/>
          </m:rPr>
          <w:rPr>
            <w:rFonts w:ascii="Cambria Math" w:hAnsi="Cambria Math"/>
          </w:rPr>
          <m:t>°C</m:t>
        </m:r>
      </m:oMath>
      <w:r>
        <w:t>.</w:t>
      </w:r>
    </w:p>
    <w:p w14:paraId="0E102E0F" w14:textId="77777777" w:rsidR="00BF4363" w:rsidRDefault="00000000">
      <w:pPr>
        <w:spacing w:before="40" w:after="20" w:line="259" w:lineRule="auto"/>
        <w:ind w:left="170"/>
      </w:pPr>
      <w:r>
        <w:rPr>
          <w:b/>
        </w:rPr>
        <w:t xml:space="preserve">d) </w:t>
      </w:r>
      <w:r>
        <w:t xml:space="preserve">Nhiệt độ </w:t>
      </w:r>
      <m:oMath>
        <m:r>
          <w:rPr>
            <w:rFonts w:ascii="Cambria Math" w:hAnsi="Cambria Math"/>
          </w:rPr>
          <m:t>0 </m:t>
        </m:r>
        <m:r>
          <m:rPr>
            <m:sty m:val="p"/>
          </m:rPr>
          <w:rPr>
            <w:rFonts w:ascii="Cambria Math" w:hAnsi="Cambria Math"/>
          </w:rPr>
          <m:t>K</m:t>
        </m:r>
      </m:oMath>
      <w:r>
        <w:t xml:space="preserve"> là nhiệt độ đông đặc của nước ở áp suất tiêu chuẩn.</w:t>
      </w:r>
    </w:p>
    <w:p w14:paraId="1DC3B3B8" w14:textId="77777777" w:rsidR="00BF4363" w:rsidRDefault="00000000">
      <w:pPr>
        <w:spacing w:after="60" w:line="259" w:lineRule="auto"/>
        <w:ind w:left="397"/>
      </w:pPr>
      <w:r>
        <w:rPr>
          <w:b/>
        </w:rPr>
        <w:t xml:space="preserve">Kết luận: </w:t>
      </w:r>
      <w:r>
        <w:rPr>
          <w:b/>
          <w:color w:val="C00000"/>
        </w:rPr>
        <w:t>Sai</w:t>
      </w:r>
      <w:r>
        <w:t xml:space="preserve">. Nước đông đặc ở khoảng </w:t>
      </w:r>
      <m:oMath>
        <m:r>
          <w:rPr>
            <w:rFonts w:ascii="Cambria Math" w:hAnsi="Cambria Math"/>
          </w:rPr>
          <m:t>273</m:t>
        </m:r>
        <m:r>
          <m:rPr>
            <m:sty m:val="p"/>
          </m:rPr>
          <w:rPr>
            <w:rFonts w:ascii="Cambria Math" w:hAnsi="Cambria Math"/>
          </w:rPr>
          <m:t>,</m:t>
        </m:r>
        <m:r>
          <w:rPr>
            <w:rFonts w:ascii="Cambria Math" w:hAnsi="Cambria Math"/>
          </w:rPr>
          <m:t>15 </m:t>
        </m:r>
        <m:r>
          <m:rPr>
            <m:sty m:val="p"/>
          </m:rPr>
          <w:rPr>
            <w:rFonts w:ascii="Cambria Math" w:hAnsi="Cambria Math"/>
          </w:rPr>
          <m:t>K</m:t>
        </m:r>
      </m:oMath>
      <w:r>
        <w:t xml:space="preserve">; còn </w:t>
      </w:r>
      <m:oMath>
        <m:r>
          <w:rPr>
            <w:rFonts w:ascii="Cambria Math" w:hAnsi="Cambria Math"/>
          </w:rPr>
          <m:t>0 </m:t>
        </m:r>
        <m:r>
          <m:rPr>
            <m:sty m:val="p"/>
          </m:rPr>
          <w:rPr>
            <w:rFonts w:ascii="Cambria Math" w:hAnsi="Cambria Math"/>
          </w:rPr>
          <m:t>K</m:t>
        </m:r>
      </m:oMath>
      <w:r>
        <w:t xml:space="preserve"> là nhiệt độ không tuyệt đối.</w:t>
      </w:r>
    </w:p>
    <w:p w14:paraId="5999B836" w14:textId="77777777" w:rsidR="00BF4363" w:rsidRDefault="00000000">
      <w:pPr>
        <w:keepNext/>
        <w:spacing w:before="140" w:after="60" w:line="259" w:lineRule="auto"/>
      </w:pPr>
      <w:r>
        <w:rPr>
          <w:b/>
          <w:color w:val="1F4E79"/>
        </w:rPr>
        <w:t xml:space="preserve">Câu 2. </w:t>
      </w:r>
      <w:r>
        <w:t xml:space="preserve">Một học sinh đun một khối nước đá ở </w:t>
      </w:r>
      <m:oMath>
        <m:r>
          <w:rPr>
            <w:rFonts w:ascii="Cambria Math" w:hAnsi="Cambria Math"/>
          </w:rPr>
          <m:t>0 </m:t>
        </m:r>
        <m:r>
          <m:rPr>
            <m:sty m:val="p"/>
          </m:rPr>
          <w:rPr>
            <w:rFonts w:ascii="Cambria Math" w:hAnsi="Cambria Math"/>
          </w:rPr>
          <m:t>°C</m:t>
        </m:r>
      </m:oMath>
      <w:r>
        <w:t xml:space="preserve"> và thu được đồ thị nhiệt độ theo thời gian như hình.</w:t>
      </w:r>
    </w:p>
    <w:p w14:paraId="02240981" w14:textId="77777777" w:rsidR="001609E1" w:rsidRDefault="001609E1" w:rsidP="001609E1">
      <w:pPr>
        <w:spacing w:after="20"/>
        <w:jc w:val="center"/>
      </w:pPr>
      <w:r w:rsidRPr="006F1FAC">
        <w:rPr>
          <w:noProof/>
        </w:rPr>
        <w:drawing>
          <wp:inline distT="0" distB="0" distL="0" distR="0" wp14:anchorId="4B4F5C37" wp14:editId="3E9174FC">
            <wp:extent cx="3197595" cy="1639346"/>
            <wp:effectExtent l="0" t="0" r="3175" b="0"/>
            <wp:docPr id="1771188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45639" name=""/>
                    <pic:cNvPicPr/>
                  </pic:nvPicPr>
                  <pic:blipFill>
                    <a:blip r:embed="rId12"/>
                    <a:stretch>
                      <a:fillRect/>
                    </a:stretch>
                  </pic:blipFill>
                  <pic:spPr>
                    <a:xfrm>
                      <a:off x="0" y="0"/>
                      <a:ext cx="3201844" cy="1641524"/>
                    </a:xfrm>
                    <a:prstGeom prst="rect">
                      <a:avLst/>
                    </a:prstGeom>
                  </pic:spPr>
                </pic:pic>
              </a:graphicData>
            </a:graphic>
          </wp:inline>
        </w:drawing>
      </w:r>
    </w:p>
    <w:p w14:paraId="3B8D5475" w14:textId="77777777" w:rsidR="001609E1" w:rsidRDefault="001609E1" w:rsidP="001609E1">
      <w:pPr>
        <w:spacing w:after="8"/>
        <w:ind w:left="283"/>
      </w:pPr>
      <w:r>
        <w:rPr>
          <w:b/>
          <w:sz w:val="23"/>
        </w:rPr>
        <w:t xml:space="preserve">a) </w:t>
      </w:r>
      <w:r>
        <w:rPr>
          <w:sz w:val="23"/>
        </w:rPr>
        <w:t>Trên đoạn OA, nước đá đang nóng chảy và vẫn nhận nhiệt lượng từ nguồn đun.</w:t>
      </w:r>
    </w:p>
    <w:p w14:paraId="37EDE7FF" w14:textId="77777777" w:rsidR="001609E1" w:rsidRDefault="001609E1" w:rsidP="001609E1">
      <w:pPr>
        <w:spacing w:after="8"/>
        <w:ind w:left="283"/>
      </w:pPr>
      <w:r>
        <w:rPr>
          <w:b/>
          <w:sz w:val="23"/>
        </w:rPr>
        <w:t xml:space="preserve">b) </w:t>
      </w:r>
      <w:r>
        <w:rPr>
          <w:sz w:val="23"/>
        </w:rPr>
        <w:t>Trên đoạn AB, nước ở thể lỏng và nhiệt độ tăng dần.</w:t>
      </w:r>
    </w:p>
    <w:p w14:paraId="3CE9E3CD" w14:textId="77777777" w:rsidR="001609E1" w:rsidRDefault="001609E1" w:rsidP="001609E1">
      <w:pPr>
        <w:spacing w:after="8"/>
        <w:ind w:left="283"/>
      </w:pPr>
      <w:r>
        <w:rPr>
          <w:b/>
          <w:sz w:val="23"/>
        </w:rPr>
        <w:t xml:space="preserve">c) </w:t>
      </w:r>
      <w:r>
        <w:rPr>
          <w:sz w:val="23"/>
        </w:rPr>
        <w:t>Trên đoạn BC, nước đang sôi; nhiệt độ không đổi nên động năng chuyển động nhiệt trung bình của các phân tử không tăng.</w:t>
      </w:r>
    </w:p>
    <w:p w14:paraId="73D4F1DB" w14:textId="77777777" w:rsidR="001609E1" w:rsidRDefault="001609E1" w:rsidP="001609E1">
      <w:pPr>
        <w:spacing w:after="8"/>
        <w:ind w:left="283"/>
      </w:pPr>
      <w:r>
        <w:rPr>
          <w:b/>
          <w:sz w:val="23"/>
        </w:rPr>
        <w:t xml:space="preserve">d) </w:t>
      </w:r>
      <w:r>
        <w:rPr>
          <w:sz w:val="23"/>
        </w:rPr>
        <w:t>Trong các đoạn OA và BC, nội năng của chất không thay đổi vì nhiệt độ không đổi.</w:t>
      </w:r>
    </w:p>
    <w:p w14:paraId="11ED8D18" w14:textId="77777777" w:rsidR="001609E1" w:rsidRDefault="001609E1">
      <w:pPr>
        <w:spacing w:before="40" w:after="40" w:line="240" w:lineRule="auto"/>
        <w:jc w:val="center"/>
      </w:pPr>
    </w:p>
    <w:p w14:paraId="0AE70951" w14:textId="77777777" w:rsidR="001609E1" w:rsidRDefault="001609E1" w:rsidP="001609E1">
      <w:pPr>
        <w:keepNext/>
        <w:spacing w:before="40" w:after="40" w:line="259" w:lineRule="auto"/>
      </w:pPr>
      <w:r>
        <w:rPr>
          <w:b/>
          <w:color w:val="C00000"/>
        </w:rPr>
        <w:t>Đáp án: a) Đúng; b) Đúng; c) Đúng; d) Sai</w:t>
      </w:r>
    </w:p>
    <w:p w14:paraId="0DC2F2BE" w14:textId="77777777" w:rsidR="001609E1" w:rsidRDefault="001609E1">
      <w:pPr>
        <w:spacing w:before="40" w:after="40" w:line="240" w:lineRule="auto"/>
        <w:jc w:val="center"/>
      </w:pPr>
    </w:p>
    <w:p w14:paraId="2CA49832" w14:textId="77777777" w:rsidR="00BF4363" w:rsidRDefault="00000000">
      <w:pPr>
        <w:spacing w:before="40" w:after="20" w:line="259" w:lineRule="auto"/>
        <w:ind w:left="170"/>
      </w:pPr>
      <w:r>
        <w:rPr>
          <w:b/>
        </w:rPr>
        <w:t xml:space="preserve">a) </w:t>
      </w:r>
      <w:r>
        <w:t>Trên đoạn OA, nước đá đang nóng chảy và vẫn nhận nhiệt lượng từ nguồn đun.</w:t>
      </w:r>
    </w:p>
    <w:p w14:paraId="416F70D5" w14:textId="77777777" w:rsidR="00BF4363" w:rsidRDefault="00000000">
      <w:pPr>
        <w:spacing w:after="60" w:line="259" w:lineRule="auto"/>
        <w:ind w:left="397"/>
      </w:pPr>
      <w:r>
        <w:rPr>
          <w:b/>
        </w:rPr>
        <w:t xml:space="preserve">Kết luận: </w:t>
      </w:r>
      <w:r>
        <w:rPr>
          <w:b/>
          <w:color w:val="008000"/>
        </w:rPr>
        <w:t>Đúng</w:t>
      </w:r>
      <w:r>
        <w:t>. Nhiệt độ không đổi nhưng nhiệt lượng nhận được làm tăng thế năng tương tác và phá vỡ cấu trúc tinh thể.</w:t>
      </w:r>
    </w:p>
    <w:p w14:paraId="6B487DD5" w14:textId="77777777" w:rsidR="00BF4363" w:rsidRDefault="00000000">
      <w:pPr>
        <w:spacing w:before="40" w:after="20" w:line="259" w:lineRule="auto"/>
        <w:ind w:left="170"/>
      </w:pPr>
      <w:r>
        <w:rPr>
          <w:b/>
        </w:rPr>
        <w:t xml:space="preserve">b) </w:t>
      </w:r>
      <w:r>
        <w:t>Trên đoạn AB, nước ở thể lỏng và nhiệt độ tăng dần.</w:t>
      </w:r>
    </w:p>
    <w:p w14:paraId="57104824" w14:textId="77777777" w:rsidR="00BF4363" w:rsidRDefault="00000000">
      <w:pPr>
        <w:spacing w:after="60" w:line="259" w:lineRule="auto"/>
        <w:ind w:left="397"/>
      </w:pPr>
      <w:r>
        <w:rPr>
          <w:b/>
        </w:rPr>
        <w:t xml:space="preserve">Kết luận: </w:t>
      </w:r>
      <w:r>
        <w:rPr>
          <w:b/>
          <w:color w:val="008000"/>
        </w:rPr>
        <w:t>Đúng</w:t>
      </w:r>
      <w:r>
        <w:t>. Sau khi nước đá tan hết, nhiệt lượng tiếp tục làm tăng nhiệt độ của nước lỏng.</w:t>
      </w:r>
    </w:p>
    <w:p w14:paraId="26AC7F58" w14:textId="77777777" w:rsidR="00BF4363" w:rsidRDefault="00000000">
      <w:pPr>
        <w:spacing w:before="40" w:after="20" w:line="259" w:lineRule="auto"/>
        <w:ind w:left="170"/>
      </w:pPr>
      <w:r>
        <w:rPr>
          <w:b/>
        </w:rPr>
        <w:t xml:space="preserve">c) </w:t>
      </w:r>
      <w:r>
        <w:t>Trên đoạn BC, nước đang sôi; nhiệt độ không đổi nên động năng chuyển động nhiệt trung bình của các phân tử không tăng.</w:t>
      </w:r>
    </w:p>
    <w:p w14:paraId="429E2CE2" w14:textId="77777777" w:rsidR="00BF4363" w:rsidRDefault="00000000">
      <w:pPr>
        <w:spacing w:after="60" w:line="259" w:lineRule="auto"/>
        <w:ind w:left="397"/>
      </w:pPr>
      <w:r>
        <w:rPr>
          <w:b/>
        </w:rPr>
        <w:lastRenderedPageBreak/>
        <w:t xml:space="preserve">Kết luận: </w:t>
      </w:r>
      <w:r>
        <w:rPr>
          <w:b/>
          <w:color w:val="008000"/>
        </w:rPr>
        <w:t>Đúng</w:t>
      </w:r>
      <w:r>
        <w:t>. Động năng chuyển động nhiệt trung bình phụ thuộc nhiệt độ. Trong lúc sôi, nhiệt độ không đổi nên đại lượng này không tăng.</w:t>
      </w:r>
    </w:p>
    <w:p w14:paraId="492CB2BE" w14:textId="77777777" w:rsidR="00BF4363" w:rsidRDefault="00000000">
      <w:pPr>
        <w:spacing w:before="40" w:after="20" w:line="259" w:lineRule="auto"/>
        <w:ind w:left="170"/>
      </w:pPr>
      <w:r>
        <w:rPr>
          <w:b/>
        </w:rPr>
        <w:t xml:space="preserve">d) </w:t>
      </w:r>
      <w:r>
        <w:t>Trong các đoạn OA và BC, nội năng của chất không thay đổi vì nhiệt độ không đổi.</w:t>
      </w:r>
    </w:p>
    <w:p w14:paraId="52D1F84A" w14:textId="77777777" w:rsidR="00BF4363" w:rsidRDefault="00000000">
      <w:pPr>
        <w:spacing w:after="60" w:line="259" w:lineRule="auto"/>
        <w:ind w:left="397"/>
      </w:pPr>
      <w:r>
        <w:rPr>
          <w:b/>
        </w:rPr>
        <w:t xml:space="preserve">Kết luận: </w:t>
      </w:r>
      <w:r>
        <w:rPr>
          <w:b/>
          <w:color w:val="C00000"/>
        </w:rPr>
        <w:t>Sai</w:t>
      </w:r>
      <w:r>
        <w:t>. Trong quá trình chuyển thể, chất vẫn nhận nhiệt lượng nên nội năng tăng; phần tăng chủ yếu thuộc thế năng tương tác giữa các phân tử.</w:t>
      </w:r>
    </w:p>
    <w:p w14:paraId="66459D61" w14:textId="77777777" w:rsidR="001609E1" w:rsidRDefault="001609E1" w:rsidP="001609E1">
      <w:pPr>
        <w:spacing w:after="20"/>
      </w:pPr>
      <w:r w:rsidRPr="001609E1">
        <w:rPr>
          <w:b/>
          <w:color w:val="002366"/>
          <w:sz w:val="23"/>
        </w:rPr>
        <w:t>Câu 3.</w:t>
      </w:r>
      <w:r>
        <w:rPr>
          <w:b/>
          <w:sz w:val="23"/>
        </w:rPr>
        <w:t xml:space="preserve"> </w:t>
      </w:r>
      <w:r>
        <w:rPr>
          <w:sz w:val="23"/>
        </w:rPr>
        <w:t xml:space="preserve">Đốt nóng khối khí trong xi lanh nằm ngang. Khí giãn nở, đẩy pít-tông từ vị trí </w:t>
      </w:r>
      <m:oMath>
        <m:d>
          <m:dPr>
            <m:ctrlPr>
              <w:rPr>
                <w:rFonts w:ascii="Cambria Math" w:hAnsi="Cambria Math"/>
              </w:rPr>
            </m:ctrlPr>
          </m:dPr>
          <m:e>
            <m:r>
              <w:rPr>
                <w:rFonts w:ascii="Cambria Math" w:hAnsi="Cambria Math"/>
              </w:rPr>
              <m:t>1</m:t>
            </m:r>
          </m:e>
        </m:d>
      </m:oMath>
      <w:r>
        <w:rPr>
          <w:sz w:val="23"/>
        </w:rPr>
        <w:t xml:space="preserve"> đến vị trí </w:t>
      </w:r>
      <m:oMath>
        <m:d>
          <m:dPr>
            <m:ctrlPr>
              <w:rPr>
                <w:rFonts w:ascii="Cambria Math" w:hAnsi="Cambria Math"/>
              </w:rPr>
            </m:ctrlPr>
          </m:dPr>
          <m:e>
            <m:r>
              <w:rPr>
                <w:rFonts w:ascii="Cambria Math" w:hAnsi="Cambria Math"/>
              </w:rPr>
              <m:t>2</m:t>
            </m:r>
          </m:e>
        </m:d>
      </m:oMath>
      <w:r>
        <w:rPr>
          <w:sz w:val="23"/>
        </w:rPr>
        <w:t xml:space="preserve">. Quy ước </w:t>
      </w:r>
      <m:oMath>
        <m:r>
          <w:rPr>
            <w:rFonts w:ascii="Cambria Math" w:hAnsi="Cambria Math"/>
          </w:rPr>
          <m:t>A</m:t>
        </m:r>
      </m:oMath>
      <w:r>
        <w:rPr>
          <w:sz w:val="23"/>
        </w:rPr>
        <w:t xml:space="preserve"> là công mà khí nhận được.</w:t>
      </w:r>
    </w:p>
    <w:p w14:paraId="17B36E67" w14:textId="77777777" w:rsidR="001609E1" w:rsidRDefault="001609E1" w:rsidP="001609E1">
      <w:pPr>
        <w:spacing w:after="20"/>
        <w:jc w:val="center"/>
      </w:pPr>
      <w:r w:rsidRPr="00E04629">
        <w:rPr>
          <w:rFonts w:cs="Times New Roman"/>
          <w:noProof/>
          <w:color w:val="000000" w:themeColor="text1"/>
          <w:szCs w:val="24"/>
        </w:rPr>
        <w:drawing>
          <wp:inline distT="0" distB="0" distL="0" distR="0" wp14:anchorId="5FCFCD9E" wp14:editId="42101AFD">
            <wp:extent cx="1951355" cy="1309370"/>
            <wp:effectExtent l="0" t="0" r="0" b="5080"/>
            <wp:docPr id="139507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93862" name=""/>
                    <pic:cNvPicPr/>
                  </pic:nvPicPr>
                  <pic:blipFill>
                    <a:blip r:embed="rId13">
                      <a:extLst>
                        <a:ext uri="{28A0092B-C50C-407E-A947-70E740481C1C}">
                          <a14:useLocalDpi xmlns:a14="http://schemas.microsoft.com/office/drawing/2010/main" val="0"/>
                        </a:ext>
                      </a:extLst>
                    </a:blip>
                    <a:stretch>
                      <a:fillRect/>
                    </a:stretch>
                  </pic:blipFill>
                  <pic:spPr>
                    <a:xfrm>
                      <a:off x="0" y="0"/>
                      <a:ext cx="1951355" cy="1309370"/>
                    </a:xfrm>
                    <a:prstGeom prst="rect">
                      <a:avLst/>
                    </a:prstGeom>
                  </pic:spPr>
                </pic:pic>
              </a:graphicData>
            </a:graphic>
          </wp:inline>
        </w:drawing>
      </w:r>
    </w:p>
    <w:p w14:paraId="599F28ED" w14:textId="77777777" w:rsidR="001609E1" w:rsidRDefault="001609E1" w:rsidP="001609E1">
      <w:pPr>
        <w:spacing w:after="8"/>
        <w:ind w:left="283"/>
      </w:pPr>
      <w:r>
        <w:rPr>
          <w:b/>
          <w:sz w:val="23"/>
        </w:rPr>
        <w:t xml:space="preserve">a) </w:t>
      </w:r>
      <w:r>
        <w:rPr>
          <w:sz w:val="23"/>
        </w:rPr>
        <w:t xml:space="preserve">Khối khí nhận nhiệt lượng nên </w:t>
      </w:r>
      <m:oMath>
        <m:r>
          <w:rPr>
            <w:rFonts w:ascii="Cambria Math" w:hAnsi="Cambria Math"/>
          </w:rPr>
          <m:t>Q</m:t>
        </m:r>
        <m:r>
          <m:rPr>
            <m:sty m:val="p"/>
          </m:rPr>
          <w:rPr>
            <w:rFonts w:ascii="Cambria Math" w:hAnsi="Cambria Math"/>
          </w:rPr>
          <m:t>&gt;</m:t>
        </m:r>
        <m:r>
          <w:rPr>
            <w:rFonts w:ascii="Cambria Math" w:hAnsi="Cambria Math"/>
          </w:rPr>
          <m:t>0</m:t>
        </m:r>
      </m:oMath>
      <w:r>
        <w:rPr>
          <w:sz w:val="23"/>
        </w:rPr>
        <w:t>.</w:t>
      </w:r>
    </w:p>
    <w:p w14:paraId="49F1FF30" w14:textId="77777777" w:rsidR="001609E1" w:rsidRDefault="001609E1" w:rsidP="001609E1">
      <w:pPr>
        <w:spacing w:after="8"/>
        <w:ind w:left="283"/>
      </w:pPr>
      <w:r>
        <w:rPr>
          <w:b/>
          <w:sz w:val="23"/>
        </w:rPr>
        <w:t xml:space="preserve">b) </w:t>
      </w:r>
      <w:r>
        <w:rPr>
          <w:sz w:val="23"/>
        </w:rPr>
        <w:t xml:space="preserve">Khối khí thực hiện công nên </w:t>
      </w:r>
      <m:oMath>
        <m:r>
          <w:rPr>
            <w:rFonts w:ascii="Cambria Math" w:hAnsi="Cambria Math"/>
          </w:rPr>
          <m:t>A</m:t>
        </m:r>
        <m:r>
          <m:rPr>
            <m:sty m:val="p"/>
          </m:rPr>
          <w:rPr>
            <w:rFonts w:ascii="Cambria Math" w:hAnsi="Cambria Math"/>
          </w:rPr>
          <m:t>&lt;</m:t>
        </m:r>
        <m:r>
          <w:rPr>
            <w:rFonts w:ascii="Cambria Math" w:hAnsi="Cambria Math"/>
          </w:rPr>
          <m:t>0</m:t>
        </m:r>
      </m:oMath>
      <w:r>
        <w:rPr>
          <w:sz w:val="23"/>
        </w:rPr>
        <w:t>.</w:t>
      </w:r>
    </w:p>
    <w:p w14:paraId="63D7AE46" w14:textId="77777777" w:rsidR="001609E1" w:rsidRDefault="001609E1" w:rsidP="001609E1">
      <w:pPr>
        <w:spacing w:after="8"/>
        <w:ind w:left="283"/>
      </w:pPr>
      <w:r>
        <w:rPr>
          <w:b/>
          <w:sz w:val="23"/>
        </w:rPr>
        <w:t xml:space="preserve">c) </w:t>
      </w:r>
      <w:r>
        <w:rPr>
          <w:sz w:val="23"/>
        </w:rPr>
        <w:t>Vì khối khí giãn nở nên nội năng của nó chắc chắn giảm.</w:t>
      </w:r>
    </w:p>
    <w:p w14:paraId="6445AB77" w14:textId="77777777" w:rsidR="001609E1" w:rsidRDefault="001609E1" w:rsidP="001609E1">
      <w:pPr>
        <w:spacing w:after="8"/>
        <w:ind w:left="283"/>
      </w:pPr>
      <w:r>
        <w:rPr>
          <w:b/>
          <w:sz w:val="23"/>
        </w:rPr>
        <w:t xml:space="preserve">d) </w:t>
      </w:r>
      <w:r>
        <w:rPr>
          <w:sz w:val="23"/>
        </w:rPr>
        <w:t xml:space="preserve">Nếu </w:t>
      </w:r>
      <m:oMath>
        <m:r>
          <w:rPr>
            <w:rFonts w:ascii="Cambria Math" w:hAnsi="Cambria Math"/>
          </w:rPr>
          <m:t>Q</m:t>
        </m:r>
        <m:r>
          <m:rPr>
            <m:sty m:val="p"/>
          </m:rPr>
          <w:rPr>
            <w:rFonts w:ascii="Cambria Math" w:hAnsi="Cambria Math"/>
          </w:rPr>
          <m:t>=</m:t>
        </m:r>
        <m:r>
          <w:rPr>
            <w:rFonts w:ascii="Cambria Math" w:hAnsi="Cambria Math"/>
          </w:rPr>
          <m:t>150 </m:t>
        </m:r>
        <m:r>
          <m:rPr>
            <m:sty m:val="p"/>
          </m:rPr>
          <w:rPr>
            <w:rFonts w:ascii="Cambria Math" w:hAnsi="Cambria Math"/>
          </w:rPr>
          <m:t>J</m:t>
        </m:r>
      </m:oMath>
      <w:r>
        <w:rPr>
          <w:sz w:val="23"/>
        </w:rPr>
        <w:t xml:space="preserve">, thể tích tăng từ </w:t>
      </w:r>
      <m:oMath>
        <m:r>
          <w:rPr>
            <w:rFonts w:ascii="Cambria Math" w:hAnsi="Cambria Math"/>
          </w:rPr>
          <m:t>20 </m:t>
        </m:r>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rPr>
          <w:sz w:val="23"/>
        </w:rPr>
        <w:t xml:space="preserve"> lên </w:t>
      </w:r>
      <m:oMath>
        <m:r>
          <w:rPr>
            <w:rFonts w:ascii="Cambria Math" w:hAnsi="Cambria Math"/>
          </w:rPr>
          <m:t>30 </m:t>
        </m:r>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rPr>
          <w:sz w:val="23"/>
        </w:rPr>
        <w:t xml:space="preserve"> ở áp suất không đổi </w:t>
      </w:r>
      <m:oMath>
        <m:r>
          <w:rPr>
            <w:rFonts w:ascii="Cambria Math" w:hAnsi="Cambria Math"/>
          </w:rPr>
          <m:t>5</m:t>
        </m:r>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Pa</m:t>
        </m:r>
      </m:oMath>
      <w:r>
        <w:rPr>
          <w:sz w:val="23"/>
        </w:rPr>
        <w:t xml:space="preserve"> thì độ biến thiên nội năng của khí bằng </w:t>
      </w:r>
      <m:oMath>
        <m:r>
          <w:rPr>
            <w:rFonts w:ascii="Cambria Math" w:hAnsi="Cambria Math"/>
          </w:rPr>
          <m:t>145 </m:t>
        </m:r>
        <m:r>
          <m:rPr>
            <m:sty m:val="p"/>
          </m:rPr>
          <w:rPr>
            <w:rFonts w:ascii="Cambria Math" w:hAnsi="Cambria Math"/>
          </w:rPr>
          <m:t>J</m:t>
        </m:r>
      </m:oMath>
      <w:r>
        <w:rPr>
          <w:sz w:val="23"/>
        </w:rPr>
        <w:t>.</w:t>
      </w:r>
    </w:p>
    <w:p w14:paraId="7ECBB78B" w14:textId="23C01801" w:rsidR="00BF4363" w:rsidRDefault="00BF4363">
      <w:pPr>
        <w:spacing w:before="40" w:after="40" w:line="240" w:lineRule="auto"/>
        <w:jc w:val="center"/>
      </w:pPr>
    </w:p>
    <w:p w14:paraId="1E26FDA4" w14:textId="77777777" w:rsidR="001609E1" w:rsidRDefault="001609E1" w:rsidP="001609E1">
      <w:pPr>
        <w:keepNext/>
        <w:spacing w:before="40" w:after="40" w:line="259" w:lineRule="auto"/>
      </w:pPr>
      <w:r>
        <w:rPr>
          <w:b/>
          <w:color w:val="C00000"/>
        </w:rPr>
        <w:t>Đáp án: a) Đúng; b) Đúng; c) Sai; d) Đúng</w:t>
      </w:r>
    </w:p>
    <w:p w14:paraId="3AB71ED7" w14:textId="77777777" w:rsidR="001609E1" w:rsidRDefault="001609E1">
      <w:pPr>
        <w:spacing w:before="40" w:after="40" w:line="240" w:lineRule="auto"/>
        <w:jc w:val="center"/>
      </w:pPr>
    </w:p>
    <w:p w14:paraId="684D589D" w14:textId="77777777" w:rsidR="00BF4363" w:rsidRDefault="00000000">
      <w:pPr>
        <w:spacing w:before="40" w:after="20" w:line="259" w:lineRule="auto"/>
        <w:ind w:left="170"/>
      </w:pPr>
      <w:r>
        <w:rPr>
          <w:b/>
        </w:rPr>
        <w:t xml:space="preserve">a) </w:t>
      </w:r>
      <w:r>
        <w:t xml:space="preserve">Khối khí nhận nhiệt lượng nên </w:t>
      </w:r>
      <m:oMath>
        <m:r>
          <w:rPr>
            <w:rFonts w:ascii="Cambria Math" w:hAnsi="Cambria Math"/>
          </w:rPr>
          <m:t>Q</m:t>
        </m:r>
        <m:r>
          <m:rPr>
            <m:sty m:val="p"/>
          </m:rPr>
          <w:rPr>
            <w:rFonts w:ascii="Cambria Math" w:hAnsi="Cambria Math"/>
          </w:rPr>
          <m:t>&gt;</m:t>
        </m:r>
        <m:r>
          <w:rPr>
            <w:rFonts w:ascii="Cambria Math" w:hAnsi="Cambria Math"/>
          </w:rPr>
          <m:t>0</m:t>
        </m:r>
      </m:oMath>
      <w:r>
        <w:t>.</w:t>
      </w:r>
    </w:p>
    <w:p w14:paraId="7A4D6875" w14:textId="77777777" w:rsidR="00BF4363" w:rsidRDefault="00000000">
      <w:pPr>
        <w:spacing w:after="60" w:line="259" w:lineRule="auto"/>
        <w:ind w:left="397"/>
      </w:pPr>
      <w:r>
        <w:rPr>
          <w:b/>
        </w:rPr>
        <w:t xml:space="preserve">Kết luận: </w:t>
      </w:r>
      <w:r>
        <w:rPr>
          <w:b/>
          <w:color w:val="008000"/>
        </w:rPr>
        <w:t>Đúng</w:t>
      </w:r>
      <w:r>
        <w:t>. Khí được đốt nóng, do đó nhiệt lượng truyền vào khí mang dấu dương.</w:t>
      </w:r>
    </w:p>
    <w:p w14:paraId="06AD4027" w14:textId="77777777" w:rsidR="00BF4363" w:rsidRDefault="00000000">
      <w:pPr>
        <w:spacing w:before="40" w:after="20" w:line="259" w:lineRule="auto"/>
        <w:ind w:left="170"/>
      </w:pPr>
      <w:r>
        <w:rPr>
          <w:b/>
        </w:rPr>
        <w:t xml:space="preserve">b) </w:t>
      </w:r>
      <w:r>
        <w:t xml:space="preserve">Khối khí thực hiện công nên </w:t>
      </w:r>
      <m:oMath>
        <m:r>
          <w:rPr>
            <w:rFonts w:ascii="Cambria Math" w:hAnsi="Cambria Math"/>
          </w:rPr>
          <m:t>A</m:t>
        </m:r>
        <m:r>
          <m:rPr>
            <m:sty m:val="p"/>
          </m:rPr>
          <w:rPr>
            <w:rFonts w:ascii="Cambria Math" w:hAnsi="Cambria Math"/>
          </w:rPr>
          <m:t>&lt;</m:t>
        </m:r>
        <m:r>
          <w:rPr>
            <w:rFonts w:ascii="Cambria Math" w:hAnsi="Cambria Math"/>
          </w:rPr>
          <m:t>0</m:t>
        </m:r>
      </m:oMath>
      <w:r>
        <w:t>.</w:t>
      </w:r>
    </w:p>
    <w:p w14:paraId="3F82BE28" w14:textId="77777777" w:rsidR="00BF4363" w:rsidRDefault="00000000">
      <w:pPr>
        <w:spacing w:after="60" w:line="259" w:lineRule="auto"/>
        <w:ind w:left="397"/>
      </w:pPr>
      <w:r>
        <w:rPr>
          <w:b/>
        </w:rPr>
        <w:t xml:space="preserve">Kết luận: </w:t>
      </w:r>
      <w:r>
        <w:rPr>
          <w:b/>
          <w:color w:val="008000"/>
        </w:rPr>
        <w:t>Đúng</w:t>
      </w:r>
      <w:r>
        <w:t xml:space="preserve">. Theo quy ước của đề, </w:t>
      </w:r>
      <m:oMath>
        <m:r>
          <w:rPr>
            <w:rFonts w:ascii="Cambria Math" w:hAnsi="Cambria Math"/>
          </w:rPr>
          <m:t>A</m:t>
        </m:r>
      </m:oMath>
      <w:r>
        <w:t xml:space="preserve"> là công mà khí nhận. Khi khí thực hiện công lên pít-tông, khí nhận công âm.</w:t>
      </w:r>
    </w:p>
    <w:p w14:paraId="15C5E1E5" w14:textId="77777777" w:rsidR="00BF4363" w:rsidRDefault="00000000">
      <w:pPr>
        <w:spacing w:before="40" w:after="20" w:line="259" w:lineRule="auto"/>
        <w:ind w:left="170"/>
      </w:pPr>
      <w:r>
        <w:rPr>
          <w:b/>
        </w:rPr>
        <w:t xml:space="preserve">c) </w:t>
      </w:r>
      <w:r>
        <w:t>Vì khối khí giãn nở nên nội năng của nó chắc chắn giảm.</w:t>
      </w:r>
    </w:p>
    <w:p w14:paraId="6377CE1A" w14:textId="77777777" w:rsidR="00BF4363" w:rsidRDefault="00000000">
      <w:pPr>
        <w:spacing w:after="60" w:line="259" w:lineRule="auto"/>
        <w:ind w:left="397"/>
      </w:pPr>
      <w:r>
        <w:rPr>
          <w:b/>
        </w:rPr>
        <w:t xml:space="preserve">Kết luận: </w:t>
      </w:r>
      <w:r>
        <w:rPr>
          <w:b/>
          <w:color w:val="C00000"/>
        </w:rPr>
        <w:t>Sai</w:t>
      </w:r>
      <w:r>
        <w:t xml:space="preserve">. Độ biến thiên nội năng phụ thuộc cả nhiệt lượng và công: </w:t>
      </w:r>
      <m:oMath>
        <m:r>
          <w:rPr>
            <w:rFonts w:ascii="Cambria Math" w:hAnsi="Cambria Math"/>
          </w:rPr>
          <m:t>ΔU</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Q</m:t>
        </m:r>
      </m:oMath>
      <w:r>
        <w:t>. Khí vừa nhận nhiệt vừa thực hiện công nên chưa thể kết luận nội năng giảm nếu không so sánh độ lớn hai đại lượng.</w:t>
      </w:r>
    </w:p>
    <w:p w14:paraId="062AB954" w14:textId="77777777" w:rsidR="00BF4363" w:rsidRDefault="00000000">
      <w:pPr>
        <w:spacing w:before="40" w:after="20" w:line="259" w:lineRule="auto"/>
        <w:ind w:left="170"/>
      </w:pPr>
      <w:r>
        <w:rPr>
          <w:b/>
        </w:rPr>
        <w:t xml:space="preserve">d) </w:t>
      </w:r>
      <w:r>
        <w:t xml:space="preserve">Nếu </w:t>
      </w:r>
      <m:oMath>
        <m:r>
          <w:rPr>
            <w:rFonts w:ascii="Cambria Math" w:hAnsi="Cambria Math"/>
          </w:rPr>
          <m:t>Q</m:t>
        </m:r>
        <m:r>
          <m:rPr>
            <m:sty m:val="p"/>
          </m:rPr>
          <w:rPr>
            <w:rFonts w:ascii="Cambria Math" w:hAnsi="Cambria Math"/>
          </w:rPr>
          <m:t>=</m:t>
        </m:r>
        <m:r>
          <w:rPr>
            <w:rFonts w:ascii="Cambria Math" w:hAnsi="Cambria Math"/>
          </w:rPr>
          <m:t>150 </m:t>
        </m:r>
        <m:r>
          <m:rPr>
            <m:sty m:val="p"/>
          </m:rPr>
          <w:rPr>
            <w:rFonts w:ascii="Cambria Math" w:hAnsi="Cambria Math"/>
          </w:rPr>
          <m:t>J</m:t>
        </m:r>
      </m:oMath>
      <w:r>
        <w:t xml:space="preserve">, thể tích tăng từ </w:t>
      </w:r>
      <m:oMath>
        <m:r>
          <w:rPr>
            <w:rFonts w:ascii="Cambria Math" w:hAnsi="Cambria Math"/>
          </w:rPr>
          <m:t>20 </m:t>
        </m:r>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t xml:space="preserve"> lên </w:t>
      </w:r>
      <m:oMath>
        <m:r>
          <w:rPr>
            <w:rFonts w:ascii="Cambria Math" w:hAnsi="Cambria Math"/>
          </w:rPr>
          <m:t>30 </m:t>
        </m:r>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t xml:space="preserve"> ở áp suất không đổi </w:t>
      </w:r>
      <m:oMath>
        <m:r>
          <w:rPr>
            <w:rFonts w:ascii="Cambria Math" w:hAnsi="Cambria Math"/>
          </w:rPr>
          <m:t>5</m:t>
        </m:r>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Pa</m:t>
        </m:r>
      </m:oMath>
      <w:r>
        <w:t xml:space="preserve"> thì độ biến thiên nội năng của khí bằng </w:t>
      </w:r>
      <m:oMath>
        <m:r>
          <w:rPr>
            <w:rFonts w:ascii="Cambria Math" w:hAnsi="Cambria Math"/>
          </w:rPr>
          <m:t>145 </m:t>
        </m:r>
        <m:r>
          <m:rPr>
            <m:sty m:val="p"/>
          </m:rPr>
          <w:rPr>
            <w:rFonts w:ascii="Cambria Math" w:hAnsi="Cambria Math"/>
          </w:rPr>
          <m:t>J</m:t>
        </m:r>
      </m:oMath>
      <w:r>
        <w:t>.</w:t>
      </w:r>
    </w:p>
    <w:p w14:paraId="301484FD" w14:textId="77777777" w:rsidR="00BF4363" w:rsidRDefault="00000000">
      <w:pPr>
        <w:spacing w:after="60" w:line="259" w:lineRule="auto"/>
        <w:ind w:left="397"/>
      </w:pPr>
      <w:r>
        <w:rPr>
          <w:b/>
        </w:rPr>
        <w:t xml:space="preserve">Kết luận: </w:t>
      </w:r>
      <w:r>
        <w:rPr>
          <w:b/>
          <w:color w:val="008000"/>
        </w:rPr>
        <w:t>Đúng</w:t>
      </w:r>
      <w:r>
        <w:t xml:space="preserve">. </w:t>
      </w:r>
      <m:oMath>
        <m:r>
          <w:rPr>
            <w:rFonts w:ascii="Cambria Math" w:hAnsi="Cambria Math"/>
          </w:rPr>
          <m:t>ΔV</m:t>
        </m:r>
        <m:r>
          <m:rPr>
            <m:sty m:val="p"/>
          </m:rPr>
          <w:rPr>
            <w:rFonts w:ascii="Cambria Math" w:hAnsi="Cambria Math"/>
          </w:rPr>
          <m:t>=</m:t>
        </m:r>
        <m:r>
          <w:rPr>
            <w:rFonts w:ascii="Cambria Math" w:hAnsi="Cambria Math"/>
          </w:rPr>
          <m:t>10 </m:t>
        </m:r>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5</m:t>
            </m:r>
          </m:sup>
        </m:sSup>
        <m:r>
          <w:rPr>
            <w:rFonts w:ascii="Cambria Math" w:hAnsi="Cambria Math"/>
          </w:rPr>
          <m:t>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t xml:space="preserve">; công khí nhận </w:t>
      </w:r>
      <m:oMath>
        <m:r>
          <w:rPr>
            <w:rFonts w:ascii="Cambria Math" w:hAnsi="Cambria Math"/>
          </w:rPr>
          <m:t>A</m:t>
        </m:r>
        <m:r>
          <m:rPr>
            <m:sty m:val="p"/>
          </m:rPr>
          <w:rPr>
            <w:rFonts w:ascii="Cambria Math" w:hAnsi="Cambria Math"/>
          </w:rPr>
          <m:t>=-</m:t>
        </m:r>
        <m:r>
          <w:rPr>
            <w:rFonts w:ascii="Cambria Math" w:hAnsi="Cambria Math"/>
          </w:rPr>
          <m:t>pΔV</m:t>
        </m:r>
        <m:r>
          <m:rPr>
            <m:sty m:val="p"/>
          </m:rPr>
          <w:rPr>
            <w:rFonts w:ascii="Cambria Math" w:hAnsi="Cambria Math"/>
          </w:rPr>
          <m:t>=-</m:t>
        </m:r>
        <m:r>
          <w:rPr>
            <w:rFonts w:ascii="Cambria Math" w:hAnsi="Cambria Math"/>
          </w:rPr>
          <m:t>5 </m:t>
        </m:r>
        <m:r>
          <m:rPr>
            <m:sty m:val="p"/>
          </m:rPr>
          <w:rPr>
            <w:rFonts w:ascii="Cambria Math" w:hAnsi="Cambria Math"/>
          </w:rPr>
          <m:t>J</m:t>
        </m:r>
      </m:oMath>
      <w:r>
        <w:t xml:space="preserve">; do đó </w:t>
      </w:r>
      <m:oMath>
        <m:r>
          <w:rPr>
            <w:rFonts w:ascii="Cambria Math" w:hAnsi="Cambria Math"/>
          </w:rPr>
          <m:t>ΔU</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150</m:t>
        </m:r>
        <m:r>
          <m:rPr>
            <m:sty m:val="p"/>
          </m:rPr>
          <w:rPr>
            <w:rFonts w:ascii="Cambria Math" w:hAnsi="Cambria Math"/>
          </w:rPr>
          <m:t>=</m:t>
        </m:r>
        <m:r>
          <w:rPr>
            <w:rFonts w:ascii="Cambria Math" w:hAnsi="Cambria Math"/>
          </w:rPr>
          <m:t>145 </m:t>
        </m:r>
        <m:r>
          <m:rPr>
            <m:sty m:val="p"/>
          </m:rPr>
          <w:rPr>
            <w:rFonts w:ascii="Cambria Math" w:hAnsi="Cambria Math"/>
          </w:rPr>
          <m:t>J</m:t>
        </m:r>
      </m:oMath>
      <w:r>
        <w:t>.</w:t>
      </w:r>
    </w:p>
    <w:p w14:paraId="34AA6624" w14:textId="77777777" w:rsidR="001609E1" w:rsidRDefault="001609E1" w:rsidP="001609E1">
      <w:pPr>
        <w:spacing w:after="20"/>
      </w:pPr>
      <w:r w:rsidRPr="001609E1">
        <w:rPr>
          <w:b/>
          <w:color w:val="002366"/>
          <w:sz w:val="23"/>
        </w:rPr>
        <w:t xml:space="preserve">Câu 4. </w:t>
      </w:r>
      <w:r>
        <w:rPr>
          <w:sz w:val="23"/>
        </w:rPr>
        <w:t xml:space="preserve">Một cuộn dây thiếc hàn có khối lượng </w:t>
      </w:r>
      <m:oMath>
        <m:r>
          <w:rPr>
            <w:rFonts w:ascii="Cambria Math" w:hAnsi="Cambria Math"/>
          </w:rPr>
          <m:t>55 </m:t>
        </m:r>
        <m:r>
          <m:rPr>
            <m:sty m:val="p"/>
          </m:rPr>
          <w:rPr>
            <w:rFonts w:ascii="Cambria Math" w:hAnsi="Cambria Math"/>
          </w:rPr>
          <m:t>g</m:t>
        </m:r>
      </m:oMath>
      <w:r>
        <w:rPr>
          <w:sz w:val="23"/>
        </w:rPr>
        <w:t xml:space="preserve">, gồm thiếc và chì theo tỉ lệ khối lượng </w:t>
      </w:r>
      <m:oMath>
        <m:r>
          <w:rPr>
            <w:rFonts w:ascii="Cambria Math" w:hAnsi="Cambria Math"/>
          </w:rPr>
          <m:t>60</m:t>
        </m:r>
        <m:r>
          <m:rPr>
            <m:sty m:val="p"/>
          </m:rPr>
          <w:rPr>
            <w:rFonts w:ascii="Cambria Math" w:hAnsi="Cambria Math"/>
          </w:rPr>
          <m:t>:</m:t>
        </m:r>
        <m:r>
          <w:rPr>
            <w:rFonts w:ascii="Cambria Math" w:hAnsi="Cambria Math"/>
          </w:rPr>
          <m:t>40</m:t>
        </m:r>
      </m:oMath>
      <w:r>
        <w:rPr>
          <w:sz w:val="23"/>
        </w:rPr>
        <w:t xml:space="preserve">. Biết </w:t>
      </w:r>
      <m:oMath>
        <m:sSub>
          <m:sSubPr>
            <m:ctrlPr>
              <w:rPr>
                <w:rFonts w:ascii="Cambria Math" w:hAnsi="Cambria Math"/>
              </w:rPr>
            </m:ctrlPr>
          </m:sSubPr>
          <m:e>
            <m:r>
              <w:rPr>
                <w:rFonts w:ascii="Cambria Math" w:hAnsi="Cambria Math"/>
              </w:rPr>
              <m:t>λ</m:t>
            </m:r>
          </m:e>
          <m:sub>
            <m:r>
              <w:rPr>
                <w:rFonts w:ascii="Cambria Math" w:hAnsi="Cambria Math"/>
              </w:rPr>
              <m:t>1</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61</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J/kg</m:t>
        </m:r>
      </m:oMath>
      <w:r>
        <w:rPr>
          <w:sz w:val="23"/>
        </w:rPr>
        <w:t xml:space="preserve"> đối với thiếc và </w:t>
      </w:r>
      <m:oMath>
        <m:sSub>
          <m:sSubPr>
            <m:ctrlPr>
              <w:rPr>
                <w:rFonts w:ascii="Cambria Math" w:hAnsi="Cambria Math"/>
              </w:rPr>
            </m:ctrlPr>
          </m:sSubPr>
          <m:e>
            <m:r>
              <w:rPr>
                <w:rFonts w:ascii="Cambria Math" w:hAnsi="Cambria Math"/>
              </w:rPr>
              <m:t>λ</m:t>
            </m:r>
          </m:e>
          <m:sub>
            <m:r>
              <w:rPr>
                <w:rFonts w:ascii="Cambria Math" w:hAnsi="Cambria Math"/>
              </w:rPr>
              <m:t>2</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J/kg</m:t>
        </m:r>
      </m:oMath>
      <w:r>
        <w:rPr>
          <w:sz w:val="23"/>
        </w:rPr>
        <w:t xml:space="preserve"> đối với chì. Bỏ qua hao phí nhiệt.</w:t>
      </w:r>
    </w:p>
    <w:p w14:paraId="081D4F9E" w14:textId="77777777" w:rsidR="001609E1" w:rsidRDefault="001609E1" w:rsidP="001609E1">
      <w:pPr>
        <w:spacing w:after="8"/>
        <w:ind w:left="283"/>
      </w:pPr>
      <w:r>
        <w:rPr>
          <w:b/>
          <w:sz w:val="23"/>
        </w:rPr>
        <w:t xml:space="preserve">a) </w:t>
      </w:r>
      <w:r>
        <w:rPr>
          <w:sz w:val="23"/>
        </w:rPr>
        <w:t xml:space="preserve">Khối lượng thiếc và chì trong cuộn dây lần lượt là </w:t>
      </w:r>
      <m:oMath>
        <m:r>
          <w:rPr>
            <w:rFonts w:ascii="Cambria Math" w:hAnsi="Cambria Math"/>
          </w:rPr>
          <m:t>33 </m:t>
        </m:r>
        <m:r>
          <m:rPr>
            <m:sty m:val="p"/>
          </m:rPr>
          <w:rPr>
            <w:rFonts w:ascii="Cambria Math" w:hAnsi="Cambria Math"/>
          </w:rPr>
          <m:t>g</m:t>
        </m:r>
      </m:oMath>
      <w:r>
        <w:rPr>
          <w:sz w:val="23"/>
        </w:rPr>
        <w:t xml:space="preserve"> và </w:t>
      </w:r>
      <m:oMath>
        <m:r>
          <w:rPr>
            <w:rFonts w:ascii="Cambria Math" w:hAnsi="Cambria Math"/>
          </w:rPr>
          <m:t>22 </m:t>
        </m:r>
        <m:r>
          <m:rPr>
            <m:sty m:val="p"/>
          </m:rPr>
          <w:rPr>
            <w:rFonts w:ascii="Cambria Math" w:hAnsi="Cambria Math"/>
          </w:rPr>
          <m:t>g</m:t>
        </m:r>
      </m:oMath>
      <w:r>
        <w:rPr>
          <w:sz w:val="23"/>
        </w:rPr>
        <w:t>.</w:t>
      </w:r>
    </w:p>
    <w:p w14:paraId="67842063" w14:textId="77777777" w:rsidR="001609E1" w:rsidRDefault="001609E1" w:rsidP="001609E1">
      <w:pPr>
        <w:spacing w:after="8"/>
        <w:ind w:left="283"/>
      </w:pPr>
      <w:r>
        <w:rPr>
          <w:b/>
          <w:sz w:val="23"/>
        </w:rPr>
        <w:t xml:space="preserve">b) </w:t>
      </w:r>
      <w:r>
        <w:rPr>
          <w:sz w:val="23"/>
        </w:rPr>
        <w:t xml:space="preserve">Nhiệt lượng cần cung cấp để làm nóng chảy hoàn toàn cuộn dây ở nhiệt độ nóng chảy là </w:t>
      </w:r>
      <m:oMath>
        <m:r>
          <w:rPr>
            <w:rFonts w:ascii="Cambria Math" w:hAnsi="Cambria Math"/>
          </w:rPr>
          <m:t>2</m:t>
        </m:r>
        <m:r>
          <m:rPr>
            <m:sty m:val="p"/>
          </m:rPr>
          <w:rPr>
            <w:rFonts w:ascii="Cambria Math" w:hAnsi="Cambria Math"/>
          </w:rPr>
          <m:t>,</m:t>
        </m:r>
        <m:r>
          <w:rPr>
            <w:rFonts w:ascii="Cambria Math" w:hAnsi="Cambria Math"/>
          </w:rPr>
          <m:t>563 </m:t>
        </m:r>
        <m:r>
          <m:rPr>
            <m:sty m:val="p"/>
          </m:rPr>
          <w:rPr>
            <w:rFonts w:ascii="Cambria Math" w:hAnsi="Cambria Math"/>
          </w:rPr>
          <m:t>kJ</m:t>
        </m:r>
      </m:oMath>
      <w:r>
        <w:rPr>
          <w:sz w:val="23"/>
        </w:rPr>
        <w:t>.</w:t>
      </w:r>
    </w:p>
    <w:p w14:paraId="52DB5473" w14:textId="77777777" w:rsidR="001609E1" w:rsidRDefault="001609E1" w:rsidP="001609E1">
      <w:pPr>
        <w:spacing w:after="8"/>
        <w:ind w:left="283"/>
      </w:pPr>
      <w:r>
        <w:rPr>
          <w:b/>
          <w:sz w:val="23"/>
        </w:rPr>
        <w:t xml:space="preserve">c) </w:t>
      </w:r>
      <w:r>
        <w:rPr>
          <w:sz w:val="23"/>
        </w:rPr>
        <w:t xml:space="preserve">Nhiệt nóng chảy riêng tương đương của cuộn dây là </w:t>
      </w:r>
      <m:oMath>
        <m:r>
          <w:rPr>
            <w:rFonts w:ascii="Cambria Math" w:hAnsi="Cambria Math"/>
          </w:rPr>
          <m:t>0</m:t>
        </m:r>
        <m:r>
          <m:rPr>
            <m:sty m:val="p"/>
          </m:rPr>
          <w:rPr>
            <w:rFonts w:ascii="Cambria Math" w:hAnsi="Cambria Math"/>
          </w:rPr>
          <m:t>,</m:t>
        </m:r>
        <m:r>
          <w:rPr>
            <w:rFonts w:ascii="Cambria Math" w:hAnsi="Cambria Math"/>
          </w:rPr>
          <m:t>466</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J/kg</m:t>
        </m:r>
      </m:oMath>
      <w:r>
        <w:rPr>
          <w:sz w:val="23"/>
        </w:rPr>
        <w:t>.</w:t>
      </w:r>
    </w:p>
    <w:p w14:paraId="43439B7D" w14:textId="77777777" w:rsidR="001609E1" w:rsidRDefault="001609E1" w:rsidP="001609E1">
      <w:pPr>
        <w:spacing w:after="8"/>
        <w:ind w:left="283"/>
      </w:pPr>
      <w:r>
        <w:rPr>
          <w:b/>
          <w:sz w:val="23"/>
        </w:rPr>
        <w:t xml:space="preserve">d) </w:t>
      </w:r>
      <w:r>
        <w:rPr>
          <w:sz w:val="23"/>
        </w:rPr>
        <w:t>Nhiệt lượng làm nóng chảy phần thiếc gấp 1,5 lần nhiệt lượng làm nóng chảy phần chì.</w:t>
      </w:r>
    </w:p>
    <w:p w14:paraId="10749553" w14:textId="77777777" w:rsidR="001609E1" w:rsidRDefault="001609E1" w:rsidP="001609E1">
      <w:pPr>
        <w:keepNext/>
        <w:spacing w:before="40" w:after="40" w:line="259" w:lineRule="auto"/>
      </w:pPr>
      <w:r>
        <w:rPr>
          <w:b/>
          <w:color w:val="C00000"/>
        </w:rPr>
        <w:t>Đáp án: a) Đúng; b) Đúng; c) Đúng; d) Sai</w:t>
      </w:r>
    </w:p>
    <w:p w14:paraId="64FD36C8" w14:textId="77777777" w:rsidR="00BF4363" w:rsidRDefault="00000000">
      <w:pPr>
        <w:spacing w:before="40" w:after="20" w:line="259" w:lineRule="auto"/>
        <w:ind w:left="170"/>
      </w:pPr>
      <w:r>
        <w:rPr>
          <w:b/>
        </w:rPr>
        <w:t xml:space="preserve">a) </w:t>
      </w:r>
      <w:r>
        <w:t xml:space="preserve">Khối lượng thiếc và chì trong cuộn dây lần lượt là </w:t>
      </w:r>
      <m:oMath>
        <m:r>
          <w:rPr>
            <w:rFonts w:ascii="Cambria Math" w:hAnsi="Cambria Math"/>
          </w:rPr>
          <m:t>33 </m:t>
        </m:r>
        <m:r>
          <m:rPr>
            <m:sty m:val="p"/>
          </m:rPr>
          <w:rPr>
            <w:rFonts w:ascii="Cambria Math" w:hAnsi="Cambria Math"/>
          </w:rPr>
          <m:t>g</m:t>
        </m:r>
      </m:oMath>
      <w:r>
        <w:t xml:space="preserve"> và </w:t>
      </w:r>
      <m:oMath>
        <m:r>
          <w:rPr>
            <w:rFonts w:ascii="Cambria Math" w:hAnsi="Cambria Math"/>
          </w:rPr>
          <m:t>22 </m:t>
        </m:r>
        <m:r>
          <m:rPr>
            <m:sty m:val="p"/>
          </m:rPr>
          <w:rPr>
            <w:rFonts w:ascii="Cambria Math" w:hAnsi="Cambria Math"/>
          </w:rPr>
          <m:t>g</m:t>
        </m:r>
      </m:oMath>
      <w:r>
        <w:t>.</w:t>
      </w:r>
    </w:p>
    <w:p w14:paraId="612B7B95" w14:textId="77777777" w:rsidR="00BF4363" w:rsidRDefault="00000000">
      <w:pPr>
        <w:spacing w:after="60" w:line="259" w:lineRule="auto"/>
        <w:ind w:left="397"/>
      </w:pPr>
      <w:r>
        <w:rPr>
          <w:b/>
        </w:rPr>
        <w:t xml:space="preserve">Kết luận: </w:t>
      </w:r>
      <w:r>
        <w:rPr>
          <w:b/>
          <w:color w:val="008000"/>
        </w:rPr>
        <w:t>Đúng</w:t>
      </w:r>
      <w:r>
        <w:t xml:space="preserve">. </w:t>
      </w:r>
      <m:oMath>
        <m:sSub>
          <m:sSubPr>
            <m:ctrlPr>
              <w:rPr>
                <w:rFonts w:ascii="Cambria Math" w:hAnsi="Cambria Math"/>
              </w:rPr>
            </m:ctrlPr>
          </m:sSubPr>
          <m:e>
            <m:r>
              <w:rPr>
                <w:rFonts w:ascii="Cambria Math" w:hAnsi="Cambria Math"/>
              </w:rPr>
              <m:t>m</m:t>
            </m:r>
          </m:e>
          <m:sub>
            <m:r>
              <m:rPr>
                <m:sty m:val="p"/>
              </m:rPr>
              <w:rPr>
                <w:rFonts w:ascii="Cambria Math" w:hAnsi="Cambria Math"/>
              </w:rPr>
              <m:t>Sn</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60</m:t>
        </m:r>
        <m:r>
          <m:rPr>
            <m:sty m:val="p"/>
          </m:rPr>
          <w:rPr>
            <w:rFonts w:ascii="Cambria Math" w:hAnsi="Cambria Math"/>
          </w:rPr>
          <m:t>×</m:t>
        </m:r>
        <m:r>
          <w:rPr>
            <w:rFonts w:ascii="Cambria Math" w:hAnsi="Cambria Math"/>
          </w:rPr>
          <m:t>55</m:t>
        </m:r>
        <m:r>
          <m:rPr>
            <m:sty m:val="p"/>
          </m:rPr>
          <w:rPr>
            <w:rFonts w:ascii="Cambria Math" w:hAnsi="Cambria Math"/>
          </w:rPr>
          <m:t>=</m:t>
        </m:r>
        <m:r>
          <w:rPr>
            <w:rFonts w:ascii="Cambria Math" w:hAnsi="Cambria Math"/>
          </w:rPr>
          <m:t>33 </m:t>
        </m:r>
        <m:r>
          <m:rPr>
            <m:sty m:val="p"/>
          </m:rPr>
          <w:rPr>
            <w:rFonts w:ascii="Cambria Math" w:hAnsi="Cambria Math"/>
          </w:rPr>
          <m:t>g</m:t>
        </m:r>
      </m:oMath>
      <w:r>
        <w:t xml:space="preserve">, </w:t>
      </w:r>
      <m:oMath>
        <m:sSub>
          <m:sSubPr>
            <m:ctrlPr>
              <w:rPr>
                <w:rFonts w:ascii="Cambria Math" w:hAnsi="Cambria Math"/>
              </w:rPr>
            </m:ctrlPr>
          </m:sSubPr>
          <m:e>
            <m:r>
              <w:rPr>
                <w:rFonts w:ascii="Cambria Math" w:hAnsi="Cambria Math"/>
              </w:rPr>
              <m:t>m</m:t>
            </m:r>
          </m:e>
          <m:sub>
            <m:r>
              <m:rPr>
                <m:sty m:val="p"/>
              </m:rPr>
              <w:rPr>
                <w:rFonts w:ascii="Cambria Math" w:hAnsi="Cambria Math"/>
              </w:rPr>
              <m:t>Pb</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40</m:t>
        </m:r>
        <m:r>
          <m:rPr>
            <m:sty m:val="p"/>
          </m:rPr>
          <w:rPr>
            <w:rFonts w:ascii="Cambria Math" w:hAnsi="Cambria Math"/>
          </w:rPr>
          <m:t>×</m:t>
        </m:r>
        <m:r>
          <w:rPr>
            <w:rFonts w:ascii="Cambria Math" w:hAnsi="Cambria Math"/>
          </w:rPr>
          <m:t>55</m:t>
        </m:r>
        <m:r>
          <m:rPr>
            <m:sty m:val="p"/>
          </m:rPr>
          <w:rPr>
            <w:rFonts w:ascii="Cambria Math" w:hAnsi="Cambria Math"/>
          </w:rPr>
          <m:t>=</m:t>
        </m:r>
        <m:r>
          <w:rPr>
            <w:rFonts w:ascii="Cambria Math" w:hAnsi="Cambria Math"/>
          </w:rPr>
          <m:t>22 </m:t>
        </m:r>
        <m:r>
          <m:rPr>
            <m:sty m:val="p"/>
          </m:rPr>
          <w:rPr>
            <w:rFonts w:ascii="Cambria Math" w:hAnsi="Cambria Math"/>
          </w:rPr>
          <m:t>g</m:t>
        </m:r>
      </m:oMath>
      <w:r>
        <w:t>.</w:t>
      </w:r>
    </w:p>
    <w:p w14:paraId="5C30F6AB" w14:textId="77777777" w:rsidR="00BF4363" w:rsidRDefault="00000000">
      <w:pPr>
        <w:spacing w:before="40" w:after="20" w:line="259" w:lineRule="auto"/>
        <w:ind w:left="170"/>
      </w:pPr>
      <w:r>
        <w:rPr>
          <w:b/>
        </w:rPr>
        <w:lastRenderedPageBreak/>
        <w:t xml:space="preserve">b) </w:t>
      </w:r>
      <w:r>
        <w:t xml:space="preserve">Nhiệt lượng cần cung cấp để làm nóng chảy hoàn toàn cuộn dây ở nhiệt độ nóng chảy là </w:t>
      </w:r>
      <m:oMath>
        <m:r>
          <w:rPr>
            <w:rFonts w:ascii="Cambria Math" w:hAnsi="Cambria Math"/>
          </w:rPr>
          <m:t>2</m:t>
        </m:r>
        <m:r>
          <m:rPr>
            <m:sty m:val="p"/>
          </m:rPr>
          <w:rPr>
            <w:rFonts w:ascii="Cambria Math" w:hAnsi="Cambria Math"/>
          </w:rPr>
          <m:t>,</m:t>
        </m:r>
        <m:r>
          <w:rPr>
            <w:rFonts w:ascii="Cambria Math" w:hAnsi="Cambria Math"/>
          </w:rPr>
          <m:t>563 </m:t>
        </m:r>
        <m:r>
          <m:rPr>
            <m:sty m:val="p"/>
          </m:rPr>
          <w:rPr>
            <w:rFonts w:ascii="Cambria Math" w:hAnsi="Cambria Math"/>
          </w:rPr>
          <m:t>kJ</m:t>
        </m:r>
      </m:oMath>
      <w:r>
        <w:t>.</w:t>
      </w:r>
    </w:p>
    <w:p w14:paraId="5D73DB68" w14:textId="77777777" w:rsidR="00BF4363" w:rsidRDefault="00000000">
      <w:pPr>
        <w:spacing w:after="60" w:line="259" w:lineRule="auto"/>
        <w:ind w:left="397"/>
      </w:pPr>
      <w:r>
        <w:rPr>
          <w:b/>
        </w:rPr>
        <w:t xml:space="preserve">Kết luận: </w:t>
      </w:r>
      <w:r>
        <w:rPr>
          <w:b/>
          <w:color w:val="008000"/>
        </w:rPr>
        <w:t>Đúng</w:t>
      </w:r>
      <w:r>
        <w:t xml:space="preserve">. </w:t>
      </w:r>
      <m:oMath>
        <m:r>
          <w:rPr>
            <w:rFonts w:ascii="Cambria Math" w:hAnsi="Cambria Math"/>
          </w:rPr>
          <m:t>Q</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033</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61</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022</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2563 </m:t>
        </m:r>
        <m:r>
          <m:rPr>
            <m:sty m:val="p"/>
          </m:rPr>
          <w:rPr>
            <w:rFonts w:ascii="Cambria Math" w:hAnsi="Cambria Math"/>
          </w:rPr>
          <m:t>J=</m:t>
        </m:r>
        <m:r>
          <w:rPr>
            <w:rFonts w:ascii="Cambria Math" w:hAnsi="Cambria Math"/>
          </w:rPr>
          <m:t>2</m:t>
        </m:r>
        <m:r>
          <m:rPr>
            <m:sty m:val="p"/>
          </m:rPr>
          <w:rPr>
            <w:rFonts w:ascii="Cambria Math" w:hAnsi="Cambria Math"/>
          </w:rPr>
          <m:t>,</m:t>
        </m:r>
        <m:r>
          <w:rPr>
            <w:rFonts w:ascii="Cambria Math" w:hAnsi="Cambria Math"/>
          </w:rPr>
          <m:t>563 </m:t>
        </m:r>
        <m:r>
          <m:rPr>
            <m:sty m:val="p"/>
          </m:rPr>
          <w:rPr>
            <w:rFonts w:ascii="Cambria Math" w:hAnsi="Cambria Math"/>
          </w:rPr>
          <m:t>kJ</m:t>
        </m:r>
      </m:oMath>
      <w:r>
        <w:t>.</w:t>
      </w:r>
    </w:p>
    <w:p w14:paraId="40B50417" w14:textId="77777777" w:rsidR="00BF4363" w:rsidRDefault="00000000">
      <w:pPr>
        <w:spacing w:before="40" w:after="20" w:line="259" w:lineRule="auto"/>
        <w:ind w:left="170"/>
      </w:pPr>
      <w:r>
        <w:rPr>
          <w:b/>
        </w:rPr>
        <w:t xml:space="preserve">c) </w:t>
      </w:r>
      <w:r>
        <w:t xml:space="preserve">Nhiệt nóng chảy riêng tương đương của cuộn dây là </w:t>
      </w:r>
      <m:oMath>
        <m:r>
          <w:rPr>
            <w:rFonts w:ascii="Cambria Math" w:hAnsi="Cambria Math"/>
          </w:rPr>
          <m:t>0</m:t>
        </m:r>
        <m:r>
          <m:rPr>
            <m:sty m:val="p"/>
          </m:rPr>
          <w:rPr>
            <w:rFonts w:ascii="Cambria Math" w:hAnsi="Cambria Math"/>
          </w:rPr>
          <m:t>,</m:t>
        </m:r>
        <m:r>
          <w:rPr>
            <w:rFonts w:ascii="Cambria Math" w:hAnsi="Cambria Math"/>
          </w:rPr>
          <m:t>466</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J/kg</m:t>
        </m:r>
      </m:oMath>
      <w:r>
        <w:t>.</w:t>
      </w:r>
    </w:p>
    <w:p w14:paraId="7B6AC1FD" w14:textId="77777777" w:rsidR="00BF4363" w:rsidRDefault="00000000">
      <w:pPr>
        <w:spacing w:after="60" w:line="259" w:lineRule="auto"/>
        <w:ind w:left="397"/>
      </w:pPr>
      <w:r>
        <w:rPr>
          <w:b/>
        </w:rPr>
        <w:t xml:space="preserve">Kết luận: </w:t>
      </w:r>
      <w:r>
        <w:rPr>
          <w:b/>
          <w:color w:val="008000"/>
        </w:rPr>
        <w:t>Đúng</w:t>
      </w:r>
      <w:r>
        <w:t xml:space="preserve">. </w:t>
      </w:r>
      <m:oMath>
        <m:sSub>
          <m:sSubPr>
            <m:ctrlPr>
              <w:rPr>
                <w:rFonts w:ascii="Cambria Math" w:hAnsi="Cambria Math"/>
              </w:rPr>
            </m:ctrlPr>
          </m:sSubPr>
          <m:e>
            <m:r>
              <w:rPr>
                <w:rFonts w:ascii="Cambria Math" w:hAnsi="Cambria Math"/>
              </w:rPr>
              <m:t>λ</m:t>
            </m:r>
          </m:e>
          <m:sub>
            <m:r>
              <m:rPr>
                <m:sty m:val="p"/>
              </m:rPr>
              <w:rPr>
                <w:rFonts w:ascii="Cambria Math" w:hAnsi="Cambria Math"/>
              </w:rPr>
              <m:t>tđ</m:t>
            </m:r>
          </m:sub>
        </m:sSub>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m</m:t>
            </m:r>
          </m:den>
        </m:f>
        <m:r>
          <m:rPr>
            <m:sty m:val="p"/>
          </m:rPr>
          <w:rPr>
            <w:rFonts w:ascii="Cambria Math" w:hAnsi="Cambria Math"/>
          </w:rPr>
          <m:t>=</m:t>
        </m:r>
        <m:f>
          <m:fPr>
            <m:ctrlPr>
              <w:rPr>
                <w:rFonts w:ascii="Cambria Math" w:hAnsi="Cambria Math"/>
              </w:rPr>
            </m:ctrlPr>
          </m:fPr>
          <m:num>
            <m:r>
              <w:rPr>
                <w:rFonts w:ascii="Cambria Math" w:hAnsi="Cambria Math"/>
              </w:rPr>
              <m:t>2563</m:t>
            </m:r>
          </m:num>
          <m:den>
            <m:r>
              <w:rPr>
                <w:rFonts w:ascii="Cambria Math" w:hAnsi="Cambria Math"/>
              </w:rPr>
              <m:t>0</m:t>
            </m:r>
            <m:r>
              <m:rPr>
                <m:sty m:val="p"/>
              </m:rPr>
              <w:rPr>
                <w:rFonts w:ascii="Cambria Math" w:hAnsi="Cambria Math"/>
              </w:rPr>
              <m:t>,</m:t>
            </m:r>
            <m:r>
              <w:rPr>
                <w:rFonts w:ascii="Cambria Math" w:hAnsi="Cambria Math"/>
              </w:rPr>
              <m:t>055</m:t>
            </m:r>
          </m:den>
        </m:f>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66</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 </m:t>
        </m:r>
        <m:r>
          <m:rPr>
            <m:sty m:val="p"/>
          </m:rPr>
          <w:rPr>
            <w:rFonts w:ascii="Cambria Math" w:hAnsi="Cambria Math"/>
          </w:rPr>
          <m:t>J/kg=</m:t>
        </m:r>
        <m:r>
          <w:rPr>
            <w:rFonts w:ascii="Cambria Math" w:hAnsi="Cambria Math"/>
          </w:rPr>
          <m:t>0</m:t>
        </m:r>
        <m:r>
          <m:rPr>
            <m:sty m:val="p"/>
          </m:rPr>
          <w:rPr>
            <w:rFonts w:ascii="Cambria Math" w:hAnsi="Cambria Math"/>
          </w:rPr>
          <m:t>,</m:t>
        </m:r>
        <m:r>
          <w:rPr>
            <w:rFonts w:ascii="Cambria Math" w:hAnsi="Cambria Math"/>
          </w:rPr>
          <m:t>466</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J/kg</m:t>
        </m:r>
      </m:oMath>
      <w:r>
        <w:t>.</w:t>
      </w:r>
    </w:p>
    <w:p w14:paraId="49A10CBB" w14:textId="77777777" w:rsidR="00BF4363" w:rsidRDefault="00000000">
      <w:pPr>
        <w:spacing w:before="40" w:after="20" w:line="259" w:lineRule="auto"/>
        <w:ind w:left="170"/>
      </w:pPr>
      <w:r>
        <w:rPr>
          <w:b/>
        </w:rPr>
        <w:t xml:space="preserve">d) </w:t>
      </w:r>
      <w:r>
        <w:t>Nhiệt lượng làm nóng chảy phần thiếc gấp 1,5 lần nhiệt lượng làm nóng chảy phần chì.</w:t>
      </w:r>
    </w:p>
    <w:p w14:paraId="42724BA8" w14:textId="77777777" w:rsidR="00BF4363" w:rsidRDefault="00000000">
      <w:pPr>
        <w:spacing w:after="60" w:line="259" w:lineRule="auto"/>
        <w:ind w:left="397"/>
      </w:pPr>
      <w:r>
        <w:rPr>
          <w:b/>
        </w:rPr>
        <w:t xml:space="preserve">Kết luận: </w:t>
      </w:r>
      <w:r>
        <w:rPr>
          <w:b/>
          <w:color w:val="C00000"/>
        </w:rPr>
        <w:t>Sai</w:t>
      </w:r>
      <w: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Sn</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Pb</m:t>
                </m:r>
              </m:sub>
            </m:sSub>
          </m:den>
        </m:f>
        <m:r>
          <m:rPr>
            <m:sty m:val="p"/>
          </m:rPr>
          <w:rPr>
            <w:rFonts w:ascii="Cambria Math" w:hAnsi="Cambria Math"/>
          </w:rPr>
          <m:t>=</m:t>
        </m:r>
        <m:f>
          <m:fPr>
            <m:ctrlPr>
              <w:rPr>
                <w:rFonts w:ascii="Cambria Math" w:hAnsi="Cambria Math"/>
              </w:rPr>
            </m:ctrlPr>
          </m:fPr>
          <m:num>
            <m:r>
              <w:rPr>
                <w:rFonts w:ascii="Cambria Math" w:hAnsi="Cambria Math"/>
              </w:rPr>
              <m:t>0</m:t>
            </m:r>
            <m:r>
              <m:rPr>
                <m:sty m:val="p"/>
              </m:rPr>
              <w:rPr>
                <w:rFonts w:ascii="Cambria Math" w:hAnsi="Cambria Math"/>
              </w:rPr>
              <m:t>,</m:t>
            </m:r>
            <m:r>
              <w:rPr>
                <w:rFonts w:ascii="Cambria Math" w:hAnsi="Cambria Math"/>
              </w:rPr>
              <m:t>033</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61</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num>
          <m:den>
            <m:r>
              <w:rPr>
                <w:rFonts w:ascii="Cambria Math" w:hAnsi="Cambria Math"/>
              </w:rPr>
              <m:t>0</m:t>
            </m:r>
            <m:r>
              <m:rPr>
                <m:sty m:val="p"/>
              </m:rPr>
              <w:rPr>
                <w:rFonts w:ascii="Cambria Math" w:hAnsi="Cambria Math"/>
              </w:rPr>
              <m:t>,</m:t>
            </m:r>
            <m:r>
              <w:rPr>
                <w:rFonts w:ascii="Cambria Math" w:hAnsi="Cambria Math"/>
              </w:rPr>
              <m:t>022</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den>
        </m:f>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66</m:t>
        </m:r>
      </m:oMath>
      <w:r>
        <w:t>, không phải 1,5.</w:t>
      </w:r>
    </w:p>
    <w:p w14:paraId="20B05A28" w14:textId="3A556B0F" w:rsidR="00BF4363" w:rsidRDefault="00000000" w:rsidP="00F53E9A">
      <w:pPr>
        <w:keepNext/>
        <w:spacing w:before="160" w:after="100" w:line="240" w:lineRule="auto"/>
      </w:pPr>
      <w:r>
        <w:rPr>
          <w:b/>
          <w:color w:val="1F4E79"/>
          <w:sz w:val="30"/>
        </w:rPr>
        <w:t>PHẦN III. CÂU TRẮC NGHIỆM TRẢ LỜI NGẮN</w:t>
      </w:r>
    </w:p>
    <w:p w14:paraId="287F8175" w14:textId="77777777" w:rsidR="00BF4363" w:rsidRDefault="00000000">
      <w:pPr>
        <w:keepNext/>
        <w:spacing w:before="140" w:after="60" w:line="259" w:lineRule="auto"/>
      </w:pPr>
      <w:r>
        <w:rPr>
          <w:b/>
          <w:color w:val="1F4E79"/>
        </w:rPr>
        <w:t xml:space="preserve">Câu 1. </w:t>
      </w:r>
      <w:r>
        <w:t xml:space="preserve">Tính nhiệt lượng, theo đơn vị </w:t>
      </w:r>
      <m:oMath>
        <m:r>
          <m:rPr>
            <m:sty m:val="p"/>
          </m:rPr>
          <w:rPr>
            <w:rFonts w:ascii="Cambria Math" w:hAnsi="Cambria Math"/>
          </w:rPr>
          <m:t>kJ</m:t>
        </m:r>
      </m:oMath>
      <w:r>
        <w:t xml:space="preserve">, cần cung cấp để làm nóng chảy hoàn toàn </w:t>
      </w:r>
      <m:oMath>
        <m:r>
          <w:rPr>
            <w:rFonts w:ascii="Cambria Math" w:hAnsi="Cambria Math"/>
          </w:rPr>
          <m:t>500 </m:t>
        </m:r>
        <m:r>
          <m:rPr>
            <m:sty m:val="p"/>
          </m:rPr>
          <w:rPr>
            <w:rFonts w:ascii="Cambria Math" w:hAnsi="Cambria Math"/>
          </w:rPr>
          <m:t>g</m:t>
        </m:r>
      </m:oMath>
      <w:r>
        <w:t xml:space="preserve"> nước đá ở </w:t>
      </w:r>
      <m:oMath>
        <m:r>
          <w:rPr>
            <w:rFonts w:ascii="Cambria Math" w:hAnsi="Cambria Math"/>
          </w:rPr>
          <m:t>0 </m:t>
        </m:r>
        <m:r>
          <m:rPr>
            <m:sty m:val="p"/>
          </m:rPr>
          <w:rPr>
            <w:rFonts w:ascii="Cambria Math" w:hAnsi="Cambria Math"/>
          </w:rPr>
          <m:t>°C</m:t>
        </m:r>
      </m:oMath>
      <w:r>
        <w:t xml:space="preserve">. Biết </w:t>
      </w:r>
      <m:oMath>
        <m:r>
          <w:rPr>
            <w:rFonts w:ascii="Cambria Math" w:hAnsi="Cambria Math"/>
          </w:rPr>
          <m:t>λ</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J/kg</m:t>
        </m:r>
      </m:oMath>
      <w:r>
        <w:t>.</w:t>
      </w:r>
    </w:p>
    <w:p w14:paraId="2EF03831" w14:textId="77777777" w:rsidR="001609E1" w:rsidRDefault="001609E1" w:rsidP="001609E1">
      <w:pPr>
        <w:keepNext/>
        <w:spacing w:before="40" w:after="40" w:line="259" w:lineRule="auto"/>
      </w:pPr>
      <w:r>
        <w:rPr>
          <w:b/>
          <w:color w:val="C00000"/>
        </w:rPr>
        <w:t>Đáp án: 170</w:t>
      </w:r>
    </w:p>
    <w:p w14:paraId="3E961F93" w14:textId="77777777" w:rsidR="00BF4363" w:rsidRDefault="00000000">
      <w:pPr>
        <w:keepNext/>
        <w:spacing w:before="40" w:after="40" w:line="259" w:lineRule="auto"/>
      </w:pPr>
      <w:r>
        <w:rPr>
          <w:b/>
          <w:color w:val="1F4E79"/>
        </w:rPr>
        <w:t>Định hướng tư duy:</w:t>
      </w:r>
    </w:p>
    <w:p w14:paraId="20461B7A" w14:textId="77777777" w:rsidR="00BF4363" w:rsidRDefault="00000000">
      <w:pPr>
        <w:pStyle w:val="ListBullet"/>
        <w:spacing w:after="40" w:line="259" w:lineRule="auto"/>
        <w:ind w:left="340" w:hanging="142"/>
      </w:pPr>
      <w:r>
        <w:t>Đổi khối lượng sang kilôgam.</w:t>
      </w:r>
    </w:p>
    <w:p w14:paraId="3C98DF54" w14:textId="77777777" w:rsidR="00BF4363" w:rsidRDefault="00000000">
      <w:pPr>
        <w:pStyle w:val="ListBullet"/>
        <w:spacing w:after="40" w:line="259" w:lineRule="auto"/>
        <w:ind w:left="340" w:hanging="142"/>
      </w:pPr>
      <w:r>
        <w:t xml:space="preserve">Áp dụng công thức nhiệt nóng chảy </w:t>
      </w:r>
      <m:oMath>
        <m:r>
          <w:rPr>
            <w:rFonts w:ascii="Cambria Math" w:hAnsi="Cambria Math"/>
          </w:rPr>
          <m:t>Q</m:t>
        </m:r>
        <m:r>
          <m:rPr>
            <m:sty m:val="p"/>
          </m:rPr>
          <w:rPr>
            <w:rFonts w:ascii="Cambria Math" w:hAnsi="Cambria Math"/>
          </w:rPr>
          <m:t>=</m:t>
        </m:r>
        <m:r>
          <w:rPr>
            <w:rFonts w:ascii="Cambria Math" w:hAnsi="Cambria Math"/>
          </w:rPr>
          <m:t>mλ</m:t>
        </m:r>
      </m:oMath>
      <w:r>
        <w:t>.</w:t>
      </w:r>
    </w:p>
    <w:p w14:paraId="4FBC6258" w14:textId="77777777" w:rsidR="00BF4363" w:rsidRDefault="00000000">
      <w:pPr>
        <w:keepNext/>
        <w:spacing w:before="40" w:after="40" w:line="259" w:lineRule="auto"/>
      </w:pPr>
      <w:r>
        <w:rPr>
          <w:b/>
          <w:color w:val="1F4E79"/>
        </w:rPr>
        <w:t>Hướng dẫn giải:</w:t>
      </w:r>
    </w:p>
    <w:p w14:paraId="0915B917" w14:textId="77777777" w:rsidR="00BF4363" w:rsidRDefault="00000000">
      <w:pPr>
        <w:spacing w:after="60" w:line="259" w:lineRule="auto"/>
      </w:pPr>
      <m:oMathPara>
        <m:oMath>
          <m:r>
            <w:rPr>
              <w:rFonts w:ascii="Cambria Math" w:hAnsi="Cambria Math"/>
            </w:rPr>
            <m:t>m</m:t>
          </m:r>
          <m:r>
            <m:rPr>
              <m:sty m:val="p"/>
            </m:rPr>
            <w:rPr>
              <w:rFonts w:ascii="Cambria Math" w:hAnsi="Cambria Math"/>
            </w:rPr>
            <m:t>=</m:t>
          </m:r>
          <m:r>
            <w:rPr>
              <w:rFonts w:ascii="Cambria Math" w:hAnsi="Cambria Math"/>
            </w:rPr>
            <m:t>500 </m:t>
          </m:r>
          <m:r>
            <m:rPr>
              <m:sty m:val="p"/>
            </m:rPr>
            <w:rPr>
              <w:rFonts w:ascii="Cambria Math" w:hAnsi="Cambria Math"/>
            </w:rPr>
            <m:t>g=</m:t>
          </m:r>
          <m:r>
            <w:rPr>
              <w:rFonts w:ascii="Cambria Math" w:hAnsi="Cambria Math"/>
            </w:rPr>
            <m:t>0</m:t>
          </m:r>
          <m:r>
            <m:rPr>
              <m:sty m:val="p"/>
            </m:rPr>
            <w:rPr>
              <w:rFonts w:ascii="Cambria Math" w:hAnsi="Cambria Math"/>
            </w:rPr>
            <m:t>,</m:t>
          </m:r>
          <m:r>
            <w:rPr>
              <w:rFonts w:ascii="Cambria Math" w:hAnsi="Cambria Math"/>
            </w:rPr>
            <m:t>500 </m:t>
          </m:r>
          <m:r>
            <m:rPr>
              <m:sty m:val="p"/>
            </m:rPr>
            <w:rPr>
              <w:rFonts w:ascii="Cambria Math" w:hAnsi="Cambria Math"/>
            </w:rPr>
            <m:t>kg</m:t>
          </m:r>
        </m:oMath>
      </m:oMathPara>
    </w:p>
    <w:p w14:paraId="216A6925" w14:textId="77777777" w:rsidR="00BF4363" w:rsidRDefault="00000000">
      <w:pPr>
        <w:spacing w:after="60" w:line="259" w:lineRule="auto"/>
        <w:jc w:val="center"/>
      </w:pPr>
      <m:oMathPara>
        <m:oMath>
          <m:r>
            <w:rPr>
              <w:rFonts w:ascii="Cambria Math" w:hAnsi="Cambria Math"/>
            </w:rPr>
            <m:t>Q</m:t>
          </m:r>
          <m:r>
            <m:rPr>
              <m:sty m:val="p"/>
            </m:rPr>
            <w:rPr>
              <w:rFonts w:ascii="Cambria Math" w:hAnsi="Cambria Math"/>
            </w:rPr>
            <m:t>=</m:t>
          </m:r>
          <m:r>
            <w:rPr>
              <w:rFonts w:ascii="Cambria Math" w:hAnsi="Cambria Math"/>
            </w:rPr>
            <m:t>mλ</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500</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7</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m:t>
          </m:r>
          <m:r>
            <w:rPr>
              <w:rFonts w:ascii="Cambria Math" w:hAnsi="Cambria Math"/>
            </w:rPr>
            <m:t>170 </m:t>
          </m:r>
          <m:r>
            <m:rPr>
              <m:sty m:val="p"/>
            </m:rPr>
            <w:rPr>
              <w:rFonts w:ascii="Cambria Math" w:hAnsi="Cambria Math"/>
            </w:rPr>
            <m:t>kJ</m:t>
          </m:r>
        </m:oMath>
      </m:oMathPara>
    </w:p>
    <w:p w14:paraId="4BD9203A" w14:textId="77777777" w:rsidR="00BF4363" w:rsidRDefault="00000000">
      <w:pPr>
        <w:keepNext/>
        <w:spacing w:before="140" w:after="60" w:line="259" w:lineRule="auto"/>
      </w:pPr>
      <w:r>
        <w:rPr>
          <w:b/>
          <w:color w:val="1F4E79"/>
        </w:rPr>
        <w:t xml:space="preserve">Câu 2. </w:t>
      </w:r>
      <w:r>
        <w:t xml:space="preserve">Thả một khối kim loại khối lượng </w:t>
      </w:r>
      <m:oMath>
        <m:r>
          <w:rPr>
            <w:rFonts w:ascii="Cambria Math" w:hAnsi="Cambria Math"/>
          </w:rPr>
          <m:t>0</m:t>
        </m:r>
        <m:r>
          <m:rPr>
            <m:sty m:val="p"/>
          </m:rPr>
          <w:rPr>
            <w:rFonts w:ascii="Cambria Math" w:hAnsi="Cambria Math"/>
          </w:rPr>
          <m:t>,</m:t>
        </m:r>
        <m:r>
          <w:rPr>
            <w:rFonts w:ascii="Cambria Math" w:hAnsi="Cambria Math"/>
          </w:rPr>
          <m:t>50 </m:t>
        </m:r>
        <m:r>
          <m:rPr>
            <m:sty m:val="p"/>
          </m:rPr>
          <w:rPr>
            <w:rFonts w:ascii="Cambria Math" w:hAnsi="Cambria Math"/>
          </w:rPr>
          <m:t>kg</m:t>
        </m:r>
      </m:oMath>
      <w:r>
        <w:t xml:space="preserve">, có nhiệt dung riêng </w:t>
      </w:r>
      <m:oMath>
        <m:r>
          <w:rPr>
            <w:rFonts w:ascii="Cambria Math" w:hAnsi="Cambria Math"/>
          </w:rPr>
          <m:t>420 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 xml:space="preserve">, ở nhiệt độ </w:t>
      </w:r>
      <m:oMath>
        <m:r>
          <w:rPr>
            <w:rFonts w:ascii="Cambria Math" w:hAnsi="Cambria Math"/>
          </w:rPr>
          <m:t>120 </m:t>
        </m:r>
        <m:r>
          <m:rPr>
            <m:sty m:val="p"/>
          </m:rPr>
          <w:rPr>
            <w:rFonts w:ascii="Cambria Math" w:hAnsi="Cambria Math"/>
          </w:rPr>
          <m:t>°C</m:t>
        </m:r>
      </m:oMath>
      <w:r>
        <w:t xml:space="preserve"> vào </w:t>
      </w:r>
      <m:oMath>
        <m:r>
          <w:rPr>
            <w:rFonts w:ascii="Cambria Math" w:hAnsi="Cambria Math"/>
          </w:rPr>
          <m:t>0</m:t>
        </m:r>
        <m:r>
          <m:rPr>
            <m:sty m:val="p"/>
          </m:rPr>
          <w:rPr>
            <w:rFonts w:ascii="Cambria Math" w:hAnsi="Cambria Math"/>
          </w:rPr>
          <m:t>,</m:t>
        </m:r>
        <m:r>
          <w:rPr>
            <w:rFonts w:ascii="Cambria Math" w:hAnsi="Cambria Math"/>
          </w:rPr>
          <m:t>20 </m:t>
        </m:r>
        <m:r>
          <m:rPr>
            <m:sty m:val="p"/>
          </m:rPr>
          <w:rPr>
            <w:rFonts w:ascii="Cambria Math" w:hAnsi="Cambria Math"/>
          </w:rPr>
          <m:t>kg</m:t>
        </m:r>
      </m:oMath>
      <w:r>
        <w:t xml:space="preserve"> nước ở </w:t>
      </w:r>
      <m:oMath>
        <m:r>
          <w:rPr>
            <w:rFonts w:ascii="Cambria Math" w:hAnsi="Cambria Math"/>
          </w:rPr>
          <m:t>20 </m:t>
        </m:r>
        <m:r>
          <m:rPr>
            <m:sty m:val="p"/>
          </m:rPr>
          <w:rPr>
            <w:rFonts w:ascii="Cambria Math" w:hAnsi="Cambria Math"/>
          </w:rPr>
          <m:t>°C</m:t>
        </m:r>
      </m:oMath>
      <w:r>
        <w:t xml:space="preserve">. Biết nhiệt dung riêng của nước là </w:t>
      </w:r>
      <m:oMath>
        <m:r>
          <w:rPr>
            <w:rFonts w:ascii="Cambria Math" w:hAnsi="Cambria Math"/>
          </w:rPr>
          <m:t>4200 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 bỏ qua nhiệt dung của bình và trao đổi nhiệt với môi trường. Tìm nhiệt độ cân bằng.</w:t>
      </w:r>
    </w:p>
    <w:p w14:paraId="645947B9" w14:textId="77777777" w:rsidR="001609E1" w:rsidRDefault="001609E1" w:rsidP="001609E1">
      <w:pPr>
        <w:keepNext/>
        <w:spacing w:before="40" w:after="40" w:line="259" w:lineRule="auto"/>
      </w:pPr>
      <w:r>
        <w:rPr>
          <w:b/>
          <w:color w:val="C00000"/>
        </w:rPr>
        <w:t>Đáp án: 40</w:t>
      </w:r>
    </w:p>
    <w:p w14:paraId="63B6407D" w14:textId="77777777" w:rsidR="00BF4363" w:rsidRDefault="00000000">
      <w:pPr>
        <w:keepNext/>
        <w:spacing w:before="40" w:after="40" w:line="259" w:lineRule="auto"/>
      </w:pPr>
      <w:r>
        <w:rPr>
          <w:b/>
          <w:color w:val="1F4E79"/>
        </w:rPr>
        <w:t>Định hướng tư duy:</w:t>
      </w:r>
    </w:p>
    <w:p w14:paraId="61D4D912" w14:textId="77777777" w:rsidR="00BF4363" w:rsidRDefault="00000000">
      <w:pPr>
        <w:pStyle w:val="ListBullet"/>
        <w:spacing w:after="40" w:line="259" w:lineRule="auto"/>
        <w:ind w:left="340" w:hanging="142"/>
      </w:pPr>
      <w:r>
        <w:t>Nhiệt lượng kim loại tỏa ra bằng nhiệt lượng nước thu vào.</w:t>
      </w:r>
    </w:p>
    <w:p w14:paraId="3D986354" w14:textId="77777777" w:rsidR="00BF4363" w:rsidRDefault="00000000">
      <w:pPr>
        <w:pStyle w:val="ListBullet"/>
        <w:spacing w:after="40" w:line="259" w:lineRule="auto"/>
        <w:ind w:left="340" w:hanging="142"/>
      </w:pPr>
      <w:r>
        <w:t xml:space="preserve">Gọi </w:t>
      </w:r>
      <m:oMath>
        <m:r>
          <w:rPr>
            <w:rFonts w:ascii="Cambria Math" w:hAnsi="Cambria Math"/>
          </w:rPr>
          <m:t>T</m:t>
        </m:r>
      </m:oMath>
      <w:r>
        <w:t xml:space="preserve"> là nhiệt độ cân bằng, thỏa mãn </w:t>
      </w:r>
      <m:oMath>
        <m:r>
          <w:rPr>
            <w:rFonts w:ascii="Cambria Math" w:hAnsi="Cambria Math"/>
          </w:rPr>
          <m:t>20</m:t>
        </m:r>
        <m:r>
          <m:rPr>
            <m:sty m:val="p"/>
          </m:rPr>
          <w:rPr>
            <w:rFonts w:ascii="Cambria Math" w:hAnsi="Cambria Math"/>
          </w:rPr>
          <m:t>&lt;</m:t>
        </m:r>
        <m:r>
          <w:rPr>
            <w:rFonts w:ascii="Cambria Math" w:hAnsi="Cambria Math"/>
          </w:rPr>
          <m:t>T</m:t>
        </m:r>
        <m:r>
          <m:rPr>
            <m:sty m:val="p"/>
          </m:rPr>
          <w:rPr>
            <w:rFonts w:ascii="Cambria Math" w:hAnsi="Cambria Math"/>
          </w:rPr>
          <m:t>&lt;</m:t>
        </m:r>
        <m:r>
          <w:rPr>
            <w:rFonts w:ascii="Cambria Math" w:hAnsi="Cambria Math"/>
          </w:rPr>
          <m:t>120</m:t>
        </m:r>
      </m:oMath>
      <w:r>
        <w:t>.</w:t>
      </w:r>
    </w:p>
    <w:p w14:paraId="1A27548D" w14:textId="77777777" w:rsidR="00BF4363" w:rsidRDefault="00000000">
      <w:pPr>
        <w:keepNext/>
        <w:spacing w:before="40" w:after="40" w:line="259" w:lineRule="auto"/>
      </w:pPr>
      <w:r>
        <w:rPr>
          <w:b/>
          <w:color w:val="1F4E79"/>
        </w:rPr>
        <w:t>Hướng dẫn giải:</w:t>
      </w:r>
    </w:p>
    <w:p w14:paraId="71E36030" w14:textId="77777777" w:rsidR="00BF4363" w:rsidRDefault="00000000">
      <w:pPr>
        <w:spacing w:after="60" w:line="259" w:lineRule="auto"/>
        <w:jc w:val="center"/>
      </w:pPr>
      <m:oMathPara>
        <m:oMath>
          <m:sSub>
            <m:sSubPr>
              <m:ctrlPr>
                <w:rPr>
                  <w:rFonts w:ascii="Cambria Math" w:hAnsi="Cambria Math"/>
                </w:rPr>
              </m:ctrlPr>
            </m:sSubPr>
            <m:e>
              <m:r>
                <w:rPr>
                  <w:rFonts w:ascii="Cambria Math" w:hAnsi="Cambria Math"/>
                </w:rPr>
                <m:t>m</m:t>
              </m:r>
            </m:e>
            <m:sub>
              <m:r>
                <w:rPr>
                  <w:rFonts w:ascii="Cambria Math" w:hAnsi="Cambria Math"/>
                </w:rPr>
                <m:t>k</m:t>
              </m:r>
            </m:sub>
          </m:sSub>
          <m:sSub>
            <m:sSubPr>
              <m:ctrlPr>
                <w:rPr>
                  <w:rFonts w:ascii="Cambria Math" w:hAnsi="Cambria Math"/>
                </w:rPr>
              </m:ctrlPr>
            </m:sSubPr>
            <m:e>
              <m:r>
                <w:rPr>
                  <w:rFonts w:ascii="Cambria Math" w:hAnsi="Cambria Math"/>
                </w:rPr>
                <m:t>c</m:t>
              </m:r>
            </m:e>
            <m:sub>
              <m:r>
                <w:rPr>
                  <w:rFonts w:ascii="Cambria Math" w:hAnsi="Cambria Math"/>
                </w:rPr>
                <m:t>k</m:t>
              </m:r>
            </m:sub>
          </m:sSub>
          <m:d>
            <m:dPr>
              <m:ctrlPr>
                <w:rPr>
                  <w:rFonts w:ascii="Cambria Math" w:hAnsi="Cambria Math"/>
                </w:rPr>
              </m:ctrlPr>
            </m:dPr>
            <m:e>
              <m:r>
                <w:rPr>
                  <w:rFonts w:ascii="Cambria Math" w:hAnsi="Cambria Math"/>
                </w:rPr>
                <m:t>120</m:t>
              </m:r>
              <m:r>
                <m:rPr>
                  <m:sty m:val="p"/>
                </m:rPr>
                <w:rPr>
                  <w:rFonts w:ascii="Cambria Math" w:hAnsi="Cambria Math"/>
                </w:rPr>
                <m:t>-</m:t>
              </m:r>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n</m:t>
              </m:r>
            </m:sub>
          </m:sSub>
          <m:sSub>
            <m:sSubPr>
              <m:ctrlPr>
                <w:rPr>
                  <w:rFonts w:ascii="Cambria Math" w:hAnsi="Cambria Math"/>
                </w:rPr>
              </m:ctrlPr>
            </m:sSubPr>
            <m:e>
              <m:r>
                <w:rPr>
                  <w:rFonts w:ascii="Cambria Math" w:hAnsi="Cambria Math"/>
                </w:rPr>
                <m:t>c</m:t>
              </m:r>
            </m:e>
            <m:sub>
              <m:r>
                <w:rPr>
                  <w:rFonts w:ascii="Cambria Math" w:hAnsi="Cambria Math"/>
                </w:rPr>
                <m:t>n</m:t>
              </m:r>
            </m:sub>
          </m:sSub>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20</m:t>
              </m:r>
            </m:e>
          </m:d>
        </m:oMath>
      </m:oMathPara>
    </w:p>
    <w:p w14:paraId="3AEE0FC4" w14:textId="77777777" w:rsidR="00BF4363" w:rsidRDefault="00000000">
      <w:pPr>
        <w:spacing w:after="60" w:line="259" w:lineRule="auto"/>
        <w:jc w:val="center"/>
      </w:pPr>
      <m:oMathPara>
        <m:oMath>
          <m:r>
            <w:rPr>
              <w:rFonts w:ascii="Cambria Math" w:hAnsi="Cambria Math"/>
            </w:rPr>
            <m:t>0</m:t>
          </m:r>
          <m:r>
            <m:rPr>
              <m:sty m:val="p"/>
            </m:rPr>
            <w:rPr>
              <w:rFonts w:ascii="Cambria Math" w:hAnsi="Cambria Math"/>
            </w:rPr>
            <m:t>,</m:t>
          </m:r>
          <m:r>
            <w:rPr>
              <w:rFonts w:ascii="Cambria Math" w:hAnsi="Cambria Math"/>
            </w:rPr>
            <m:t>50</m:t>
          </m:r>
          <m:r>
            <m:rPr>
              <m:sty m:val="p"/>
            </m:rPr>
            <w:rPr>
              <w:rFonts w:ascii="Cambria Math" w:hAnsi="Cambria Math"/>
            </w:rPr>
            <m:t>×</m:t>
          </m:r>
          <m:r>
            <w:rPr>
              <w:rFonts w:ascii="Cambria Math" w:hAnsi="Cambria Math"/>
            </w:rPr>
            <m:t>420</m:t>
          </m:r>
          <m:d>
            <m:dPr>
              <m:ctrlPr>
                <w:rPr>
                  <w:rFonts w:ascii="Cambria Math" w:hAnsi="Cambria Math"/>
                </w:rPr>
              </m:ctrlPr>
            </m:dPr>
            <m:e>
              <m:r>
                <w:rPr>
                  <w:rFonts w:ascii="Cambria Math" w:hAnsi="Cambria Math"/>
                </w:rPr>
                <m:t>120</m:t>
              </m:r>
              <m:r>
                <m:rPr>
                  <m:sty m:val="p"/>
                </m:rPr>
                <w:rPr>
                  <w:rFonts w:ascii="Cambria Math" w:hAnsi="Cambria Math"/>
                </w:rPr>
                <m:t>-</m:t>
              </m:r>
              <m:r>
                <w:rPr>
                  <w:rFonts w:ascii="Cambria Math" w:hAnsi="Cambria Math"/>
                </w:rPr>
                <m:t>T</m:t>
              </m:r>
            </m:e>
          </m:d>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4200</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20</m:t>
              </m:r>
            </m:e>
          </m:d>
        </m:oMath>
      </m:oMathPara>
    </w:p>
    <w:p w14:paraId="59DFB5A2" w14:textId="77777777" w:rsidR="00BF4363" w:rsidRDefault="00000000">
      <w:pPr>
        <w:spacing w:after="60" w:line="259" w:lineRule="auto"/>
        <w:jc w:val="center"/>
      </w:pPr>
      <m:oMathPara>
        <m:oMath>
          <m:r>
            <w:rPr>
              <w:rFonts w:ascii="Cambria Math" w:hAnsi="Cambria Math"/>
            </w:rPr>
            <m:t>210</m:t>
          </m:r>
          <m:d>
            <m:dPr>
              <m:ctrlPr>
                <w:rPr>
                  <w:rFonts w:ascii="Cambria Math" w:hAnsi="Cambria Math"/>
                </w:rPr>
              </m:ctrlPr>
            </m:dPr>
            <m:e>
              <m:r>
                <w:rPr>
                  <w:rFonts w:ascii="Cambria Math" w:hAnsi="Cambria Math"/>
                </w:rPr>
                <m:t>120</m:t>
              </m:r>
              <m:r>
                <m:rPr>
                  <m:sty m:val="p"/>
                </m:rPr>
                <w:rPr>
                  <w:rFonts w:ascii="Cambria Math" w:hAnsi="Cambria Math"/>
                </w:rPr>
                <m:t>-</m:t>
              </m:r>
              <m:r>
                <w:rPr>
                  <w:rFonts w:ascii="Cambria Math" w:hAnsi="Cambria Math"/>
                </w:rPr>
                <m:t>T</m:t>
              </m:r>
            </m:e>
          </m:d>
          <m:r>
            <m:rPr>
              <m:sty m:val="p"/>
            </m:rPr>
            <w:rPr>
              <w:rFonts w:ascii="Cambria Math" w:hAnsi="Cambria Math"/>
            </w:rPr>
            <m:t>=</m:t>
          </m:r>
          <m:r>
            <w:rPr>
              <w:rFonts w:ascii="Cambria Math" w:hAnsi="Cambria Math"/>
            </w:rPr>
            <m:t>840</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20</m:t>
              </m:r>
            </m:e>
          </m:d>
        </m:oMath>
      </m:oMathPara>
    </w:p>
    <w:p w14:paraId="7647E31C" w14:textId="77777777" w:rsidR="00BF4363" w:rsidRDefault="00000000">
      <w:pPr>
        <w:spacing w:after="60" w:line="259" w:lineRule="auto"/>
        <w:jc w:val="center"/>
      </w:pPr>
      <m:oMathPara>
        <m:oMath>
          <m:r>
            <w:rPr>
              <w:rFonts w:ascii="Cambria Math" w:hAnsi="Cambria Math"/>
            </w:rPr>
            <m:t>25200</m:t>
          </m:r>
          <m:r>
            <m:rPr>
              <m:sty m:val="p"/>
            </m:rPr>
            <w:rPr>
              <w:rFonts w:ascii="Cambria Math" w:hAnsi="Cambria Math"/>
            </w:rPr>
            <m:t>-</m:t>
          </m:r>
          <m:r>
            <w:rPr>
              <w:rFonts w:ascii="Cambria Math" w:hAnsi="Cambria Math"/>
            </w:rPr>
            <m:t>210T</m:t>
          </m:r>
          <m:r>
            <m:rPr>
              <m:sty m:val="p"/>
            </m:rPr>
            <w:rPr>
              <w:rFonts w:ascii="Cambria Math" w:hAnsi="Cambria Math"/>
            </w:rPr>
            <m:t>=</m:t>
          </m:r>
          <m:r>
            <w:rPr>
              <w:rFonts w:ascii="Cambria Math" w:hAnsi="Cambria Math"/>
            </w:rPr>
            <m:t>840T</m:t>
          </m:r>
          <m:r>
            <m:rPr>
              <m:sty m:val="p"/>
            </m:rPr>
            <w:rPr>
              <w:rFonts w:ascii="Cambria Math" w:hAnsi="Cambria Math"/>
            </w:rPr>
            <m:t>-</m:t>
          </m:r>
          <m:r>
            <w:rPr>
              <w:rFonts w:ascii="Cambria Math" w:hAnsi="Cambria Math"/>
            </w:rPr>
            <m:t>16800</m:t>
          </m:r>
          <m:r>
            <m:rPr>
              <m:sty m:val="p"/>
            </m:rPr>
            <w:rPr>
              <w:rFonts w:ascii="Cambria Math" w:hAnsi="Cambria Math"/>
            </w:rPr>
            <m:t>⇒</m:t>
          </m:r>
          <m:r>
            <w:rPr>
              <w:rFonts w:ascii="Cambria Math" w:hAnsi="Cambria Math"/>
            </w:rPr>
            <m:t>1050T</m:t>
          </m:r>
          <m:r>
            <m:rPr>
              <m:sty m:val="p"/>
            </m:rPr>
            <w:rPr>
              <w:rFonts w:ascii="Cambria Math" w:hAnsi="Cambria Math"/>
            </w:rPr>
            <m:t>=</m:t>
          </m:r>
          <m:r>
            <w:rPr>
              <w:rFonts w:ascii="Cambria Math" w:hAnsi="Cambria Math"/>
            </w:rPr>
            <m:t>42000</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40 </m:t>
          </m:r>
          <m:r>
            <m:rPr>
              <m:sty m:val="p"/>
            </m:rPr>
            <w:rPr>
              <w:rFonts w:ascii="Cambria Math" w:hAnsi="Cambria Math"/>
            </w:rPr>
            <m:t>°C</m:t>
          </m:r>
        </m:oMath>
      </m:oMathPara>
    </w:p>
    <w:p w14:paraId="4D2D49D8" w14:textId="77777777" w:rsidR="00BF4363" w:rsidRDefault="00000000">
      <w:pPr>
        <w:keepNext/>
        <w:spacing w:before="140" w:after="60" w:line="259" w:lineRule="auto"/>
      </w:pPr>
      <w:r>
        <w:rPr>
          <w:b/>
          <w:color w:val="1F4E79"/>
        </w:rPr>
        <w:t xml:space="preserve">Câu 3. </w:t>
      </w:r>
      <w:r>
        <w:t xml:space="preserve">Khi nước đã sôi, một bạn học sinh để </w:t>
      </w:r>
      <m:oMath>
        <m:r>
          <w:rPr>
            <w:rFonts w:ascii="Cambria Math" w:hAnsi="Cambria Math"/>
          </w:rPr>
          <m:t>1</m:t>
        </m:r>
        <m:r>
          <m:rPr>
            <m:sty m:val="p"/>
          </m:rPr>
          <w:rPr>
            <w:rFonts w:ascii="Cambria Math" w:hAnsi="Cambria Math"/>
          </w:rPr>
          <m:t>,</m:t>
        </m:r>
        <m:r>
          <w:rPr>
            <w:rFonts w:ascii="Cambria Math" w:hAnsi="Cambria Math"/>
          </w:rPr>
          <m:t>0 </m:t>
        </m:r>
        <m:r>
          <m:rPr>
            <m:sty m:val="p"/>
          </m:rPr>
          <w:rPr>
            <w:rFonts w:ascii="Cambria Math" w:hAnsi="Cambria Math"/>
          </w:rPr>
          <m:t>lít</m:t>
        </m:r>
      </m:oMath>
      <w:r>
        <w:t xml:space="preserve"> nước hóa hơi hoàn toàn. Biết khối lượng riêng của nước là </w:t>
      </w:r>
      <m:oMath>
        <m:r>
          <w:rPr>
            <w:rFonts w:ascii="Cambria Math" w:hAnsi="Cambria Math"/>
          </w:rPr>
          <m:t>1</m:t>
        </m:r>
        <m:r>
          <m:rPr>
            <m:sty m:val="p"/>
          </m:rPr>
          <w:rPr>
            <w:rFonts w:ascii="Cambria Math" w:hAnsi="Cambria Math"/>
          </w:rPr>
          <m:t>,</m:t>
        </m:r>
        <m:r>
          <w:rPr>
            <w:rFonts w:ascii="Cambria Math" w:hAnsi="Cambria Math"/>
          </w:rPr>
          <m:t>0 </m:t>
        </m:r>
        <m:r>
          <m:rPr>
            <m:sty m:val="p"/>
          </m:rPr>
          <w:rPr>
            <w:rFonts w:ascii="Cambria Math" w:hAnsi="Cambria Math"/>
          </w:rPr>
          <m:t>kg/lít</m:t>
        </m:r>
      </m:oMath>
      <w:r>
        <w:t xml:space="preserve"> và nhiệt hóa hơi riêng </w:t>
      </w:r>
      <m:oMath>
        <m:r>
          <w:rPr>
            <w:rFonts w:ascii="Cambria Math" w:hAnsi="Cambria Math"/>
          </w:rPr>
          <m:t>L</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sty m:val="p"/>
          </m:rPr>
          <w:rPr>
            <w:rFonts w:ascii="Cambria Math" w:hAnsi="Cambria Math"/>
          </w:rPr>
          <m:t>J/kg</m:t>
        </m:r>
      </m:oMath>
      <w:r>
        <w:t xml:space="preserve">. Tính nhiệt lượng theo đơn vị </w:t>
      </w:r>
      <m:oMath>
        <m:r>
          <m:rPr>
            <m:sty m:val="p"/>
          </m:rPr>
          <w:rPr>
            <w:rFonts w:ascii="Cambria Math" w:hAnsi="Cambria Math"/>
          </w:rPr>
          <m:t>kJ</m:t>
        </m:r>
      </m:oMath>
      <w:r>
        <w:t>.</w:t>
      </w:r>
    </w:p>
    <w:p w14:paraId="722156B9" w14:textId="77777777" w:rsidR="001609E1" w:rsidRDefault="001609E1" w:rsidP="001609E1">
      <w:pPr>
        <w:keepNext/>
        <w:spacing w:before="40" w:after="40" w:line="259" w:lineRule="auto"/>
      </w:pPr>
      <w:r>
        <w:rPr>
          <w:b/>
          <w:color w:val="C00000"/>
        </w:rPr>
        <w:t>Đáp án: 2300</w:t>
      </w:r>
    </w:p>
    <w:p w14:paraId="5D76BFC7" w14:textId="77777777" w:rsidR="00BF4363" w:rsidRDefault="00000000">
      <w:pPr>
        <w:keepNext/>
        <w:spacing w:before="40" w:after="40" w:line="259" w:lineRule="auto"/>
      </w:pPr>
      <w:r>
        <w:rPr>
          <w:b/>
          <w:color w:val="1F4E79"/>
        </w:rPr>
        <w:t>Hướng dẫn giải:</w:t>
      </w:r>
    </w:p>
    <w:p w14:paraId="2FA82D1B" w14:textId="77777777" w:rsidR="00BF4363" w:rsidRDefault="00000000">
      <w:pPr>
        <w:spacing w:after="60" w:line="259" w:lineRule="auto"/>
      </w:pPr>
      <m:oMathPara>
        <m:oMath>
          <m:r>
            <w:rPr>
              <w:rFonts w:ascii="Cambria Math" w:hAnsi="Cambria Math"/>
            </w:rPr>
            <m:t>m</m:t>
          </m:r>
          <m:r>
            <m:rPr>
              <m:sty m:val="p"/>
            </m:rPr>
            <w:rPr>
              <w:rFonts w:ascii="Cambria Math" w:hAnsi="Cambria Math"/>
            </w:rPr>
            <m:t>=</m:t>
          </m:r>
          <m:r>
            <w:rPr>
              <w:rFonts w:ascii="Cambria Math" w:hAnsi="Cambria Math"/>
            </w:rPr>
            <m:t>ρV</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0 </m:t>
          </m:r>
          <m:r>
            <m:rPr>
              <m:sty m:val="p"/>
            </m:rPr>
            <w:rPr>
              <w:rFonts w:ascii="Cambria Math" w:hAnsi="Cambria Math"/>
            </w:rPr>
            <m:t>kg</m:t>
          </m:r>
        </m:oMath>
      </m:oMathPara>
    </w:p>
    <w:p w14:paraId="61D7294B" w14:textId="77777777" w:rsidR="00BF4363" w:rsidRDefault="00000000">
      <w:pPr>
        <w:spacing w:after="60" w:line="259" w:lineRule="auto"/>
        <w:jc w:val="center"/>
      </w:pPr>
      <m:oMathPara>
        <m:oMath>
          <m:r>
            <w:rPr>
              <w:rFonts w:ascii="Cambria Math" w:hAnsi="Cambria Math"/>
            </w:rPr>
            <m:t>Q</m:t>
          </m:r>
          <m:r>
            <m:rPr>
              <m:sty m:val="p"/>
            </m:rPr>
            <w:rPr>
              <w:rFonts w:ascii="Cambria Math" w:hAnsi="Cambria Math"/>
            </w:rPr>
            <m:t>=</m:t>
          </m:r>
          <m:r>
            <w:rPr>
              <w:rFonts w:ascii="Cambria Math" w:hAnsi="Cambria Math"/>
            </w:rPr>
            <m:t>mL</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sty m:val="p"/>
            </m:rPr>
            <w:rPr>
              <w:rFonts w:ascii="Cambria Math" w:hAnsi="Cambria Math"/>
            </w:rPr>
            <m:t>J=</m:t>
          </m:r>
          <m:r>
            <w:rPr>
              <w:rFonts w:ascii="Cambria Math" w:hAnsi="Cambria Math"/>
            </w:rPr>
            <m:t>2300 </m:t>
          </m:r>
          <m:r>
            <m:rPr>
              <m:sty m:val="p"/>
            </m:rPr>
            <w:rPr>
              <w:rFonts w:ascii="Cambria Math" w:hAnsi="Cambria Math"/>
            </w:rPr>
            <m:t>kJ</m:t>
          </m:r>
        </m:oMath>
      </m:oMathPara>
    </w:p>
    <w:p w14:paraId="488B685F" w14:textId="77777777" w:rsidR="00BF4363" w:rsidRDefault="00000000">
      <w:pPr>
        <w:keepNext/>
        <w:spacing w:before="140" w:after="60" w:line="259" w:lineRule="auto"/>
      </w:pPr>
      <w:r>
        <w:rPr>
          <w:b/>
          <w:color w:val="1F4E79"/>
        </w:rPr>
        <w:lastRenderedPageBreak/>
        <w:t xml:space="preserve">Câu 4. </w:t>
      </w:r>
      <w:r>
        <w:t xml:space="preserve">Một khối khí nhận nhiệt lượng </w:t>
      </w:r>
      <m:oMath>
        <m:r>
          <w:rPr>
            <w:rFonts w:ascii="Cambria Math" w:hAnsi="Cambria Math"/>
          </w:rPr>
          <m:t>4</m:t>
        </m:r>
        <m:r>
          <m:rPr>
            <m:sty m:val="p"/>
          </m:rPr>
          <w:rPr>
            <w:rFonts w:ascii="Cambria Math" w:hAnsi="Cambria Math"/>
          </w:rPr>
          <m:t>,</m:t>
        </m:r>
        <m:r>
          <w:rPr>
            <w:rFonts w:ascii="Cambria Math" w:hAnsi="Cambria Math"/>
          </w:rPr>
          <m:t>98 </m:t>
        </m:r>
        <m:r>
          <m:rPr>
            <m:sty m:val="p"/>
          </m:rPr>
          <w:rPr>
            <w:rFonts w:ascii="Cambria Math" w:hAnsi="Cambria Math"/>
          </w:rPr>
          <m:t>kJ</m:t>
        </m:r>
      </m:oMath>
      <w:r>
        <w:t xml:space="preserve">, đồng thời giãn nở ở áp suất không đổi </w:t>
      </w:r>
      <m:oMath>
        <m:r>
          <w:rPr>
            <w:rFonts w:ascii="Cambria Math" w:hAnsi="Cambria Math"/>
          </w:rPr>
          <m:t>2</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Pa</m:t>
        </m:r>
      </m:oMath>
      <w:r>
        <w:t xml:space="preserve">. Nội năng của khí tăng </w:t>
      </w:r>
      <m:oMath>
        <m:r>
          <w:rPr>
            <w:rFonts w:ascii="Cambria Math" w:hAnsi="Cambria Math"/>
          </w:rPr>
          <m:t>1</m:t>
        </m:r>
        <m:r>
          <m:rPr>
            <m:sty m:val="p"/>
          </m:rPr>
          <w:rPr>
            <w:rFonts w:ascii="Cambria Math" w:hAnsi="Cambria Math"/>
          </w:rPr>
          <m:t>,</m:t>
        </m:r>
        <m:r>
          <w:rPr>
            <w:rFonts w:ascii="Cambria Math" w:hAnsi="Cambria Math"/>
          </w:rPr>
          <m:t>23 </m:t>
        </m:r>
        <m:r>
          <m:rPr>
            <m:sty m:val="p"/>
          </m:rPr>
          <w:rPr>
            <w:rFonts w:ascii="Cambria Math" w:hAnsi="Cambria Math"/>
          </w:rPr>
          <m:t>kJ</m:t>
        </m:r>
      </m:oMath>
      <w:r>
        <w:t xml:space="preserve">. Tính độ tăng thể tích theo đơn vị </w:t>
      </w:r>
      <m:oMath>
        <m:r>
          <m:rPr>
            <m:sty m:val="p"/>
          </m:rPr>
          <w:rPr>
            <w:rFonts w:ascii="Cambria Math" w:hAnsi="Cambria Math"/>
          </w:rPr>
          <m:t>d</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t>.</w:t>
      </w:r>
    </w:p>
    <w:p w14:paraId="1FD9F53F" w14:textId="77777777" w:rsidR="001609E1" w:rsidRDefault="001609E1" w:rsidP="001609E1">
      <w:pPr>
        <w:keepNext/>
        <w:spacing w:before="40" w:after="40" w:line="259" w:lineRule="auto"/>
      </w:pPr>
      <w:r>
        <w:rPr>
          <w:b/>
          <w:color w:val="C00000"/>
        </w:rPr>
        <w:t>Đáp án: 15</w:t>
      </w:r>
    </w:p>
    <w:p w14:paraId="272FDB0E" w14:textId="77777777" w:rsidR="00BF4363" w:rsidRDefault="00000000">
      <w:pPr>
        <w:keepNext/>
        <w:spacing w:before="40" w:after="40" w:line="259" w:lineRule="auto"/>
      </w:pPr>
      <w:r>
        <w:rPr>
          <w:b/>
          <w:color w:val="1F4E79"/>
        </w:rPr>
        <w:t>Định hướng tư duy:</w:t>
      </w:r>
    </w:p>
    <w:p w14:paraId="71F37A0E" w14:textId="77777777" w:rsidR="00BF4363" w:rsidRDefault="00000000">
      <w:pPr>
        <w:pStyle w:val="ListBullet"/>
        <w:spacing w:after="40" w:line="259" w:lineRule="auto"/>
        <w:ind w:left="340" w:hanging="142"/>
      </w:pPr>
      <w:r>
        <w:t>Dùng nguyên lí I để tìm công mà khí nhận.</w:t>
      </w:r>
    </w:p>
    <w:p w14:paraId="249E605A" w14:textId="77777777" w:rsidR="00BF4363" w:rsidRDefault="00000000">
      <w:pPr>
        <w:pStyle w:val="ListBullet"/>
        <w:spacing w:after="40" w:line="259" w:lineRule="auto"/>
        <w:ind w:left="340" w:hanging="142"/>
      </w:pPr>
      <w:r>
        <w:t xml:space="preserve">Khi khí giãn nở đẳng áp, độ lớn công khí thực hiện là </w:t>
      </w:r>
      <m:oMath>
        <m:r>
          <w:rPr>
            <w:rFonts w:ascii="Cambria Math" w:hAnsi="Cambria Math"/>
          </w:rPr>
          <m:t>pΔV</m:t>
        </m:r>
      </m:oMath>
      <w:r>
        <w:t>.</w:t>
      </w:r>
    </w:p>
    <w:p w14:paraId="6AE31A82" w14:textId="77777777" w:rsidR="00BF4363" w:rsidRDefault="00000000">
      <w:pPr>
        <w:keepNext/>
        <w:spacing w:before="40" w:after="40" w:line="259" w:lineRule="auto"/>
      </w:pPr>
      <w:r>
        <w:rPr>
          <w:b/>
          <w:color w:val="1F4E79"/>
        </w:rPr>
        <w:t>Hướng dẫn giải:</w:t>
      </w:r>
    </w:p>
    <w:p w14:paraId="257CE7D0" w14:textId="77777777" w:rsidR="00BF4363" w:rsidRDefault="00000000">
      <w:pPr>
        <w:spacing w:after="60" w:line="259" w:lineRule="auto"/>
        <w:jc w:val="center"/>
      </w:pPr>
      <m:oMathPara>
        <m:oMath>
          <m:r>
            <w:rPr>
              <w:rFonts w:ascii="Cambria Math" w:hAnsi="Cambria Math"/>
            </w:rPr>
            <m:t>ΔU</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ΔU</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23</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98</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75 </m:t>
          </m:r>
          <m:r>
            <m:rPr>
              <m:sty m:val="p"/>
            </m:rPr>
            <w:rPr>
              <w:rFonts w:ascii="Cambria Math" w:hAnsi="Cambria Math"/>
            </w:rPr>
            <m:t>kJ</m:t>
          </m:r>
        </m:oMath>
      </m:oMathPara>
    </w:p>
    <w:p w14:paraId="43D5D055" w14:textId="77777777" w:rsidR="00BF4363" w:rsidRDefault="00000000">
      <w:pPr>
        <w:spacing w:after="60" w:line="259" w:lineRule="auto"/>
      </w:pPr>
      <w:r>
        <w:t xml:space="preserve">Độ lớn công khí thực hiện: </w:t>
      </w:r>
      <m:oMath>
        <m:d>
          <m:dPr>
            <m:begChr m:val="|"/>
            <m:endChr m:val="|"/>
            <m:ctrlPr>
              <w:rPr>
                <w:rFonts w:ascii="Cambria Math" w:hAnsi="Cambria Math"/>
              </w:rPr>
            </m:ctrlPr>
          </m:dPr>
          <m:e>
            <m:r>
              <w:rPr>
                <w:rFonts w:ascii="Cambria Math" w:hAnsi="Cambria Math"/>
              </w:rPr>
              <m:t>A</m:t>
            </m:r>
          </m:e>
        </m:d>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75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 </m:t>
        </m:r>
        <m:r>
          <m:rPr>
            <m:sty m:val="p"/>
          </m:rPr>
          <w:rPr>
            <w:rFonts w:ascii="Cambria Math" w:hAnsi="Cambria Math"/>
          </w:rPr>
          <m:t>J</m:t>
        </m:r>
      </m:oMath>
      <w:r>
        <w:t>.</w:t>
      </w:r>
    </w:p>
    <w:p w14:paraId="7CA62870" w14:textId="77777777" w:rsidR="00BF4363" w:rsidRDefault="00000000">
      <w:pPr>
        <w:spacing w:after="60" w:line="259" w:lineRule="auto"/>
        <w:jc w:val="center"/>
      </w:pPr>
      <m:oMathPara>
        <m:oMath>
          <m:r>
            <w:rPr>
              <w:rFonts w:ascii="Cambria Math" w:hAnsi="Cambria Math"/>
            </w:rPr>
            <m:t>ΔV</m:t>
          </m:r>
          <m:r>
            <m:rPr>
              <m:sty m:val="p"/>
            </m:rPr>
            <w:rPr>
              <w:rFonts w:ascii="Cambria Math" w:hAnsi="Cambria Math"/>
            </w:rPr>
            <m:t>=</m:t>
          </m:r>
          <m:f>
            <m:fPr>
              <m:ctrlPr>
                <w:rPr>
                  <w:rFonts w:ascii="Cambria Math" w:hAnsi="Cambria Math"/>
                </w:rPr>
              </m:ctrlPr>
            </m:fPr>
            <m:num>
              <m:d>
                <m:dPr>
                  <m:begChr m:val="|"/>
                  <m:endChr m:val="|"/>
                  <m:ctrlPr>
                    <w:rPr>
                      <w:rFonts w:ascii="Cambria Math" w:hAnsi="Cambria Math"/>
                    </w:rPr>
                  </m:ctrlPr>
                </m:dPr>
                <m:e>
                  <m:r>
                    <w:rPr>
                      <w:rFonts w:ascii="Cambria Math" w:hAnsi="Cambria Math"/>
                    </w:rPr>
                    <m:t>A</m:t>
                  </m:r>
                </m:e>
              </m:d>
            </m:num>
            <m:den>
              <m:r>
                <w:rPr>
                  <w:rFonts w:ascii="Cambria Math" w:hAnsi="Cambria Math"/>
                </w:rPr>
                <m:t>p</m:t>
              </m:r>
            </m:den>
          </m:f>
          <m:r>
            <m:rPr>
              <m:sty m:val="p"/>
            </m:rPr>
            <w:rPr>
              <w:rFonts w:ascii="Cambria Math" w:hAnsi="Cambria Math"/>
            </w:rPr>
            <m:t>=</m:t>
          </m:r>
          <m:f>
            <m:fPr>
              <m:ctrlPr>
                <w:rPr>
                  <w:rFonts w:ascii="Cambria Math" w:hAnsi="Cambria Math"/>
                </w:rPr>
              </m:ctrlPr>
            </m:fPr>
            <m:num>
              <m:r>
                <w:rPr>
                  <w:rFonts w:ascii="Cambria Math" w:hAnsi="Cambria Math"/>
                </w:rPr>
                <m:t>3</m:t>
              </m:r>
              <m:r>
                <m:rPr>
                  <m:sty m:val="p"/>
                </m:rPr>
                <w:rPr>
                  <w:rFonts w:ascii="Cambria Math" w:hAnsi="Cambria Math"/>
                </w:rPr>
                <m:t>,</m:t>
              </m:r>
              <m:r>
                <w:rPr>
                  <w:rFonts w:ascii="Cambria Math" w:hAnsi="Cambria Math"/>
                </w:rPr>
                <m:t>75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num>
            <m:den>
              <m:r>
                <w:rPr>
                  <w:rFonts w:ascii="Cambria Math" w:hAnsi="Cambria Math"/>
                </w:rPr>
                <m:t>2</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015 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m:t>
          </m:r>
          <m:r>
            <w:rPr>
              <w:rFonts w:ascii="Cambria Math" w:hAnsi="Cambria Math"/>
            </w:rPr>
            <m:t>15 </m:t>
          </m:r>
          <m:r>
            <m:rPr>
              <m:sty m:val="p"/>
            </m:rPr>
            <w:rPr>
              <w:rFonts w:ascii="Cambria Math" w:hAnsi="Cambria Math"/>
            </w:rPr>
            <m:t>d</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m:oMathPara>
    </w:p>
    <w:p w14:paraId="427A4EE7" w14:textId="77777777" w:rsidR="00BF4363" w:rsidRDefault="00000000">
      <w:pPr>
        <w:keepNext/>
        <w:spacing w:before="140" w:after="60" w:line="259" w:lineRule="auto"/>
      </w:pPr>
      <w:r>
        <w:rPr>
          <w:b/>
          <w:color w:val="1F4E79"/>
        </w:rPr>
        <w:t xml:space="preserve">Câu 5. </w:t>
      </w:r>
      <w:r>
        <w:t xml:space="preserve">Trong thí nghiệm xác định nhiệt hóa hơi riêng của nước, một ấm điện công suất </w:t>
      </w:r>
      <m:oMath>
        <m:r>
          <w:rPr>
            <w:rFonts w:ascii="Cambria Math" w:hAnsi="Cambria Math"/>
          </w:rPr>
          <m:t>1500 </m:t>
        </m:r>
        <m:r>
          <m:rPr>
            <m:sty m:val="p"/>
          </m:rPr>
          <w:rPr>
            <w:rFonts w:ascii="Cambria Math" w:hAnsi="Cambria Math"/>
          </w:rPr>
          <m:t>W</m:t>
        </m:r>
      </m:oMath>
      <w:r>
        <w:t xml:space="preserve"> hoạt động với hiệu suất truyền nhiệt cho nước là </w:t>
      </w:r>
      <m:oMath>
        <m:r>
          <w:rPr>
            <w:rFonts w:ascii="Cambria Math" w:hAnsi="Cambria Math"/>
          </w:rPr>
          <m:t>80</m:t>
        </m:r>
        <m:r>
          <m:rPr>
            <m:sty m:val="p"/>
          </m:rPr>
          <w:rPr>
            <w:rFonts w:ascii="Cambria Math" w:hAnsi="Cambria Math"/>
          </w:rPr>
          <m:t>%</m:t>
        </m:r>
      </m:oMath>
      <w:r>
        <w:t xml:space="preserve">. Khi nước đã sôi, sau </w:t>
      </w:r>
      <m:oMath>
        <m:r>
          <w:rPr>
            <w:rFonts w:ascii="Cambria Math" w:hAnsi="Cambria Math"/>
          </w:rPr>
          <m:t>4</m:t>
        </m:r>
        <m:r>
          <m:rPr>
            <m:sty m:val="p"/>
          </m:rPr>
          <w:rPr>
            <w:rFonts w:ascii="Cambria Math" w:hAnsi="Cambria Math"/>
          </w:rPr>
          <m:t>,</m:t>
        </m:r>
        <m:r>
          <w:rPr>
            <w:rFonts w:ascii="Cambria Math" w:hAnsi="Cambria Math"/>
          </w:rPr>
          <m:t>0 </m:t>
        </m:r>
        <m:r>
          <m:rPr>
            <m:sty m:val="p"/>
          </m:rPr>
          <w:rPr>
            <w:rFonts w:ascii="Cambria Math" w:hAnsi="Cambria Math"/>
          </w:rPr>
          <m:t>phút</m:t>
        </m:r>
      </m:oMath>
      <w:r>
        <w:t xml:space="preserve"> khối lượng nước giảm </w:t>
      </w:r>
      <m:oMath>
        <m:r>
          <w:rPr>
            <w:rFonts w:ascii="Cambria Math" w:hAnsi="Cambria Math"/>
          </w:rPr>
          <m:t>0</m:t>
        </m:r>
        <m:r>
          <m:rPr>
            <m:sty m:val="p"/>
          </m:rPr>
          <w:rPr>
            <w:rFonts w:ascii="Cambria Math" w:hAnsi="Cambria Math"/>
          </w:rPr>
          <m:t>,</m:t>
        </m:r>
        <m:r>
          <w:rPr>
            <w:rFonts w:ascii="Cambria Math" w:hAnsi="Cambria Math"/>
          </w:rPr>
          <m:t>120 </m:t>
        </m:r>
        <m:r>
          <m:rPr>
            <m:sty m:val="p"/>
          </m:rPr>
          <w:rPr>
            <w:rFonts w:ascii="Cambria Math" w:hAnsi="Cambria Math"/>
          </w:rPr>
          <m:t>kg</m:t>
        </m:r>
      </m:oMath>
      <w:r>
        <w:t xml:space="preserve">. Tính nhiệt hóa hơi riêng theo đơn vị </w:t>
      </w:r>
      <m:oMath>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sty m:val="p"/>
          </m:rPr>
          <w:rPr>
            <w:rFonts w:ascii="Cambria Math" w:hAnsi="Cambria Math"/>
          </w:rPr>
          <m:t>J/kg</m:t>
        </m:r>
      </m:oMath>
      <w:r>
        <w:t>, làm tròn đến hàng phần trăm.</w:t>
      </w:r>
    </w:p>
    <w:p w14:paraId="7D6E84E8" w14:textId="77777777" w:rsidR="001609E1" w:rsidRDefault="001609E1" w:rsidP="001609E1">
      <w:pPr>
        <w:keepNext/>
        <w:spacing w:before="40" w:after="40" w:line="259" w:lineRule="auto"/>
      </w:pPr>
      <w:r>
        <w:rPr>
          <w:b/>
          <w:color w:val="C00000"/>
        </w:rPr>
        <w:t>Đáp án: 2,40</w:t>
      </w:r>
    </w:p>
    <w:p w14:paraId="6931D1BA" w14:textId="7E2EA501" w:rsidR="00BF4363" w:rsidRDefault="00000000">
      <w:pPr>
        <w:keepNext/>
        <w:spacing w:before="40" w:after="40" w:line="259" w:lineRule="auto"/>
      </w:pPr>
      <w:r>
        <w:rPr>
          <w:b/>
          <w:color w:val="1F4E79"/>
        </w:rPr>
        <w:t>Định hướng tư duy:</w:t>
      </w:r>
    </w:p>
    <w:p w14:paraId="3747B64C" w14:textId="77777777" w:rsidR="00BF4363" w:rsidRDefault="00000000">
      <w:pPr>
        <w:pStyle w:val="ListBullet"/>
        <w:spacing w:after="40" w:line="259" w:lineRule="auto"/>
        <w:ind w:left="340" w:hanging="142"/>
      </w:pPr>
      <w:r>
        <w:t xml:space="preserve">Điện năng có ích truyền cho nước bằng </w:t>
      </w:r>
      <m:oMath>
        <m:r>
          <w:rPr>
            <w:rFonts w:ascii="Cambria Math" w:hAnsi="Cambria Math"/>
          </w:rPr>
          <m:t>Q</m:t>
        </m:r>
        <m:r>
          <m:rPr>
            <m:sty m:val="p"/>
          </m:rPr>
          <w:rPr>
            <w:rFonts w:ascii="Cambria Math" w:hAnsi="Cambria Math"/>
          </w:rPr>
          <m:t>=</m:t>
        </m:r>
        <m:r>
          <w:rPr>
            <w:rFonts w:ascii="Cambria Math" w:hAnsi="Cambria Math"/>
          </w:rPr>
          <m:t>ηPt</m:t>
        </m:r>
      </m:oMath>
      <w:r>
        <w:t>.</w:t>
      </w:r>
    </w:p>
    <w:p w14:paraId="55294066" w14:textId="77777777" w:rsidR="00BF4363" w:rsidRDefault="00000000">
      <w:pPr>
        <w:pStyle w:val="ListBullet"/>
        <w:spacing w:after="40" w:line="259" w:lineRule="auto"/>
        <w:ind w:left="340" w:hanging="142"/>
      </w:pPr>
      <w:r>
        <w:t xml:space="preserve">Khi nước đang sôi, nhiệt lượng có ích dùng để hóa hơi: </w:t>
      </w:r>
      <m:oMath>
        <m:r>
          <w:rPr>
            <w:rFonts w:ascii="Cambria Math" w:hAnsi="Cambria Math"/>
          </w:rPr>
          <m:t>Q</m:t>
        </m:r>
        <m:r>
          <m:rPr>
            <m:sty m:val="p"/>
          </m:rPr>
          <w:rPr>
            <w:rFonts w:ascii="Cambria Math" w:hAnsi="Cambria Math"/>
          </w:rPr>
          <m:t>=</m:t>
        </m:r>
        <m:r>
          <w:rPr>
            <w:rFonts w:ascii="Cambria Math" w:hAnsi="Cambria Math"/>
          </w:rPr>
          <m:t>mL</m:t>
        </m:r>
      </m:oMath>
      <w:r>
        <w:t>.</w:t>
      </w:r>
    </w:p>
    <w:p w14:paraId="2A986B23" w14:textId="77777777" w:rsidR="00BF4363" w:rsidRDefault="00000000">
      <w:pPr>
        <w:keepNext/>
        <w:spacing w:before="40" w:after="40" w:line="259" w:lineRule="auto"/>
      </w:pPr>
      <w:r>
        <w:rPr>
          <w:b/>
          <w:color w:val="1F4E79"/>
        </w:rPr>
        <w:t>Hướng dẫn giải:</w:t>
      </w:r>
    </w:p>
    <w:p w14:paraId="3452EEA3" w14:textId="77777777" w:rsidR="00BF4363" w:rsidRDefault="00000000">
      <w:pPr>
        <w:spacing w:after="60" w:line="259" w:lineRule="auto"/>
      </w:pPr>
      <m:oMathPara>
        <m:oMath>
          <m:r>
            <w:rPr>
              <w:rFonts w:ascii="Cambria Math" w:hAnsi="Cambria Math"/>
            </w:rPr>
            <m:t>t</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0 </m:t>
          </m:r>
          <m:r>
            <m:rPr>
              <m:sty m:val="p"/>
            </m:rPr>
            <w:rPr>
              <w:rFonts w:ascii="Cambria Math" w:hAnsi="Cambria Math"/>
            </w:rPr>
            <m:t>phút=</m:t>
          </m:r>
          <m:r>
            <w:rPr>
              <w:rFonts w:ascii="Cambria Math" w:hAnsi="Cambria Math"/>
            </w:rPr>
            <m:t>240 </m:t>
          </m:r>
          <m:r>
            <m:rPr>
              <m:sty m:val="p"/>
            </m:rPr>
            <w:rPr>
              <w:rFonts w:ascii="Cambria Math" w:hAnsi="Cambria Math"/>
            </w:rPr>
            <m:t>s</m:t>
          </m:r>
        </m:oMath>
      </m:oMathPara>
    </w:p>
    <w:p w14:paraId="6C99C3A5" w14:textId="77777777" w:rsidR="00BF4363" w:rsidRDefault="00000000">
      <w:pPr>
        <w:spacing w:after="60" w:line="259" w:lineRule="auto"/>
        <w:jc w:val="center"/>
      </w:pPr>
      <m:oMathPara>
        <m:oMath>
          <m:r>
            <w:rPr>
              <w:rFonts w:ascii="Cambria Math" w:hAnsi="Cambria Math"/>
            </w:rPr>
            <m:t>Q</m:t>
          </m:r>
          <m:r>
            <m:rPr>
              <m:sty m:val="p"/>
            </m:rPr>
            <w:rPr>
              <w:rFonts w:ascii="Cambria Math" w:hAnsi="Cambria Math"/>
            </w:rPr>
            <m:t>=</m:t>
          </m:r>
          <m:r>
            <w:rPr>
              <w:rFonts w:ascii="Cambria Math" w:hAnsi="Cambria Math"/>
            </w:rPr>
            <m:t>ηPt</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80</m:t>
          </m:r>
          <m:r>
            <m:rPr>
              <m:sty m:val="p"/>
            </m:rPr>
            <w:rPr>
              <w:rFonts w:ascii="Cambria Math" w:hAnsi="Cambria Math"/>
            </w:rPr>
            <m:t>×</m:t>
          </m:r>
          <m:r>
            <w:rPr>
              <w:rFonts w:ascii="Cambria Math" w:hAnsi="Cambria Math"/>
            </w:rPr>
            <m:t>1500</m:t>
          </m:r>
          <m:r>
            <m:rPr>
              <m:sty m:val="p"/>
            </m:rPr>
            <w:rPr>
              <w:rFonts w:ascii="Cambria Math" w:hAnsi="Cambria Math"/>
            </w:rPr>
            <m:t>×</m:t>
          </m:r>
          <m:r>
            <w:rPr>
              <w:rFonts w:ascii="Cambria Math" w:hAnsi="Cambria Math"/>
            </w:rPr>
            <m:t>240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88</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m:t>
          </m:r>
        </m:oMath>
      </m:oMathPara>
    </w:p>
    <w:p w14:paraId="61F38860" w14:textId="77777777" w:rsidR="00BF4363" w:rsidRDefault="00000000">
      <w:pPr>
        <w:spacing w:after="60" w:line="259" w:lineRule="auto"/>
        <w:jc w:val="center"/>
      </w:pPr>
      <m:oMathPara>
        <m:oMath>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m</m:t>
              </m:r>
            </m:den>
          </m:f>
          <m:r>
            <m:rPr>
              <m:sty m:val="p"/>
            </m:rPr>
            <w:rPr>
              <w:rFonts w:ascii="Cambria Math" w:hAnsi="Cambria Math"/>
            </w:rPr>
            <m:t>=</m:t>
          </m:r>
          <m:f>
            <m:fPr>
              <m:ctrlPr>
                <w:rPr>
                  <w:rFonts w:ascii="Cambria Math" w:hAnsi="Cambria Math"/>
                </w:rPr>
              </m:ctrlPr>
            </m:fPr>
            <m:num>
              <m:r>
                <w:rPr>
                  <w:rFonts w:ascii="Cambria Math" w:hAnsi="Cambria Math"/>
                </w:rPr>
                <m:t>2</m:t>
              </m:r>
              <m:r>
                <m:rPr>
                  <m:sty m:val="p"/>
                </m:rPr>
                <w:rPr>
                  <w:rFonts w:ascii="Cambria Math" w:hAnsi="Cambria Math"/>
                </w:rPr>
                <m:t>,</m:t>
              </m:r>
              <m:r>
                <w:rPr>
                  <w:rFonts w:ascii="Cambria Math" w:hAnsi="Cambria Math"/>
                </w:rPr>
                <m:t>88</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num>
            <m:den>
              <m:r>
                <w:rPr>
                  <w:rFonts w:ascii="Cambria Math" w:hAnsi="Cambria Math"/>
                </w:rPr>
                <m:t>0</m:t>
              </m:r>
              <m:r>
                <m:rPr>
                  <m:sty m:val="p"/>
                </m:rPr>
                <w:rPr>
                  <w:rFonts w:ascii="Cambria Math" w:hAnsi="Cambria Math"/>
                </w:rPr>
                <m:t>,</m:t>
              </m:r>
              <m:r>
                <w:rPr>
                  <w:rFonts w:ascii="Cambria Math" w:hAnsi="Cambria Math"/>
                </w:rPr>
                <m:t>120</m:t>
              </m:r>
            </m:den>
          </m:f>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sty m:val="p"/>
            </m:rPr>
            <w:rPr>
              <w:rFonts w:ascii="Cambria Math" w:hAnsi="Cambria Math"/>
            </w:rPr>
            <m:t>J/kg</m:t>
          </m:r>
        </m:oMath>
      </m:oMathPara>
    </w:p>
    <w:p w14:paraId="2DAC2E76" w14:textId="77777777" w:rsidR="00BF4363" w:rsidRDefault="00000000">
      <w:pPr>
        <w:keepNext/>
        <w:spacing w:before="140" w:after="60" w:line="259" w:lineRule="auto"/>
      </w:pPr>
      <w:r>
        <w:rPr>
          <w:b/>
          <w:color w:val="1F4E79"/>
        </w:rPr>
        <w:t xml:space="preserve">Câu 6. </w:t>
      </w:r>
      <w:r>
        <w:t xml:space="preserve">Trong thí nghiệm đo nhiệt dung riêng của nước, công suất điện trên oát kế là </w:t>
      </w:r>
      <m:oMath>
        <m:r>
          <w:rPr>
            <w:rFonts w:ascii="Cambria Math" w:hAnsi="Cambria Math"/>
          </w:rPr>
          <m:t>950 </m:t>
        </m:r>
        <m:r>
          <m:rPr>
            <m:sty m:val="p"/>
          </m:rPr>
          <w:rPr>
            <w:rFonts w:ascii="Cambria Math" w:hAnsi="Cambria Math"/>
          </w:rPr>
          <m:t>W</m:t>
        </m:r>
      </m:oMath>
      <w:r>
        <w:t xml:space="preserve">, khối lượng nước là </w:t>
      </w:r>
      <m:oMath>
        <m:r>
          <w:rPr>
            <w:rFonts w:ascii="Cambria Math" w:hAnsi="Cambria Math"/>
          </w:rPr>
          <m:t>1</m:t>
        </m:r>
        <m:r>
          <m:rPr>
            <m:sty m:val="p"/>
          </m:rPr>
          <w:rPr>
            <w:rFonts w:ascii="Cambria Math" w:hAnsi="Cambria Math"/>
          </w:rPr>
          <m:t>,</m:t>
        </m:r>
        <m:r>
          <w:rPr>
            <w:rFonts w:ascii="Cambria Math" w:hAnsi="Cambria Math"/>
          </w:rPr>
          <m:t>00 </m:t>
        </m:r>
        <m:r>
          <m:rPr>
            <m:sty m:val="p"/>
          </m:rPr>
          <w:rPr>
            <w:rFonts w:ascii="Cambria Math" w:hAnsi="Cambria Math"/>
          </w:rPr>
          <m:t>kg</m:t>
        </m:r>
      </m:oMath>
      <w:r>
        <w:t xml:space="preserve">. Trên đồ thị, </w:t>
      </w:r>
      <m:oMath>
        <m:r>
          <w:rPr>
            <w:rFonts w:ascii="Cambria Math" w:hAnsi="Cambria Math"/>
          </w:rPr>
          <m:t>M</m:t>
        </m:r>
        <m:d>
          <m:dPr>
            <m:ctrlPr>
              <w:rPr>
                <w:rFonts w:ascii="Cambria Math" w:hAnsi="Cambria Math"/>
              </w:rPr>
            </m:ctrlPr>
          </m:dPr>
          <m:e>
            <m:r>
              <w:rPr>
                <w:rFonts w:ascii="Cambria Math" w:hAnsi="Cambria Math"/>
              </w:rPr>
              <m:t>32 </m:t>
            </m:r>
            <m:r>
              <m:rPr>
                <m:sty m:val="p"/>
              </m:rPr>
              <w:rPr>
                <w:rFonts w:ascii="Cambria Math" w:hAnsi="Cambria Math"/>
              </w:rPr>
              <m:t>s;</m:t>
            </m:r>
            <m:r>
              <w:rPr>
                <w:rFonts w:ascii="Cambria Math" w:hAnsi="Cambria Math"/>
              </w:rPr>
              <m:t>35 </m:t>
            </m:r>
            <m:r>
              <m:rPr>
                <m:sty m:val="p"/>
              </m:rPr>
              <w:rPr>
                <w:rFonts w:ascii="Cambria Math" w:hAnsi="Cambria Math"/>
              </w:rPr>
              <m:t>°C</m:t>
            </m:r>
          </m:e>
        </m:d>
      </m:oMath>
      <w:r>
        <w:t xml:space="preserve"> và </w:t>
      </w:r>
      <m:oMath>
        <m:r>
          <w:rPr>
            <w:rFonts w:ascii="Cambria Math" w:hAnsi="Cambria Math"/>
          </w:rPr>
          <m:t>N</m:t>
        </m:r>
        <m:d>
          <m:dPr>
            <m:ctrlPr>
              <w:rPr>
                <w:rFonts w:ascii="Cambria Math" w:hAnsi="Cambria Math"/>
              </w:rPr>
            </m:ctrlPr>
          </m:dPr>
          <m:e>
            <m:r>
              <w:rPr>
                <w:rFonts w:ascii="Cambria Math" w:hAnsi="Cambria Math"/>
              </w:rPr>
              <m:t>144 </m:t>
            </m:r>
            <m:r>
              <m:rPr>
                <m:sty m:val="p"/>
              </m:rPr>
              <w:rPr>
                <w:rFonts w:ascii="Cambria Math" w:hAnsi="Cambria Math"/>
              </w:rPr>
              <m:t>s;</m:t>
            </m:r>
            <m:r>
              <w:rPr>
                <w:rFonts w:ascii="Cambria Math" w:hAnsi="Cambria Math"/>
              </w:rPr>
              <m:t>60 </m:t>
            </m:r>
            <m:r>
              <m:rPr>
                <m:sty m:val="p"/>
              </m:rPr>
              <w:rPr>
                <w:rFonts w:ascii="Cambria Math" w:hAnsi="Cambria Math"/>
              </w:rPr>
              <m:t>°C</m:t>
            </m:r>
          </m:e>
        </m:d>
      </m:oMath>
      <w:r>
        <w:t>. Bỏ qua nhiệt lượng làm nóng nhiệt lượng kế và hao phí. Tính nhiệt dung riêng của nước.</w:t>
      </w:r>
    </w:p>
    <w:p w14:paraId="417F2561" w14:textId="54ACE070" w:rsidR="00BF4363" w:rsidRDefault="00AC5995">
      <w:pPr>
        <w:spacing w:before="40" w:after="40" w:line="240" w:lineRule="auto"/>
        <w:jc w:val="center"/>
      </w:pPr>
      <w:r w:rsidRPr="006F1FAC">
        <w:rPr>
          <w:noProof/>
        </w:rPr>
        <w:drawing>
          <wp:inline distT="0" distB="0" distL="0" distR="0" wp14:anchorId="072B1736" wp14:editId="1B262306">
            <wp:extent cx="4319558" cy="2805903"/>
            <wp:effectExtent l="0" t="0" r="5080" b="0"/>
            <wp:docPr id="682476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76263" name=""/>
                    <pic:cNvPicPr/>
                  </pic:nvPicPr>
                  <pic:blipFill>
                    <a:blip r:embed="rId14"/>
                    <a:stretch>
                      <a:fillRect/>
                    </a:stretch>
                  </pic:blipFill>
                  <pic:spPr>
                    <a:xfrm>
                      <a:off x="0" y="0"/>
                      <a:ext cx="4323118" cy="2808215"/>
                    </a:xfrm>
                    <a:prstGeom prst="rect">
                      <a:avLst/>
                    </a:prstGeom>
                  </pic:spPr>
                </pic:pic>
              </a:graphicData>
            </a:graphic>
          </wp:inline>
        </w:drawing>
      </w:r>
    </w:p>
    <w:p w14:paraId="5D1E4E6E" w14:textId="77777777" w:rsidR="001609E1" w:rsidRDefault="001609E1" w:rsidP="001609E1">
      <w:pPr>
        <w:keepNext/>
        <w:spacing w:before="40" w:after="40" w:line="259" w:lineRule="auto"/>
      </w:pPr>
      <w:r>
        <w:rPr>
          <w:b/>
          <w:color w:val="C00000"/>
        </w:rPr>
        <w:lastRenderedPageBreak/>
        <w:t>Đáp án: 4256</w:t>
      </w:r>
    </w:p>
    <w:p w14:paraId="45C9E323" w14:textId="4B6FB97C" w:rsidR="00BF4363" w:rsidRDefault="00000000">
      <w:pPr>
        <w:keepNext/>
        <w:spacing w:before="40" w:after="40" w:line="259" w:lineRule="auto"/>
      </w:pPr>
      <w:r>
        <w:rPr>
          <w:b/>
          <w:color w:val="1F4E79"/>
        </w:rPr>
        <w:t>Định hướng tư duy:</w:t>
      </w:r>
    </w:p>
    <w:p w14:paraId="6D1B9AF1" w14:textId="77777777" w:rsidR="00BF4363" w:rsidRDefault="00000000">
      <w:pPr>
        <w:pStyle w:val="ListBullet"/>
        <w:spacing w:after="40" w:line="259" w:lineRule="auto"/>
        <w:ind w:left="340" w:hanging="142"/>
      </w:pPr>
      <w:r>
        <w:t xml:space="preserve">Trong khoảng MN, điện năng cung cấp là </w:t>
      </w:r>
      <m:oMath>
        <m:r>
          <w:rPr>
            <w:rFonts w:ascii="Cambria Math" w:hAnsi="Cambria Math"/>
          </w:rPr>
          <m:t>PΔt</m:t>
        </m:r>
      </m:oMath>
      <w:r>
        <w:t>.</w:t>
      </w:r>
    </w:p>
    <w:p w14:paraId="5713F899" w14:textId="77777777" w:rsidR="00BF4363" w:rsidRDefault="00000000">
      <w:pPr>
        <w:pStyle w:val="ListBullet"/>
        <w:spacing w:after="40" w:line="259" w:lineRule="auto"/>
        <w:ind w:left="340" w:hanging="142"/>
      </w:pPr>
      <w:r>
        <w:t xml:space="preserve">Nhiệt lượng nước thu vào là </w:t>
      </w:r>
      <m:oMath>
        <m:r>
          <w:rPr>
            <w:rFonts w:ascii="Cambria Math" w:hAnsi="Cambria Math"/>
          </w:rPr>
          <m:t>mcΔT</m:t>
        </m:r>
      </m:oMath>
      <w:r>
        <w:t>.</w:t>
      </w:r>
    </w:p>
    <w:p w14:paraId="3434F8E6" w14:textId="77777777" w:rsidR="00BF4363" w:rsidRDefault="00000000">
      <w:pPr>
        <w:keepNext/>
        <w:spacing w:before="40" w:after="40" w:line="259" w:lineRule="auto"/>
      </w:pPr>
      <w:r>
        <w:rPr>
          <w:b/>
          <w:color w:val="1F4E79"/>
        </w:rPr>
        <w:t>Hướng dẫn giải:</w:t>
      </w:r>
    </w:p>
    <w:p w14:paraId="6F3D57EF" w14:textId="77777777" w:rsidR="00BF4363" w:rsidRDefault="00000000">
      <w:pPr>
        <w:spacing w:after="60" w:line="259" w:lineRule="auto"/>
      </w:pPr>
      <m:oMathPara>
        <m:oMath>
          <m:r>
            <w:rPr>
              <w:rFonts w:ascii="Cambria Math" w:hAnsi="Cambria Math"/>
            </w:rPr>
            <m:t>Δt</m:t>
          </m:r>
          <m:r>
            <m:rPr>
              <m:sty m:val="p"/>
            </m:rPr>
            <w:rPr>
              <w:rFonts w:ascii="Cambria Math" w:hAnsi="Cambria Math"/>
            </w:rPr>
            <m:t>=</m:t>
          </m:r>
          <m:r>
            <w:rPr>
              <w:rFonts w:ascii="Cambria Math" w:hAnsi="Cambria Math"/>
            </w:rPr>
            <m:t>144</m:t>
          </m:r>
          <m:r>
            <m:rPr>
              <m:sty m:val="p"/>
            </m:rPr>
            <w:rPr>
              <w:rFonts w:ascii="Cambria Math" w:hAnsi="Cambria Math"/>
            </w:rPr>
            <m:t>-</m:t>
          </m:r>
          <m:r>
            <w:rPr>
              <w:rFonts w:ascii="Cambria Math" w:hAnsi="Cambria Math"/>
            </w:rPr>
            <m:t>32</m:t>
          </m:r>
          <m:r>
            <m:rPr>
              <m:sty m:val="p"/>
            </m:rPr>
            <w:rPr>
              <w:rFonts w:ascii="Cambria Math" w:hAnsi="Cambria Math"/>
            </w:rPr>
            <m:t>=</m:t>
          </m:r>
          <m:r>
            <w:rPr>
              <w:rFonts w:ascii="Cambria Math" w:hAnsi="Cambria Math"/>
            </w:rPr>
            <m:t>112 </m:t>
          </m:r>
          <m:r>
            <m:rPr>
              <m:sty m:val="p"/>
            </m:rPr>
            <w:rPr>
              <w:rFonts w:ascii="Cambria Math" w:hAnsi="Cambria Math"/>
            </w:rPr>
            <m:t>s,</m:t>
          </m:r>
          <m:r>
            <w:rPr>
              <w:rFonts w:ascii="Cambria Math" w:hAnsi="Cambria Math"/>
            </w:rPr>
            <m:t>  ΔT</m:t>
          </m:r>
          <m:r>
            <m:rPr>
              <m:sty m:val="p"/>
            </m:rPr>
            <w:rPr>
              <w:rFonts w:ascii="Cambria Math" w:hAnsi="Cambria Math"/>
            </w:rPr>
            <m:t>=</m:t>
          </m:r>
          <m:r>
            <w:rPr>
              <w:rFonts w:ascii="Cambria Math" w:hAnsi="Cambria Math"/>
            </w:rPr>
            <m:t>60</m:t>
          </m:r>
          <m:r>
            <m:rPr>
              <m:sty m:val="p"/>
            </m:rPr>
            <w:rPr>
              <w:rFonts w:ascii="Cambria Math" w:hAnsi="Cambria Math"/>
            </w:rPr>
            <m:t>-</m:t>
          </m:r>
          <m:r>
            <w:rPr>
              <w:rFonts w:ascii="Cambria Math" w:hAnsi="Cambria Math"/>
            </w:rPr>
            <m:t>35</m:t>
          </m:r>
          <m:r>
            <m:rPr>
              <m:sty m:val="p"/>
            </m:rPr>
            <w:rPr>
              <w:rFonts w:ascii="Cambria Math" w:hAnsi="Cambria Math"/>
            </w:rPr>
            <m:t>=</m:t>
          </m:r>
          <m:r>
            <w:rPr>
              <w:rFonts w:ascii="Cambria Math" w:hAnsi="Cambria Math"/>
            </w:rPr>
            <m:t>25 </m:t>
          </m:r>
          <m:r>
            <m:rPr>
              <m:sty m:val="p"/>
            </m:rPr>
            <w:rPr>
              <w:rFonts w:ascii="Cambria Math" w:hAnsi="Cambria Math"/>
            </w:rPr>
            <m:t>K</m:t>
          </m:r>
        </m:oMath>
      </m:oMathPara>
    </w:p>
    <w:p w14:paraId="1F635780" w14:textId="77777777" w:rsidR="00BF4363" w:rsidRDefault="00000000">
      <w:pPr>
        <w:spacing w:after="60" w:line="259" w:lineRule="auto"/>
        <w:jc w:val="center"/>
      </w:pPr>
      <m:oMathPara>
        <m:oMath>
          <m:r>
            <w:rPr>
              <w:rFonts w:ascii="Cambria Math" w:hAnsi="Cambria Math"/>
            </w:rPr>
            <m:t>PΔt</m:t>
          </m:r>
          <m:r>
            <m:rPr>
              <m:sty m:val="p"/>
            </m:rPr>
            <w:rPr>
              <w:rFonts w:ascii="Cambria Math" w:hAnsi="Cambria Math"/>
            </w:rPr>
            <m:t>=</m:t>
          </m:r>
          <m:r>
            <w:rPr>
              <w:rFonts w:ascii="Cambria Math" w:hAnsi="Cambria Math"/>
            </w:rPr>
            <m:t>mcΔT</m:t>
          </m:r>
          <m:r>
            <m:rPr>
              <m:sty m:val="p"/>
            </m:rPr>
            <w:rPr>
              <w:rFonts w:ascii="Cambria Math" w:hAnsi="Cambria Math"/>
            </w:rPr>
            <m:t>⇒</m:t>
          </m:r>
          <m:r>
            <w:rPr>
              <w:rFonts w:ascii="Cambria Math" w:hAnsi="Cambria Math"/>
            </w:rPr>
            <m:t>c</m:t>
          </m:r>
          <m:r>
            <m:rPr>
              <m:sty m:val="p"/>
            </m:rPr>
            <w:rPr>
              <w:rFonts w:ascii="Cambria Math" w:hAnsi="Cambria Math"/>
            </w:rPr>
            <m:t>=</m:t>
          </m:r>
          <m:f>
            <m:fPr>
              <m:ctrlPr>
                <w:rPr>
                  <w:rFonts w:ascii="Cambria Math" w:hAnsi="Cambria Math"/>
                </w:rPr>
              </m:ctrlPr>
            </m:fPr>
            <m:num>
              <m:r>
                <w:rPr>
                  <w:rFonts w:ascii="Cambria Math" w:hAnsi="Cambria Math"/>
                </w:rPr>
                <m:t>PΔt</m:t>
              </m:r>
            </m:num>
            <m:den>
              <m:r>
                <w:rPr>
                  <w:rFonts w:ascii="Cambria Math" w:hAnsi="Cambria Math"/>
                </w:rPr>
                <m:t>mΔT</m:t>
              </m:r>
            </m:den>
          </m:f>
        </m:oMath>
      </m:oMathPara>
    </w:p>
    <w:p w14:paraId="41207DBA" w14:textId="77777777" w:rsidR="00BF4363" w:rsidRDefault="00000000">
      <w:pPr>
        <w:spacing w:after="60" w:line="259" w:lineRule="auto"/>
        <w:jc w:val="center"/>
      </w:pPr>
      <m:oMathPara>
        <m:oMath>
          <m:r>
            <w:rPr>
              <w:rFonts w:ascii="Cambria Math" w:hAnsi="Cambria Math"/>
            </w:rPr>
            <m:t>c</m:t>
          </m:r>
          <m:r>
            <m:rPr>
              <m:sty m:val="p"/>
            </m:rPr>
            <w:rPr>
              <w:rFonts w:ascii="Cambria Math" w:hAnsi="Cambria Math"/>
            </w:rPr>
            <m:t>=</m:t>
          </m:r>
          <m:f>
            <m:fPr>
              <m:ctrlPr>
                <w:rPr>
                  <w:rFonts w:ascii="Cambria Math" w:hAnsi="Cambria Math"/>
                </w:rPr>
              </m:ctrlPr>
            </m:fPr>
            <m:num>
              <m:r>
                <w:rPr>
                  <w:rFonts w:ascii="Cambria Math" w:hAnsi="Cambria Math"/>
                </w:rPr>
                <m:t>950</m:t>
              </m:r>
              <m:r>
                <m:rPr>
                  <m:sty m:val="p"/>
                </m:rPr>
                <w:rPr>
                  <w:rFonts w:ascii="Cambria Math" w:hAnsi="Cambria Math"/>
                </w:rPr>
                <m:t>×</m:t>
              </m:r>
              <m:r>
                <w:rPr>
                  <w:rFonts w:ascii="Cambria Math" w:hAnsi="Cambria Math"/>
                </w:rPr>
                <m:t>112</m:t>
              </m:r>
            </m:num>
            <m:den>
              <m:r>
                <w:rPr>
                  <w:rFonts w:ascii="Cambria Math" w:hAnsi="Cambria Math"/>
                </w:rPr>
                <m:t>1</m:t>
              </m:r>
              <m:r>
                <m:rPr>
                  <m:sty m:val="p"/>
                </m:rPr>
                <w:rPr>
                  <w:rFonts w:ascii="Cambria Math" w:hAnsi="Cambria Math"/>
                </w:rPr>
                <m:t>,</m:t>
              </m:r>
              <m:r>
                <w:rPr>
                  <w:rFonts w:ascii="Cambria Math" w:hAnsi="Cambria Math"/>
                </w:rPr>
                <m:t>00</m:t>
              </m:r>
              <m:r>
                <m:rPr>
                  <m:sty m:val="p"/>
                </m:rPr>
                <w:rPr>
                  <w:rFonts w:ascii="Cambria Math" w:hAnsi="Cambria Math"/>
                </w:rPr>
                <m:t>×</m:t>
              </m:r>
              <m:r>
                <w:rPr>
                  <w:rFonts w:ascii="Cambria Math" w:hAnsi="Cambria Math"/>
                </w:rPr>
                <m:t>25</m:t>
              </m:r>
            </m:den>
          </m:f>
          <m:r>
            <m:rPr>
              <m:sty m:val="p"/>
            </m:rPr>
            <w:rPr>
              <w:rFonts w:ascii="Cambria Math" w:hAnsi="Cambria Math"/>
            </w:rPr>
            <m:t>=</m:t>
          </m:r>
          <m:r>
            <w:rPr>
              <w:rFonts w:ascii="Cambria Math" w:hAnsi="Cambria Math"/>
            </w:rPr>
            <m:t>4256 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m:oMathPara>
    </w:p>
    <w:p w14:paraId="65F73977" w14:textId="77777777" w:rsidR="001609E1" w:rsidRDefault="001609E1">
      <w:pPr>
        <w:keepNext/>
        <w:spacing w:before="160" w:after="100" w:line="240" w:lineRule="auto"/>
        <w:jc w:val="center"/>
        <w:rPr>
          <w:b/>
          <w:color w:val="1F4E79"/>
          <w:sz w:val="30"/>
        </w:rPr>
      </w:pPr>
    </w:p>
    <w:p w14:paraId="223CABBA" w14:textId="77777777" w:rsidR="001609E1" w:rsidRDefault="001609E1">
      <w:pPr>
        <w:rPr>
          <w:b/>
          <w:color w:val="1F4E79"/>
          <w:sz w:val="30"/>
        </w:rPr>
      </w:pPr>
      <w:r>
        <w:rPr>
          <w:b/>
          <w:color w:val="1F4E79"/>
          <w:sz w:val="30"/>
        </w:rPr>
        <w:br w:type="page"/>
      </w:r>
    </w:p>
    <w:p w14:paraId="63E16211" w14:textId="58647DD8" w:rsidR="00BF4363" w:rsidRDefault="00000000">
      <w:pPr>
        <w:keepNext/>
        <w:spacing w:before="160" w:after="100" w:line="240" w:lineRule="auto"/>
        <w:jc w:val="center"/>
      </w:pPr>
      <w:r>
        <w:rPr>
          <w:b/>
          <w:color w:val="1F4E79"/>
          <w:sz w:val="30"/>
        </w:rPr>
        <w:lastRenderedPageBreak/>
        <w:t>BẢNG ĐÁP ÁN TỔNG HỢP</w:t>
      </w:r>
    </w:p>
    <w:p w14:paraId="587C1E82" w14:textId="77777777" w:rsidR="00BF4363" w:rsidRDefault="00000000">
      <w:pPr>
        <w:spacing w:before="40" w:after="60" w:line="240" w:lineRule="auto"/>
      </w:pPr>
      <w:r>
        <w:rPr>
          <w:b/>
          <w:color w:val="1F4E79"/>
          <w:sz w:val="26"/>
        </w:rPr>
        <w:t>Phần I</w:t>
      </w:r>
    </w:p>
    <w:tbl>
      <w:tblPr>
        <w:tblStyle w:val="TableGrid"/>
        <w:tblW w:w="0" w:type="auto"/>
        <w:jc w:val="center"/>
        <w:tblLook w:val="04A0" w:firstRow="1" w:lastRow="0" w:firstColumn="1" w:lastColumn="0" w:noHBand="0" w:noVBand="1"/>
      </w:tblPr>
      <w:tblGrid>
        <w:gridCol w:w="1031"/>
        <w:gridCol w:w="1031"/>
        <w:gridCol w:w="1031"/>
        <w:gridCol w:w="1031"/>
        <w:gridCol w:w="1031"/>
        <w:gridCol w:w="1031"/>
        <w:gridCol w:w="1031"/>
        <w:gridCol w:w="1031"/>
        <w:gridCol w:w="1031"/>
        <w:gridCol w:w="1031"/>
      </w:tblGrid>
      <w:tr w:rsidR="00BF4363" w14:paraId="7FC2F813" w14:textId="77777777">
        <w:trPr>
          <w:jc w:val="center"/>
        </w:trPr>
        <w:tc>
          <w:tcPr>
            <w:tcW w:w="1031" w:type="dxa"/>
            <w:shd w:val="clear" w:color="auto" w:fill="D9EAF7"/>
          </w:tcPr>
          <w:p w14:paraId="2CAB567E" w14:textId="77777777" w:rsidR="00BF4363" w:rsidRDefault="00000000">
            <w:pPr>
              <w:jc w:val="center"/>
            </w:pPr>
            <w:r>
              <w:rPr>
                <w:b/>
                <w:sz w:val="22"/>
              </w:rPr>
              <w:t>Câu</w:t>
            </w:r>
          </w:p>
        </w:tc>
        <w:tc>
          <w:tcPr>
            <w:tcW w:w="1031" w:type="dxa"/>
            <w:shd w:val="clear" w:color="auto" w:fill="D9EAF7"/>
          </w:tcPr>
          <w:p w14:paraId="4421DD84" w14:textId="77777777" w:rsidR="00BF4363" w:rsidRDefault="00000000">
            <w:pPr>
              <w:jc w:val="center"/>
            </w:pPr>
            <w:r>
              <w:rPr>
                <w:b/>
                <w:sz w:val="22"/>
              </w:rPr>
              <w:t>1</w:t>
            </w:r>
          </w:p>
        </w:tc>
        <w:tc>
          <w:tcPr>
            <w:tcW w:w="1031" w:type="dxa"/>
            <w:shd w:val="clear" w:color="auto" w:fill="D9EAF7"/>
          </w:tcPr>
          <w:p w14:paraId="623BDE34" w14:textId="77777777" w:rsidR="00BF4363" w:rsidRDefault="00000000">
            <w:pPr>
              <w:jc w:val="center"/>
            </w:pPr>
            <w:r>
              <w:rPr>
                <w:b/>
                <w:sz w:val="22"/>
              </w:rPr>
              <w:t>2</w:t>
            </w:r>
          </w:p>
        </w:tc>
        <w:tc>
          <w:tcPr>
            <w:tcW w:w="1031" w:type="dxa"/>
            <w:shd w:val="clear" w:color="auto" w:fill="D9EAF7"/>
          </w:tcPr>
          <w:p w14:paraId="2DC85525" w14:textId="77777777" w:rsidR="00BF4363" w:rsidRDefault="00000000">
            <w:pPr>
              <w:jc w:val="center"/>
            </w:pPr>
            <w:r>
              <w:rPr>
                <w:b/>
                <w:sz w:val="22"/>
              </w:rPr>
              <w:t>3</w:t>
            </w:r>
          </w:p>
        </w:tc>
        <w:tc>
          <w:tcPr>
            <w:tcW w:w="1031" w:type="dxa"/>
            <w:shd w:val="clear" w:color="auto" w:fill="D9EAF7"/>
          </w:tcPr>
          <w:p w14:paraId="797747A0" w14:textId="77777777" w:rsidR="00BF4363" w:rsidRDefault="00000000">
            <w:pPr>
              <w:jc w:val="center"/>
            </w:pPr>
            <w:r>
              <w:rPr>
                <w:b/>
                <w:sz w:val="22"/>
              </w:rPr>
              <w:t>4</w:t>
            </w:r>
          </w:p>
        </w:tc>
        <w:tc>
          <w:tcPr>
            <w:tcW w:w="1031" w:type="dxa"/>
            <w:shd w:val="clear" w:color="auto" w:fill="D9EAF7"/>
          </w:tcPr>
          <w:p w14:paraId="7003C77F" w14:textId="77777777" w:rsidR="00BF4363" w:rsidRDefault="00000000">
            <w:pPr>
              <w:jc w:val="center"/>
            </w:pPr>
            <w:r>
              <w:rPr>
                <w:b/>
                <w:sz w:val="22"/>
              </w:rPr>
              <w:t>5</w:t>
            </w:r>
          </w:p>
        </w:tc>
        <w:tc>
          <w:tcPr>
            <w:tcW w:w="1031" w:type="dxa"/>
            <w:shd w:val="clear" w:color="auto" w:fill="D9EAF7"/>
          </w:tcPr>
          <w:p w14:paraId="5C095570" w14:textId="77777777" w:rsidR="00BF4363" w:rsidRDefault="00000000">
            <w:pPr>
              <w:jc w:val="center"/>
            </w:pPr>
            <w:r>
              <w:rPr>
                <w:b/>
                <w:sz w:val="22"/>
              </w:rPr>
              <w:t>6</w:t>
            </w:r>
          </w:p>
        </w:tc>
        <w:tc>
          <w:tcPr>
            <w:tcW w:w="1031" w:type="dxa"/>
            <w:shd w:val="clear" w:color="auto" w:fill="D9EAF7"/>
          </w:tcPr>
          <w:p w14:paraId="6D1F7EBB" w14:textId="77777777" w:rsidR="00BF4363" w:rsidRDefault="00000000">
            <w:pPr>
              <w:jc w:val="center"/>
            </w:pPr>
            <w:r>
              <w:rPr>
                <w:b/>
                <w:sz w:val="22"/>
              </w:rPr>
              <w:t>7</w:t>
            </w:r>
          </w:p>
        </w:tc>
        <w:tc>
          <w:tcPr>
            <w:tcW w:w="1031" w:type="dxa"/>
            <w:shd w:val="clear" w:color="auto" w:fill="D9EAF7"/>
          </w:tcPr>
          <w:p w14:paraId="6C4DABFD" w14:textId="77777777" w:rsidR="00BF4363" w:rsidRDefault="00000000">
            <w:pPr>
              <w:jc w:val="center"/>
            </w:pPr>
            <w:r>
              <w:rPr>
                <w:b/>
                <w:sz w:val="22"/>
              </w:rPr>
              <w:t>8</w:t>
            </w:r>
          </w:p>
        </w:tc>
        <w:tc>
          <w:tcPr>
            <w:tcW w:w="1031" w:type="dxa"/>
            <w:shd w:val="clear" w:color="auto" w:fill="D9EAF7"/>
          </w:tcPr>
          <w:p w14:paraId="7ACC0404" w14:textId="77777777" w:rsidR="00BF4363" w:rsidRDefault="00000000">
            <w:pPr>
              <w:jc w:val="center"/>
            </w:pPr>
            <w:r>
              <w:rPr>
                <w:b/>
                <w:sz w:val="22"/>
              </w:rPr>
              <w:t>9</w:t>
            </w:r>
          </w:p>
        </w:tc>
      </w:tr>
      <w:tr w:rsidR="00BF4363" w14:paraId="1C19A4BE" w14:textId="77777777">
        <w:trPr>
          <w:jc w:val="center"/>
        </w:trPr>
        <w:tc>
          <w:tcPr>
            <w:tcW w:w="1031" w:type="dxa"/>
          </w:tcPr>
          <w:p w14:paraId="75B3DD05" w14:textId="77777777" w:rsidR="00BF4363" w:rsidRDefault="00000000">
            <w:pPr>
              <w:jc w:val="center"/>
            </w:pPr>
            <w:r>
              <w:rPr>
                <w:b/>
                <w:sz w:val="22"/>
              </w:rPr>
              <w:t>Đáp án</w:t>
            </w:r>
          </w:p>
        </w:tc>
        <w:tc>
          <w:tcPr>
            <w:tcW w:w="1031" w:type="dxa"/>
          </w:tcPr>
          <w:p w14:paraId="10330D38" w14:textId="77777777" w:rsidR="00BF4363" w:rsidRDefault="00000000">
            <w:pPr>
              <w:jc w:val="center"/>
            </w:pPr>
            <w:r>
              <w:rPr>
                <w:sz w:val="22"/>
              </w:rPr>
              <w:t>D</w:t>
            </w:r>
          </w:p>
        </w:tc>
        <w:tc>
          <w:tcPr>
            <w:tcW w:w="1031" w:type="dxa"/>
          </w:tcPr>
          <w:p w14:paraId="118ECF53" w14:textId="77777777" w:rsidR="00BF4363" w:rsidRDefault="00000000">
            <w:pPr>
              <w:jc w:val="center"/>
            </w:pPr>
            <w:r>
              <w:rPr>
                <w:sz w:val="22"/>
              </w:rPr>
              <w:t>C</w:t>
            </w:r>
          </w:p>
        </w:tc>
        <w:tc>
          <w:tcPr>
            <w:tcW w:w="1031" w:type="dxa"/>
          </w:tcPr>
          <w:p w14:paraId="2EB45C8C" w14:textId="77777777" w:rsidR="00BF4363" w:rsidRDefault="00000000">
            <w:pPr>
              <w:jc w:val="center"/>
            </w:pPr>
            <w:r>
              <w:rPr>
                <w:sz w:val="22"/>
              </w:rPr>
              <w:t>A</w:t>
            </w:r>
          </w:p>
        </w:tc>
        <w:tc>
          <w:tcPr>
            <w:tcW w:w="1031" w:type="dxa"/>
          </w:tcPr>
          <w:p w14:paraId="584F45F1" w14:textId="77777777" w:rsidR="00BF4363" w:rsidRDefault="00000000">
            <w:pPr>
              <w:jc w:val="center"/>
            </w:pPr>
            <w:r>
              <w:rPr>
                <w:sz w:val="22"/>
              </w:rPr>
              <w:t>B</w:t>
            </w:r>
          </w:p>
        </w:tc>
        <w:tc>
          <w:tcPr>
            <w:tcW w:w="1031" w:type="dxa"/>
          </w:tcPr>
          <w:p w14:paraId="743B1BA5" w14:textId="77777777" w:rsidR="00BF4363" w:rsidRDefault="00000000">
            <w:pPr>
              <w:jc w:val="center"/>
            </w:pPr>
            <w:r>
              <w:rPr>
                <w:sz w:val="22"/>
              </w:rPr>
              <w:t>B</w:t>
            </w:r>
          </w:p>
        </w:tc>
        <w:tc>
          <w:tcPr>
            <w:tcW w:w="1031" w:type="dxa"/>
          </w:tcPr>
          <w:p w14:paraId="1AA074C4" w14:textId="77777777" w:rsidR="00BF4363" w:rsidRDefault="00000000">
            <w:pPr>
              <w:jc w:val="center"/>
            </w:pPr>
            <w:r>
              <w:rPr>
                <w:sz w:val="22"/>
              </w:rPr>
              <w:t>B</w:t>
            </w:r>
          </w:p>
        </w:tc>
        <w:tc>
          <w:tcPr>
            <w:tcW w:w="1031" w:type="dxa"/>
          </w:tcPr>
          <w:p w14:paraId="18AC455E" w14:textId="77777777" w:rsidR="00BF4363" w:rsidRDefault="00000000">
            <w:pPr>
              <w:jc w:val="center"/>
            </w:pPr>
            <w:r>
              <w:rPr>
                <w:sz w:val="22"/>
              </w:rPr>
              <w:t>A</w:t>
            </w:r>
          </w:p>
        </w:tc>
        <w:tc>
          <w:tcPr>
            <w:tcW w:w="1031" w:type="dxa"/>
          </w:tcPr>
          <w:p w14:paraId="23EDE989" w14:textId="77777777" w:rsidR="00BF4363" w:rsidRDefault="00000000">
            <w:pPr>
              <w:jc w:val="center"/>
            </w:pPr>
            <w:r>
              <w:rPr>
                <w:sz w:val="22"/>
              </w:rPr>
              <w:t>C</w:t>
            </w:r>
          </w:p>
        </w:tc>
        <w:tc>
          <w:tcPr>
            <w:tcW w:w="1031" w:type="dxa"/>
          </w:tcPr>
          <w:p w14:paraId="7925040F" w14:textId="77777777" w:rsidR="00BF4363" w:rsidRDefault="00000000">
            <w:pPr>
              <w:jc w:val="center"/>
            </w:pPr>
            <w:r>
              <w:rPr>
                <w:sz w:val="22"/>
              </w:rPr>
              <w:t>C</w:t>
            </w:r>
          </w:p>
        </w:tc>
      </w:tr>
      <w:tr w:rsidR="00BF4363" w14:paraId="752B9DD8" w14:textId="77777777">
        <w:trPr>
          <w:jc w:val="center"/>
        </w:trPr>
        <w:tc>
          <w:tcPr>
            <w:tcW w:w="1031" w:type="dxa"/>
            <w:shd w:val="clear" w:color="auto" w:fill="D9EAF7"/>
          </w:tcPr>
          <w:p w14:paraId="1ED1D914" w14:textId="77777777" w:rsidR="00BF4363" w:rsidRDefault="00000000">
            <w:pPr>
              <w:jc w:val="center"/>
            </w:pPr>
            <w:r>
              <w:rPr>
                <w:b/>
                <w:sz w:val="22"/>
              </w:rPr>
              <w:t>Câu</w:t>
            </w:r>
          </w:p>
        </w:tc>
        <w:tc>
          <w:tcPr>
            <w:tcW w:w="1031" w:type="dxa"/>
            <w:shd w:val="clear" w:color="auto" w:fill="D9EAF7"/>
          </w:tcPr>
          <w:p w14:paraId="738195C0" w14:textId="77777777" w:rsidR="00BF4363" w:rsidRDefault="00000000">
            <w:pPr>
              <w:jc w:val="center"/>
            </w:pPr>
            <w:r>
              <w:rPr>
                <w:b/>
                <w:sz w:val="22"/>
              </w:rPr>
              <w:t>10</w:t>
            </w:r>
          </w:p>
        </w:tc>
        <w:tc>
          <w:tcPr>
            <w:tcW w:w="1031" w:type="dxa"/>
            <w:shd w:val="clear" w:color="auto" w:fill="D9EAF7"/>
          </w:tcPr>
          <w:p w14:paraId="4D5ADD83" w14:textId="77777777" w:rsidR="00BF4363" w:rsidRDefault="00000000">
            <w:pPr>
              <w:jc w:val="center"/>
            </w:pPr>
            <w:r>
              <w:rPr>
                <w:b/>
                <w:sz w:val="22"/>
              </w:rPr>
              <w:t>11</w:t>
            </w:r>
          </w:p>
        </w:tc>
        <w:tc>
          <w:tcPr>
            <w:tcW w:w="1031" w:type="dxa"/>
            <w:shd w:val="clear" w:color="auto" w:fill="D9EAF7"/>
          </w:tcPr>
          <w:p w14:paraId="31F0C0AF" w14:textId="77777777" w:rsidR="00BF4363" w:rsidRDefault="00000000">
            <w:pPr>
              <w:jc w:val="center"/>
            </w:pPr>
            <w:r>
              <w:rPr>
                <w:b/>
                <w:sz w:val="22"/>
              </w:rPr>
              <w:t>12</w:t>
            </w:r>
          </w:p>
        </w:tc>
        <w:tc>
          <w:tcPr>
            <w:tcW w:w="1031" w:type="dxa"/>
            <w:shd w:val="clear" w:color="auto" w:fill="D9EAF7"/>
          </w:tcPr>
          <w:p w14:paraId="7C1CC819" w14:textId="77777777" w:rsidR="00BF4363" w:rsidRDefault="00000000">
            <w:pPr>
              <w:jc w:val="center"/>
            </w:pPr>
            <w:r>
              <w:rPr>
                <w:b/>
                <w:sz w:val="22"/>
              </w:rPr>
              <w:t>13</w:t>
            </w:r>
          </w:p>
        </w:tc>
        <w:tc>
          <w:tcPr>
            <w:tcW w:w="1031" w:type="dxa"/>
            <w:shd w:val="clear" w:color="auto" w:fill="D9EAF7"/>
          </w:tcPr>
          <w:p w14:paraId="77354EB4" w14:textId="77777777" w:rsidR="00BF4363" w:rsidRDefault="00000000">
            <w:pPr>
              <w:jc w:val="center"/>
            </w:pPr>
            <w:r>
              <w:rPr>
                <w:b/>
                <w:sz w:val="22"/>
              </w:rPr>
              <w:t>14</w:t>
            </w:r>
          </w:p>
        </w:tc>
        <w:tc>
          <w:tcPr>
            <w:tcW w:w="1031" w:type="dxa"/>
            <w:shd w:val="clear" w:color="auto" w:fill="D9EAF7"/>
          </w:tcPr>
          <w:p w14:paraId="531957AF" w14:textId="77777777" w:rsidR="00BF4363" w:rsidRDefault="00000000">
            <w:pPr>
              <w:jc w:val="center"/>
            </w:pPr>
            <w:r>
              <w:rPr>
                <w:b/>
                <w:sz w:val="22"/>
              </w:rPr>
              <w:t>15</w:t>
            </w:r>
          </w:p>
        </w:tc>
        <w:tc>
          <w:tcPr>
            <w:tcW w:w="1031" w:type="dxa"/>
            <w:shd w:val="clear" w:color="auto" w:fill="D9EAF7"/>
          </w:tcPr>
          <w:p w14:paraId="0E45BE00" w14:textId="77777777" w:rsidR="00BF4363" w:rsidRDefault="00000000">
            <w:pPr>
              <w:jc w:val="center"/>
            </w:pPr>
            <w:r>
              <w:rPr>
                <w:b/>
                <w:sz w:val="22"/>
              </w:rPr>
              <w:t>16</w:t>
            </w:r>
          </w:p>
        </w:tc>
        <w:tc>
          <w:tcPr>
            <w:tcW w:w="1031" w:type="dxa"/>
            <w:shd w:val="clear" w:color="auto" w:fill="D9EAF7"/>
          </w:tcPr>
          <w:p w14:paraId="2496CF48" w14:textId="77777777" w:rsidR="00BF4363" w:rsidRDefault="00000000">
            <w:pPr>
              <w:jc w:val="center"/>
            </w:pPr>
            <w:r>
              <w:rPr>
                <w:b/>
                <w:sz w:val="22"/>
              </w:rPr>
              <w:t>17</w:t>
            </w:r>
          </w:p>
        </w:tc>
        <w:tc>
          <w:tcPr>
            <w:tcW w:w="1031" w:type="dxa"/>
            <w:shd w:val="clear" w:color="auto" w:fill="D9EAF7"/>
          </w:tcPr>
          <w:p w14:paraId="489AC95C" w14:textId="77777777" w:rsidR="00BF4363" w:rsidRDefault="00000000">
            <w:pPr>
              <w:jc w:val="center"/>
            </w:pPr>
            <w:r>
              <w:rPr>
                <w:b/>
                <w:sz w:val="22"/>
              </w:rPr>
              <w:t>18</w:t>
            </w:r>
          </w:p>
        </w:tc>
      </w:tr>
      <w:tr w:rsidR="00BF4363" w14:paraId="6087AAC7" w14:textId="77777777">
        <w:trPr>
          <w:jc w:val="center"/>
        </w:trPr>
        <w:tc>
          <w:tcPr>
            <w:tcW w:w="1031" w:type="dxa"/>
          </w:tcPr>
          <w:p w14:paraId="255355FD" w14:textId="77777777" w:rsidR="00BF4363" w:rsidRDefault="00000000">
            <w:pPr>
              <w:jc w:val="center"/>
            </w:pPr>
            <w:r>
              <w:rPr>
                <w:b/>
                <w:sz w:val="22"/>
              </w:rPr>
              <w:t>Đáp án</w:t>
            </w:r>
          </w:p>
        </w:tc>
        <w:tc>
          <w:tcPr>
            <w:tcW w:w="1031" w:type="dxa"/>
          </w:tcPr>
          <w:p w14:paraId="0916A1C1" w14:textId="77777777" w:rsidR="00BF4363" w:rsidRDefault="00000000">
            <w:pPr>
              <w:jc w:val="center"/>
            </w:pPr>
            <w:r>
              <w:rPr>
                <w:sz w:val="22"/>
              </w:rPr>
              <w:t>C</w:t>
            </w:r>
          </w:p>
        </w:tc>
        <w:tc>
          <w:tcPr>
            <w:tcW w:w="1031" w:type="dxa"/>
          </w:tcPr>
          <w:p w14:paraId="44483098" w14:textId="77777777" w:rsidR="00BF4363" w:rsidRDefault="00000000">
            <w:pPr>
              <w:jc w:val="center"/>
            </w:pPr>
            <w:r>
              <w:rPr>
                <w:sz w:val="22"/>
              </w:rPr>
              <w:t>B</w:t>
            </w:r>
          </w:p>
        </w:tc>
        <w:tc>
          <w:tcPr>
            <w:tcW w:w="1031" w:type="dxa"/>
          </w:tcPr>
          <w:p w14:paraId="207D1C00" w14:textId="77777777" w:rsidR="00BF4363" w:rsidRDefault="00000000">
            <w:pPr>
              <w:jc w:val="center"/>
            </w:pPr>
            <w:r>
              <w:rPr>
                <w:sz w:val="22"/>
              </w:rPr>
              <w:t>C</w:t>
            </w:r>
          </w:p>
        </w:tc>
        <w:tc>
          <w:tcPr>
            <w:tcW w:w="1031" w:type="dxa"/>
          </w:tcPr>
          <w:p w14:paraId="7AA7EB3C" w14:textId="77777777" w:rsidR="00BF4363" w:rsidRDefault="00000000">
            <w:pPr>
              <w:jc w:val="center"/>
            </w:pPr>
            <w:r>
              <w:rPr>
                <w:sz w:val="22"/>
              </w:rPr>
              <w:t>B</w:t>
            </w:r>
          </w:p>
        </w:tc>
        <w:tc>
          <w:tcPr>
            <w:tcW w:w="1031" w:type="dxa"/>
          </w:tcPr>
          <w:p w14:paraId="16F868B1" w14:textId="77777777" w:rsidR="00BF4363" w:rsidRDefault="00000000">
            <w:pPr>
              <w:jc w:val="center"/>
            </w:pPr>
            <w:r>
              <w:rPr>
                <w:sz w:val="22"/>
              </w:rPr>
              <w:t>A</w:t>
            </w:r>
          </w:p>
        </w:tc>
        <w:tc>
          <w:tcPr>
            <w:tcW w:w="1031" w:type="dxa"/>
          </w:tcPr>
          <w:p w14:paraId="52D50692" w14:textId="77777777" w:rsidR="00BF4363" w:rsidRDefault="00000000">
            <w:pPr>
              <w:jc w:val="center"/>
            </w:pPr>
            <w:r>
              <w:rPr>
                <w:sz w:val="22"/>
              </w:rPr>
              <w:t>A</w:t>
            </w:r>
          </w:p>
        </w:tc>
        <w:tc>
          <w:tcPr>
            <w:tcW w:w="1031" w:type="dxa"/>
          </w:tcPr>
          <w:p w14:paraId="5169F8B0" w14:textId="77777777" w:rsidR="00BF4363" w:rsidRDefault="00000000">
            <w:pPr>
              <w:jc w:val="center"/>
            </w:pPr>
            <w:r>
              <w:rPr>
                <w:sz w:val="22"/>
              </w:rPr>
              <w:t>C</w:t>
            </w:r>
          </w:p>
        </w:tc>
        <w:tc>
          <w:tcPr>
            <w:tcW w:w="1031" w:type="dxa"/>
          </w:tcPr>
          <w:p w14:paraId="6976561F" w14:textId="77777777" w:rsidR="00BF4363" w:rsidRDefault="00000000">
            <w:pPr>
              <w:jc w:val="center"/>
            </w:pPr>
            <w:r>
              <w:rPr>
                <w:sz w:val="22"/>
              </w:rPr>
              <w:t>B</w:t>
            </w:r>
          </w:p>
        </w:tc>
        <w:tc>
          <w:tcPr>
            <w:tcW w:w="1031" w:type="dxa"/>
          </w:tcPr>
          <w:p w14:paraId="7BD2C976" w14:textId="77777777" w:rsidR="00BF4363" w:rsidRDefault="00000000">
            <w:pPr>
              <w:jc w:val="center"/>
            </w:pPr>
            <w:r>
              <w:rPr>
                <w:sz w:val="22"/>
              </w:rPr>
              <w:t>C</w:t>
            </w:r>
          </w:p>
        </w:tc>
      </w:tr>
    </w:tbl>
    <w:p w14:paraId="4FAF7852" w14:textId="77777777" w:rsidR="00BF4363" w:rsidRDefault="00000000">
      <w:pPr>
        <w:spacing w:before="120" w:after="60" w:line="240" w:lineRule="auto"/>
      </w:pPr>
      <w:r>
        <w:rPr>
          <w:b/>
          <w:color w:val="1F4E79"/>
          <w:sz w:val="26"/>
        </w:rPr>
        <w:t>Phần II</w:t>
      </w:r>
    </w:p>
    <w:tbl>
      <w:tblPr>
        <w:tblStyle w:val="TableGrid"/>
        <w:tblW w:w="0" w:type="auto"/>
        <w:jc w:val="center"/>
        <w:tblLook w:val="04A0" w:firstRow="1" w:lastRow="0" w:firstColumn="1" w:lastColumn="0" w:noHBand="0" w:noVBand="1"/>
      </w:tblPr>
      <w:tblGrid>
        <w:gridCol w:w="2062"/>
        <w:gridCol w:w="2062"/>
        <w:gridCol w:w="2062"/>
        <w:gridCol w:w="2062"/>
        <w:gridCol w:w="2062"/>
      </w:tblGrid>
      <w:tr w:rsidR="00BF4363" w14:paraId="30207E93" w14:textId="77777777">
        <w:trPr>
          <w:jc w:val="center"/>
        </w:trPr>
        <w:tc>
          <w:tcPr>
            <w:tcW w:w="2062" w:type="dxa"/>
            <w:shd w:val="clear" w:color="auto" w:fill="D9EAF7"/>
          </w:tcPr>
          <w:p w14:paraId="19A7CE70" w14:textId="77777777" w:rsidR="00BF4363" w:rsidRDefault="00000000">
            <w:pPr>
              <w:jc w:val="center"/>
            </w:pPr>
            <w:r>
              <w:rPr>
                <w:b/>
                <w:sz w:val="22"/>
              </w:rPr>
              <w:t>Câu</w:t>
            </w:r>
          </w:p>
        </w:tc>
        <w:tc>
          <w:tcPr>
            <w:tcW w:w="2062" w:type="dxa"/>
            <w:shd w:val="clear" w:color="auto" w:fill="D9EAF7"/>
          </w:tcPr>
          <w:p w14:paraId="55A760B3" w14:textId="77777777" w:rsidR="00BF4363" w:rsidRDefault="00000000">
            <w:pPr>
              <w:jc w:val="center"/>
            </w:pPr>
            <w:r>
              <w:rPr>
                <w:b/>
                <w:sz w:val="22"/>
              </w:rPr>
              <w:t>a</w:t>
            </w:r>
          </w:p>
        </w:tc>
        <w:tc>
          <w:tcPr>
            <w:tcW w:w="2062" w:type="dxa"/>
            <w:shd w:val="clear" w:color="auto" w:fill="D9EAF7"/>
          </w:tcPr>
          <w:p w14:paraId="11358DD8" w14:textId="77777777" w:rsidR="00BF4363" w:rsidRDefault="00000000">
            <w:pPr>
              <w:jc w:val="center"/>
            </w:pPr>
            <w:r>
              <w:rPr>
                <w:b/>
                <w:sz w:val="22"/>
              </w:rPr>
              <w:t>b</w:t>
            </w:r>
          </w:p>
        </w:tc>
        <w:tc>
          <w:tcPr>
            <w:tcW w:w="2062" w:type="dxa"/>
            <w:shd w:val="clear" w:color="auto" w:fill="D9EAF7"/>
          </w:tcPr>
          <w:p w14:paraId="4E8F50A3" w14:textId="77777777" w:rsidR="00BF4363" w:rsidRDefault="00000000">
            <w:pPr>
              <w:jc w:val="center"/>
            </w:pPr>
            <w:r>
              <w:rPr>
                <w:b/>
                <w:sz w:val="22"/>
              </w:rPr>
              <w:t>c</w:t>
            </w:r>
          </w:p>
        </w:tc>
        <w:tc>
          <w:tcPr>
            <w:tcW w:w="2062" w:type="dxa"/>
            <w:shd w:val="clear" w:color="auto" w:fill="D9EAF7"/>
          </w:tcPr>
          <w:p w14:paraId="6B156DC1" w14:textId="77777777" w:rsidR="00BF4363" w:rsidRDefault="00000000">
            <w:pPr>
              <w:jc w:val="center"/>
            </w:pPr>
            <w:r>
              <w:rPr>
                <w:b/>
                <w:sz w:val="22"/>
              </w:rPr>
              <w:t>d</w:t>
            </w:r>
          </w:p>
        </w:tc>
      </w:tr>
      <w:tr w:rsidR="00BF4363" w14:paraId="1D81922A" w14:textId="77777777">
        <w:trPr>
          <w:jc w:val="center"/>
        </w:trPr>
        <w:tc>
          <w:tcPr>
            <w:tcW w:w="2062" w:type="dxa"/>
          </w:tcPr>
          <w:p w14:paraId="69A491CF" w14:textId="77777777" w:rsidR="00BF4363" w:rsidRDefault="00000000">
            <w:pPr>
              <w:jc w:val="center"/>
            </w:pPr>
            <w:r>
              <w:rPr>
                <w:b/>
                <w:sz w:val="22"/>
              </w:rPr>
              <w:t>1</w:t>
            </w:r>
          </w:p>
        </w:tc>
        <w:tc>
          <w:tcPr>
            <w:tcW w:w="2062" w:type="dxa"/>
          </w:tcPr>
          <w:p w14:paraId="697AAC2E" w14:textId="77777777" w:rsidR="00BF4363" w:rsidRDefault="00000000">
            <w:pPr>
              <w:jc w:val="center"/>
            </w:pPr>
            <w:r>
              <w:rPr>
                <w:sz w:val="22"/>
              </w:rPr>
              <w:t>Đ</w:t>
            </w:r>
          </w:p>
        </w:tc>
        <w:tc>
          <w:tcPr>
            <w:tcW w:w="2062" w:type="dxa"/>
          </w:tcPr>
          <w:p w14:paraId="222C55D3" w14:textId="77777777" w:rsidR="00BF4363" w:rsidRDefault="00000000">
            <w:pPr>
              <w:jc w:val="center"/>
            </w:pPr>
            <w:r>
              <w:rPr>
                <w:sz w:val="22"/>
              </w:rPr>
              <w:t>Đ</w:t>
            </w:r>
          </w:p>
        </w:tc>
        <w:tc>
          <w:tcPr>
            <w:tcW w:w="2062" w:type="dxa"/>
          </w:tcPr>
          <w:p w14:paraId="19E555D3" w14:textId="77777777" w:rsidR="00BF4363" w:rsidRDefault="00000000">
            <w:pPr>
              <w:jc w:val="center"/>
            </w:pPr>
            <w:r>
              <w:rPr>
                <w:sz w:val="22"/>
              </w:rPr>
              <w:t>Đ</w:t>
            </w:r>
          </w:p>
        </w:tc>
        <w:tc>
          <w:tcPr>
            <w:tcW w:w="2062" w:type="dxa"/>
          </w:tcPr>
          <w:p w14:paraId="0E1A2EC9" w14:textId="77777777" w:rsidR="00BF4363" w:rsidRDefault="00000000">
            <w:pPr>
              <w:jc w:val="center"/>
            </w:pPr>
            <w:r>
              <w:rPr>
                <w:sz w:val="22"/>
              </w:rPr>
              <w:t>S</w:t>
            </w:r>
          </w:p>
        </w:tc>
      </w:tr>
      <w:tr w:rsidR="00BF4363" w14:paraId="6FD06092" w14:textId="77777777">
        <w:trPr>
          <w:jc w:val="center"/>
        </w:trPr>
        <w:tc>
          <w:tcPr>
            <w:tcW w:w="2062" w:type="dxa"/>
          </w:tcPr>
          <w:p w14:paraId="0ED11121" w14:textId="77777777" w:rsidR="00BF4363" w:rsidRDefault="00000000">
            <w:pPr>
              <w:jc w:val="center"/>
            </w:pPr>
            <w:r>
              <w:rPr>
                <w:b/>
                <w:sz w:val="22"/>
              </w:rPr>
              <w:t>2</w:t>
            </w:r>
          </w:p>
        </w:tc>
        <w:tc>
          <w:tcPr>
            <w:tcW w:w="2062" w:type="dxa"/>
          </w:tcPr>
          <w:p w14:paraId="058AD77D" w14:textId="77777777" w:rsidR="00BF4363" w:rsidRDefault="00000000">
            <w:pPr>
              <w:jc w:val="center"/>
            </w:pPr>
            <w:r>
              <w:rPr>
                <w:sz w:val="22"/>
              </w:rPr>
              <w:t>Đ</w:t>
            </w:r>
          </w:p>
        </w:tc>
        <w:tc>
          <w:tcPr>
            <w:tcW w:w="2062" w:type="dxa"/>
          </w:tcPr>
          <w:p w14:paraId="3A79883D" w14:textId="77777777" w:rsidR="00BF4363" w:rsidRDefault="00000000">
            <w:pPr>
              <w:jc w:val="center"/>
            </w:pPr>
            <w:r>
              <w:rPr>
                <w:sz w:val="22"/>
              </w:rPr>
              <w:t>Đ</w:t>
            </w:r>
          </w:p>
        </w:tc>
        <w:tc>
          <w:tcPr>
            <w:tcW w:w="2062" w:type="dxa"/>
          </w:tcPr>
          <w:p w14:paraId="636C5DFB" w14:textId="77777777" w:rsidR="00BF4363" w:rsidRDefault="00000000">
            <w:pPr>
              <w:jc w:val="center"/>
            </w:pPr>
            <w:r>
              <w:rPr>
                <w:sz w:val="22"/>
              </w:rPr>
              <w:t>Đ</w:t>
            </w:r>
          </w:p>
        </w:tc>
        <w:tc>
          <w:tcPr>
            <w:tcW w:w="2062" w:type="dxa"/>
          </w:tcPr>
          <w:p w14:paraId="4F5E4D82" w14:textId="77777777" w:rsidR="00BF4363" w:rsidRDefault="00000000">
            <w:pPr>
              <w:jc w:val="center"/>
            </w:pPr>
            <w:r>
              <w:rPr>
                <w:sz w:val="22"/>
              </w:rPr>
              <w:t>S</w:t>
            </w:r>
          </w:p>
        </w:tc>
      </w:tr>
      <w:tr w:rsidR="00BF4363" w14:paraId="3913B594" w14:textId="77777777">
        <w:trPr>
          <w:jc w:val="center"/>
        </w:trPr>
        <w:tc>
          <w:tcPr>
            <w:tcW w:w="2062" w:type="dxa"/>
          </w:tcPr>
          <w:p w14:paraId="2815B3E8" w14:textId="77777777" w:rsidR="00BF4363" w:rsidRDefault="00000000">
            <w:pPr>
              <w:jc w:val="center"/>
            </w:pPr>
            <w:r>
              <w:rPr>
                <w:b/>
                <w:sz w:val="22"/>
              </w:rPr>
              <w:t>3</w:t>
            </w:r>
          </w:p>
        </w:tc>
        <w:tc>
          <w:tcPr>
            <w:tcW w:w="2062" w:type="dxa"/>
          </w:tcPr>
          <w:p w14:paraId="63A3904A" w14:textId="77777777" w:rsidR="00BF4363" w:rsidRDefault="00000000">
            <w:pPr>
              <w:jc w:val="center"/>
            </w:pPr>
            <w:r>
              <w:rPr>
                <w:sz w:val="22"/>
              </w:rPr>
              <w:t>Đ</w:t>
            </w:r>
          </w:p>
        </w:tc>
        <w:tc>
          <w:tcPr>
            <w:tcW w:w="2062" w:type="dxa"/>
          </w:tcPr>
          <w:p w14:paraId="14E34BE4" w14:textId="77777777" w:rsidR="00BF4363" w:rsidRDefault="00000000">
            <w:pPr>
              <w:jc w:val="center"/>
            </w:pPr>
            <w:r>
              <w:rPr>
                <w:sz w:val="22"/>
              </w:rPr>
              <w:t>Đ</w:t>
            </w:r>
          </w:p>
        </w:tc>
        <w:tc>
          <w:tcPr>
            <w:tcW w:w="2062" w:type="dxa"/>
          </w:tcPr>
          <w:p w14:paraId="6EE3179B" w14:textId="77777777" w:rsidR="00BF4363" w:rsidRDefault="00000000">
            <w:pPr>
              <w:jc w:val="center"/>
            </w:pPr>
            <w:r>
              <w:rPr>
                <w:sz w:val="22"/>
              </w:rPr>
              <w:t>S</w:t>
            </w:r>
          </w:p>
        </w:tc>
        <w:tc>
          <w:tcPr>
            <w:tcW w:w="2062" w:type="dxa"/>
          </w:tcPr>
          <w:p w14:paraId="190D94D7" w14:textId="77777777" w:rsidR="00BF4363" w:rsidRDefault="00000000">
            <w:pPr>
              <w:jc w:val="center"/>
            </w:pPr>
            <w:r>
              <w:rPr>
                <w:sz w:val="22"/>
              </w:rPr>
              <w:t>Đ</w:t>
            </w:r>
          </w:p>
        </w:tc>
      </w:tr>
      <w:tr w:rsidR="00BF4363" w14:paraId="284D4A4E" w14:textId="77777777">
        <w:trPr>
          <w:jc w:val="center"/>
        </w:trPr>
        <w:tc>
          <w:tcPr>
            <w:tcW w:w="2062" w:type="dxa"/>
          </w:tcPr>
          <w:p w14:paraId="4429AE74" w14:textId="77777777" w:rsidR="00BF4363" w:rsidRDefault="00000000">
            <w:pPr>
              <w:jc w:val="center"/>
            </w:pPr>
            <w:r>
              <w:rPr>
                <w:b/>
                <w:sz w:val="22"/>
              </w:rPr>
              <w:t>4</w:t>
            </w:r>
          </w:p>
        </w:tc>
        <w:tc>
          <w:tcPr>
            <w:tcW w:w="2062" w:type="dxa"/>
          </w:tcPr>
          <w:p w14:paraId="0E16811E" w14:textId="77777777" w:rsidR="00BF4363" w:rsidRDefault="00000000">
            <w:pPr>
              <w:jc w:val="center"/>
            </w:pPr>
            <w:r>
              <w:rPr>
                <w:sz w:val="22"/>
              </w:rPr>
              <w:t>Đ</w:t>
            </w:r>
          </w:p>
        </w:tc>
        <w:tc>
          <w:tcPr>
            <w:tcW w:w="2062" w:type="dxa"/>
          </w:tcPr>
          <w:p w14:paraId="106421BC" w14:textId="77777777" w:rsidR="00BF4363" w:rsidRDefault="00000000">
            <w:pPr>
              <w:jc w:val="center"/>
            </w:pPr>
            <w:r>
              <w:rPr>
                <w:sz w:val="22"/>
              </w:rPr>
              <w:t>Đ</w:t>
            </w:r>
          </w:p>
        </w:tc>
        <w:tc>
          <w:tcPr>
            <w:tcW w:w="2062" w:type="dxa"/>
          </w:tcPr>
          <w:p w14:paraId="6C6EE7DC" w14:textId="77777777" w:rsidR="00BF4363" w:rsidRDefault="00000000">
            <w:pPr>
              <w:jc w:val="center"/>
            </w:pPr>
            <w:r>
              <w:rPr>
                <w:sz w:val="22"/>
              </w:rPr>
              <w:t>Đ</w:t>
            </w:r>
          </w:p>
        </w:tc>
        <w:tc>
          <w:tcPr>
            <w:tcW w:w="2062" w:type="dxa"/>
          </w:tcPr>
          <w:p w14:paraId="75C1D675" w14:textId="77777777" w:rsidR="00BF4363" w:rsidRDefault="00000000">
            <w:pPr>
              <w:jc w:val="center"/>
            </w:pPr>
            <w:r>
              <w:rPr>
                <w:sz w:val="22"/>
              </w:rPr>
              <w:t>S</w:t>
            </w:r>
          </w:p>
        </w:tc>
      </w:tr>
    </w:tbl>
    <w:p w14:paraId="3828594B" w14:textId="77777777" w:rsidR="00BF4363" w:rsidRDefault="00000000">
      <w:pPr>
        <w:spacing w:before="120" w:after="60" w:line="240" w:lineRule="auto"/>
      </w:pPr>
      <w:r>
        <w:rPr>
          <w:b/>
          <w:color w:val="1F4E79"/>
          <w:sz w:val="26"/>
        </w:rPr>
        <w:t>Phần III</w:t>
      </w:r>
    </w:p>
    <w:tbl>
      <w:tblPr>
        <w:tblStyle w:val="TableGrid"/>
        <w:tblW w:w="0" w:type="auto"/>
        <w:jc w:val="center"/>
        <w:tblLook w:val="04A0" w:firstRow="1" w:lastRow="0" w:firstColumn="1" w:lastColumn="0" w:noHBand="0" w:noVBand="1"/>
      </w:tblPr>
      <w:tblGrid>
        <w:gridCol w:w="1473"/>
        <w:gridCol w:w="1473"/>
        <w:gridCol w:w="1473"/>
        <w:gridCol w:w="1473"/>
        <w:gridCol w:w="1473"/>
        <w:gridCol w:w="1473"/>
        <w:gridCol w:w="1473"/>
      </w:tblGrid>
      <w:tr w:rsidR="00BF4363" w14:paraId="3655D294" w14:textId="77777777">
        <w:trPr>
          <w:jc w:val="center"/>
        </w:trPr>
        <w:tc>
          <w:tcPr>
            <w:tcW w:w="1473" w:type="dxa"/>
            <w:shd w:val="clear" w:color="auto" w:fill="D9EAF7"/>
          </w:tcPr>
          <w:p w14:paraId="7EF66C9B" w14:textId="77777777" w:rsidR="00BF4363" w:rsidRDefault="00000000">
            <w:pPr>
              <w:jc w:val="center"/>
            </w:pPr>
            <w:r>
              <w:rPr>
                <w:b/>
                <w:sz w:val="22"/>
              </w:rPr>
              <w:t>Câu</w:t>
            </w:r>
          </w:p>
        </w:tc>
        <w:tc>
          <w:tcPr>
            <w:tcW w:w="1473" w:type="dxa"/>
            <w:shd w:val="clear" w:color="auto" w:fill="D9EAF7"/>
          </w:tcPr>
          <w:p w14:paraId="4EB178C2" w14:textId="77777777" w:rsidR="00BF4363" w:rsidRDefault="00000000">
            <w:pPr>
              <w:jc w:val="center"/>
            </w:pPr>
            <w:r>
              <w:rPr>
                <w:b/>
                <w:sz w:val="22"/>
              </w:rPr>
              <w:t>1</w:t>
            </w:r>
          </w:p>
        </w:tc>
        <w:tc>
          <w:tcPr>
            <w:tcW w:w="1473" w:type="dxa"/>
            <w:shd w:val="clear" w:color="auto" w:fill="D9EAF7"/>
          </w:tcPr>
          <w:p w14:paraId="09728D76" w14:textId="77777777" w:rsidR="00BF4363" w:rsidRDefault="00000000">
            <w:pPr>
              <w:jc w:val="center"/>
            </w:pPr>
            <w:r>
              <w:rPr>
                <w:b/>
                <w:sz w:val="22"/>
              </w:rPr>
              <w:t>2</w:t>
            </w:r>
          </w:p>
        </w:tc>
        <w:tc>
          <w:tcPr>
            <w:tcW w:w="1473" w:type="dxa"/>
            <w:shd w:val="clear" w:color="auto" w:fill="D9EAF7"/>
          </w:tcPr>
          <w:p w14:paraId="0AA99953" w14:textId="77777777" w:rsidR="00BF4363" w:rsidRDefault="00000000">
            <w:pPr>
              <w:jc w:val="center"/>
            </w:pPr>
            <w:r>
              <w:rPr>
                <w:b/>
                <w:sz w:val="22"/>
              </w:rPr>
              <w:t>3</w:t>
            </w:r>
          </w:p>
        </w:tc>
        <w:tc>
          <w:tcPr>
            <w:tcW w:w="1473" w:type="dxa"/>
            <w:shd w:val="clear" w:color="auto" w:fill="D9EAF7"/>
          </w:tcPr>
          <w:p w14:paraId="276BB422" w14:textId="77777777" w:rsidR="00BF4363" w:rsidRDefault="00000000">
            <w:pPr>
              <w:jc w:val="center"/>
            </w:pPr>
            <w:r>
              <w:rPr>
                <w:b/>
                <w:sz w:val="22"/>
              </w:rPr>
              <w:t>4</w:t>
            </w:r>
          </w:p>
        </w:tc>
        <w:tc>
          <w:tcPr>
            <w:tcW w:w="1473" w:type="dxa"/>
            <w:shd w:val="clear" w:color="auto" w:fill="D9EAF7"/>
          </w:tcPr>
          <w:p w14:paraId="69EA51EB" w14:textId="77777777" w:rsidR="00BF4363" w:rsidRDefault="00000000">
            <w:pPr>
              <w:jc w:val="center"/>
            </w:pPr>
            <w:r>
              <w:rPr>
                <w:b/>
                <w:sz w:val="22"/>
              </w:rPr>
              <w:t>5</w:t>
            </w:r>
          </w:p>
        </w:tc>
        <w:tc>
          <w:tcPr>
            <w:tcW w:w="1473" w:type="dxa"/>
            <w:shd w:val="clear" w:color="auto" w:fill="D9EAF7"/>
          </w:tcPr>
          <w:p w14:paraId="5D558ED8" w14:textId="77777777" w:rsidR="00BF4363" w:rsidRDefault="00000000">
            <w:pPr>
              <w:jc w:val="center"/>
            </w:pPr>
            <w:r>
              <w:rPr>
                <w:b/>
                <w:sz w:val="22"/>
              </w:rPr>
              <w:t>6</w:t>
            </w:r>
          </w:p>
        </w:tc>
      </w:tr>
      <w:tr w:rsidR="00BF4363" w14:paraId="373A5696" w14:textId="77777777">
        <w:trPr>
          <w:jc w:val="center"/>
        </w:trPr>
        <w:tc>
          <w:tcPr>
            <w:tcW w:w="1473" w:type="dxa"/>
          </w:tcPr>
          <w:p w14:paraId="157C5701" w14:textId="77777777" w:rsidR="00BF4363" w:rsidRDefault="00000000">
            <w:pPr>
              <w:jc w:val="center"/>
            </w:pPr>
            <w:r>
              <w:rPr>
                <w:b/>
                <w:sz w:val="22"/>
              </w:rPr>
              <w:t>Đáp án</w:t>
            </w:r>
          </w:p>
        </w:tc>
        <w:tc>
          <w:tcPr>
            <w:tcW w:w="1473" w:type="dxa"/>
          </w:tcPr>
          <w:p w14:paraId="5E226FAB" w14:textId="77777777" w:rsidR="00BF4363" w:rsidRDefault="00000000">
            <w:pPr>
              <w:jc w:val="center"/>
            </w:pPr>
            <w:r>
              <w:rPr>
                <w:sz w:val="22"/>
              </w:rPr>
              <w:t>170</w:t>
            </w:r>
          </w:p>
        </w:tc>
        <w:tc>
          <w:tcPr>
            <w:tcW w:w="1473" w:type="dxa"/>
          </w:tcPr>
          <w:p w14:paraId="6A22D6B3" w14:textId="77777777" w:rsidR="00BF4363" w:rsidRDefault="00000000">
            <w:pPr>
              <w:jc w:val="center"/>
            </w:pPr>
            <w:r>
              <w:rPr>
                <w:sz w:val="22"/>
              </w:rPr>
              <w:t>40</w:t>
            </w:r>
          </w:p>
        </w:tc>
        <w:tc>
          <w:tcPr>
            <w:tcW w:w="1473" w:type="dxa"/>
          </w:tcPr>
          <w:p w14:paraId="55937A3A" w14:textId="77777777" w:rsidR="00BF4363" w:rsidRDefault="00000000">
            <w:pPr>
              <w:jc w:val="center"/>
            </w:pPr>
            <w:r>
              <w:rPr>
                <w:sz w:val="22"/>
              </w:rPr>
              <w:t>2300</w:t>
            </w:r>
          </w:p>
        </w:tc>
        <w:tc>
          <w:tcPr>
            <w:tcW w:w="1473" w:type="dxa"/>
          </w:tcPr>
          <w:p w14:paraId="15C4DDD0" w14:textId="77777777" w:rsidR="00BF4363" w:rsidRDefault="00000000">
            <w:pPr>
              <w:jc w:val="center"/>
            </w:pPr>
            <w:r>
              <w:rPr>
                <w:sz w:val="22"/>
              </w:rPr>
              <w:t>15</w:t>
            </w:r>
          </w:p>
        </w:tc>
        <w:tc>
          <w:tcPr>
            <w:tcW w:w="1473" w:type="dxa"/>
          </w:tcPr>
          <w:p w14:paraId="3C7E26C4" w14:textId="77777777" w:rsidR="00BF4363" w:rsidRDefault="00000000">
            <w:pPr>
              <w:jc w:val="center"/>
            </w:pPr>
            <w:r>
              <w:rPr>
                <w:sz w:val="22"/>
              </w:rPr>
              <w:t>2,40</w:t>
            </w:r>
          </w:p>
        </w:tc>
        <w:tc>
          <w:tcPr>
            <w:tcW w:w="1473" w:type="dxa"/>
          </w:tcPr>
          <w:p w14:paraId="4EA1FB81" w14:textId="77777777" w:rsidR="00BF4363" w:rsidRDefault="00000000">
            <w:pPr>
              <w:jc w:val="center"/>
            </w:pPr>
            <w:r>
              <w:rPr>
                <w:sz w:val="22"/>
              </w:rPr>
              <w:t>4256</w:t>
            </w:r>
          </w:p>
        </w:tc>
      </w:tr>
    </w:tbl>
    <w:p w14:paraId="54188059" w14:textId="77777777" w:rsidR="00115447" w:rsidRDefault="00115447"/>
    <w:sectPr w:rsidR="00115447" w:rsidSect="00034616">
      <w:headerReference w:type="default" r:id="rId15"/>
      <w:footerReference w:type="default" r:id="rId16"/>
      <w:pgSz w:w="12240" w:h="15840"/>
      <w:pgMar w:top="850" w:right="964" w:bottom="850" w:left="96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3DED4" w14:textId="77777777" w:rsidR="004374F8" w:rsidRDefault="004374F8">
      <w:pPr>
        <w:spacing w:after="0" w:line="240" w:lineRule="auto"/>
      </w:pPr>
      <w:r>
        <w:separator/>
      </w:r>
    </w:p>
  </w:endnote>
  <w:endnote w:type="continuationSeparator" w:id="0">
    <w:p w14:paraId="76DFE532" w14:textId="77777777" w:rsidR="004374F8" w:rsidRDefault="00437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CC35" w14:textId="77777777" w:rsidR="00BF4363" w:rsidRDefault="00000000">
    <w:pPr>
      <w:pStyle w:val="Footer"/>
      <w:jc w:val="center"/>
    </w:pPr>
    <w:r>
      <w:rPr>
        <w:sz w:val="20"/>
      </w:rPr>
      <w:t xml:space="preserve">Trang </w:t>
    </w:r>
    <w:r>
      <w:rPr>
        <w:sz w:val="20"/>
      </w:rPr>
      <w:fldChar w:fldCharType="begin"/>
    </w:r>
    <w:r>
      <w:rPr>
        <w:sz w:val="20"/>
      </w:rPr>
      <w:instrText xml:space="preserve"> PAGE </w:instrText>
    </w:r>
    <w:r>
      <w:rPr>
        <w:sz w:val="20"/>
      </w:rPr>
      <w:fldChar w:fldCharType="separate"/>
    </w:r>
    <w:r w:rsidR="00AC5995">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F0707" w14:textId="77777777" w:rsidR="004374F8" w:rsidRDefault="004374F8">
      <w:pPr>
        <w:spacing w:after="0" w:line="240" w:lineRule="auto"/>
      </w:pPr>
      <w:r>
        <w:separator/>
      </w:r>
    </w:p>
  </w:footnote>
  <w:footnote w:type="continuationSeparator" w:id="0">
    <w:p w14:paraId="6649A508" w14:textId="77777777" w:rsidR="004374F8" w:rsidRDefault="00437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27B36" w14:textId="77777777" w:rsidR="00BF4363" w:rsidRDefault="00000000">
    <w:pPr>
      <w:pStyle w:val="Header"/>
      <w:jc w:val="center"/>
    </w:pPr>
    <w:r>
      <w:rPr>
        <w:b/>
        <w:color w:val="1F4E79"/>
        <w:sz w:val="20"/>
      </w:rPr>
      <w:t>PHYSICS TEAM – HƯỚNG DẪN GIẢI CHI TIẾT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86617621">
    <w:abstractNumId w:val="8"/>
  </w:num>
  <w:num w:numId="2" w16cid:durableId="637996023">
    <w:abstractNumId w:val="6"/>
  </w:num>
  <w:num w:numId="3" w16cid:durableId="165485244">
    <w:abstractNumId w:val="5"/>
  </w:num>
  <w:num w:numId="4" w16cid:durableId="616178997">
    <w:abstractNumId w:val="4"/>
  </w:num>
  <w:num w:numId="5" w16cid:durableId="1569223224">
    <w:abstractNumId w:val="7"/>
  </w:num>
  <w:num w:numId="6" w16cid:durableId="35785869">
    <w:abstractNumId w:val="3"/>
  </w:num>
  <w:num w:numId="7" w16cid:durableId="289673500">
    <w:abstractNumId w:val="2"/>
  </w:num>
  <w:num w:numId="8" w16cid:durableId="346366035">
    <w:abstractNumId w:val="1"/>
  </w:num>
  <w:num w:numId="9" w16cid:durableId="35069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7F24"/>
    <w:rsid w:val="00115447"/>
    <w:rsid w:val="0015074B"/>
    <w:rsid w:val="001609E1"/>
    <w:rsid w:val="00185550"/>
    <w:rsid w:val="0029639D"/>
    <w:rsid w:val="00326F90"/>
    <w:rsid w:val="004374F8"/>
    <w:rsid w:val="00AA1D8D"/>
    <w:rsid w:val="00AC5995"/>
    <w:rsid w:val="00B47730"/>
    <w:rsid w:val="00B57F40"/>
    <w:rsid w:val="00B923F7"/>
    <w:rsid w:val="00BF4363"/>
    <w:rsid w:val="00CB0664"/>
    <w:rsid w:val="00D107EB"/>
    <w:rsid w:val="00F53E9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CB0309"/>
  <w14:defaultImageDpi w14:val="300"/>
  <w15:docId w15:val="{B2D6FB8E-7930-4AAD-A5BB-0F4ACAC7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Viet Tran Van</cp:lastModifiedBy>
  <cp:revision>6</cp:revision>
  <dcterms:created xsi:type="dcterms:W3CDTF">2013-12-23T23:15:00Z</dcterms:created>
  <dcterms:modified xsi:type="dcterms:W3CDTF">2026-07-19T21:56:00Z</dcterms:modified>
  <cp:category/>
</cp:coreProperties>
</file>