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616730" w:rsidRPr="00727A74" w14:paraId="570FB3FD" w14:textId="77777777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41120DDA" w14:textId="77777777" w:rsidR="00616730" w:rsidRPr="00727A74" w:rsidRDefault="00000000">
            <w:pPr>
              <w:jc w:val="center"/>
              <w:rPr>
                <w:color w:val="002366"/>
              </w:rPr>
            </w:pPr>
            <w:r w:rsidRPr="00727A74">
              <w:rPr>
                <w:b/>
                <w:color w:val="002366"/>
                <w:sz w:val="20"/>
              </w:rPr>
              <w:t>TRƯỜNG THPT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6CAA29BA" w14:textId="77777777" w:rsidR="00616730" w:rsidRPr="00727A74" w:rsidRDefault="00000000">
            <w:pPr>
              <w:jc w:val="center"/>
              <w:rPr>
                <w:color w:val="002366"/>
              </w:rPr>
            </w:pPr>
            <w:r w:rsidRPr="00727A74">
              <w:rPr>
                <w:b/>
                <w:color w:val="002366"/>
                <w:sz w:val="22"/>
              </w:rPr>
              <w:t>KIỂM TRA GIỮA HỌC KÌ I</w:t>
            </w:r>
          </w:p>
        </w:tc>
      </w:tr>
      <w:tr w:rsidR="00616730" w:rsidRPr="00727A74" w14:paraId="5DE8FFF0" w14:textId="77777777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078CEA6" w14:textId="77777777" w:rsidR="00616730" w:rsidRPr="00727A74" w:rsidRDefault="00000000">
            <w:pPr>
              <w:jc w:val="center"/>
              <w:rPr>
                <w:color w:val="002366"/>
              </w:rPr>
            </w:pPr>
            <w:r w:rsidRPr="00727A74">
              <w:rPr>
                <w:b/>
                <w:color w:val="002366"/>
                <w:sz w:val="20"/>
              </w:rPr>
              <w:t>TỔ VẬT LÍ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059C72B3" w14:textId="77777777" w:rsidR="00616730" w:rsidRPr="00727A74" w:rsidRDefault="00000000">
            <w:pPr>
              <w:jc w:val="center"/>
              <w:rPr>
                <w:color w:val="002366"/>
              </w:rPr>
            </w:pPr>
            <w:r w:rsidRPr="00727A74">
              <w:rPr>
                <w:b/>
                <w:color w:val="002366"/>
                <w:sz w:val="22"/>
              </w:rPr>
              <w:t>MÔN VẬT LÍ 11</w:t>
            </w:r>
          </w:p>
        </w:tc>
      </w:tr>
    </w:tbl>
    <w:p w14:paraId="4EAF7BE5" w14:textId="77777777" w:rsidR="00616730" w:rsidRPr="00727A74" w:rsidRDefault="00000000">
      <w:pPr>
        <w:spacing w:after="40" w:line="259" w:lineRule="auto"/>
        <w:jc w:val="center"/>
        <w:rPr>
          <w:color w:val="002366"/>
        </w:rPr>
      </w:pPr>
      <w:r w:rsidRPr="00727A74">
        <w:rPr>
          <w:b/>
          <w:color w:val="002366"/>
          <w:sz w:val="28"/>
        </w:rPr>
        <w:t>HƯỚNG DẪN CHẤM VÀ GIẢI CHI TIẾT</w:t>
      </w:r>
    </w:p>
    <w:p w14:paraId="3D30D4A3" w14:textId="77777777" w:rsidR="00616730" w:rsidRPr="00727A74" w:rsidRDefault="00000000">
      <w:pPr>
        <w:spacing w:after="40" w:line="259" w:lineRule="auto"/>
        <w:jc w:val="center"/>
        <w:rPr>
          <w:color w:val="EE0000"/>
        </w:rPr>
      </w:pPr>
      <w:r w:rsidRPr="00727A74">
        <w:rPr>
          <w:i/>
          <w:color w:val="EE0000"/>
          <w:sz w:val="22"/>
        </w:rPr>
        <w:t>Mã đề 003</w:t>
      </w:r>
    </w:p>
    <w:p w14:paraId="155A3FE4" w14:textId="77777777" w:rsidR="00616730" w:rsidRDefault="00000000">
      <w:pPr>
        <w:spacing w:after="80" w:line="259" w:lineRule="auto"/>
      </w:pPr>
      <w:r>
        <w:rPr>
          <w:b/>
          <w:sz w:val="23"/>
        </w:rPr>
        <w:t xml:space="preserve">QUY TẮC QUY ĐIỂM: </w:t>
      </w:r>
      <w:r>
        <w:rPr>
          <w:sz w:val="23"/>
        </w:rPr>
        <w:t>Phần I: mỗi câu đúng 0,25 điểm (tối đa 4,50 điểm). Phần II: đúng 1 ý được 0,10 điểm; đúng 2 ý được 0,25 điểm; đúng 3 ý được 0,50 điểm; đúng cả 4 ý được 1,00 điểm (tối đa 4,00 điểm). Phần III: mỗi câu đúng 0,25 điểm (tối đa 1,50 điểm). Tổng điểm: 10,00 điểm.</w:t>
      </w:r>
    </w:p>
    <w:p w14:paraId="4251DD07" w14:textId="77777777" w:rsidR="00616730" w:rsidRPr="00727A74" w:rsidRDefault="00000000">
      <w:pPr>
        <w:keepNext/>
        <w:spacing w:after="80" w:line="259" w:lineRule="auto"/>
        <w:rPr>
          <w:color w:val="002366"/>
        </w:rPr>
      </w:pPr>
      <w:r w:rsidRPr="00727A74">
        <w:rPr>
          <w:b/>
          <w:color w:val="002366"/>
        </w:rPr>
        <w:t>PHẦN I. Câu trắc nghiệm nhiều phương án lựa chọn.</w:t>
      </w:r>
    </w:p>
    <w:p w14:paraId="59992F28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1. </w:t>
      </w:r>
      <w:r>
        <w:rPr>
          <w:sz w:val="23"/>
        </w:rPr>
        <w:t>Hệ thức đúng giữa tần số f và chu kì T của một dao động tuần hoàn là</w:t>
      </w:r>
    </w:p>
    <w:p w14:paraId="64B2F4A9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f = 1/T.</m:t>
        </m:r>
      </m:oMath>
    </w:p>
    <w:p w14:paraId="4060DD26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f = T.</m:t>
        </m:r>
      </m:oMath>
    </w:p>
    <w:p w14:paraId="5F10C7E8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f = 2πT.</m:t>
        </m:r>
      </m:oMath>
    </w:p>
    <w:p w14:paraId="21D1E59A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f = T².</m:t>
        </m:r>
      </m:oMath>
    </w:p>
    <w:p w14:paraId="0C620204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A</w:t>
      </w:r>
    </w:p>
    <w:p w14:paraId="26F4085B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f = 1/T</m:t>
        </m:r>
      </m:oMath>
      <w:r>
        <w:rPr>
          <w:sz w:val="23"/>
        </w:rPr>
        <w:t xml:space="preserve"> là hệ thức định nghĩa giữa tần số và chu kì.</w:t>
      </w:r>
    </w:p>
    <w:p w14:paraId="7AF147AC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2. </w:t>
      </w:r>
      <w:r>
        <w:rPr>
          <w:sz w:val="23"/>
        </w:rPr>
        <w:t>Một vật thực hiện 45 dao động toàn phần trong 15 s. Chu kì dao động của vật là</w:t>
      </w:r>
    </w:p>
    <w:p w14:paraId="15578FA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3 s.</w:t>
      </w:r>
    </w:p>
    <w:p w14:paraId="5B2F421A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1,5 s.</w:t>
      </w:r>
    </w:p>
    <w:p w14:paraId="3F07B504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1/3 s.</w:t>
      </w:r>
    </w:p>
    <w:p w14:paraId="25B81E91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1/45 s.</w:t>
      </w:r>
    </w:p>
    <w:p w14:paraId="2379586D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C</w:t>
      </w:r>
    </w:p>
    <w:p w14:paraId="01420679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f = N/t = 45/15 = 3 Hz</m:t>
        </m:r>
      </m:oMath>
      <w:r>
        <w:rPr>
          <w:sz w:val="23"/>
        </w:rPr>
        <w:t xml:space="preserve">, nên </w:t>
      </w:r>
      <m:oMath>
        <m:r>
          <m:rPr>
            <m:sty m:val="p"/>
          </m:rPr>
          <w:rPr>
            <w:rFonts w:ascii="Cambria Math" w:hAnsi="Cambria Math"/>
          </w:rPr>
          <m:t>T = 1/f = 1/3 s</m:t>
        </m:r>
      </m:oMath>
      <w:r>
        <w:rPr>
          <w:sz w:val="23"/>
        </w:rPr>
        <w:t>.</w:t>
      </w:r>
    </w:p>
    <w:p w14:paraId="5CFEFE43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3. </w:t>
      </w:r>
      <w:r>
        <w:rPr>
          <w:sz w:val="23"/>
        </w:rPr>
        <w:t>Đồ thị li độ - thời gian của một vật dao động điều hòa như hình. Tại t = 1 s, vật</w:t>
      </w:r>
    </w:p>
    <w:p w14:paraId="3D6D33EC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88E74E1" wp14:editId="2C269642">
            <wp:extent cx="3240000" cy="12455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x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4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DB309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qua vị trí cân bằng theo chiều dương.</w:t>
      </w:r>
    </w:p>
    <w:p w14:paraId="087A32FE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ở biên dương.</w:t>
      </w:r>
    </w:p>
    <w:p w14:paraId="53030221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ở biên âm.</w:t>
      </w:r>
    </w:p>
    <w:p w14:paraId="35758D3F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qua vị trí cân bằng theo chiều âm.</w:t>
      </w:r>
    </w:p>
    <w:p w14:paraId="79B87AE2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B</w:t>
      </w:r>
    </w:p>
    <w:p w14:paraId="354F1781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 xml:space="preserve">Tại t = 1 s đồ thị đạt giá trị cực đại </w:t>
      </w:r>
      <m:oMath>
        <m:r>
          <m:rPr>
            <m:sty m:val="p"/>
          </m:rPr>
          <w:rPr>
            <w:rFonts w:ascii="Cambria Math" w:hAnsi="Cambria Math"/>
          </w:rPr>
          <m:t>x = +6 cm</m:t>
        </m:r>
      </m:oMath>
      <w:r>
        <w:rPr>
          <w:sz w:val="23"/>
        </w:rPr>
        <w:t>, nên vật ở biên dương.</w:t>
      </w:r>
    </w:p>
    <w:p w14:paraId="36457CD1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4. </w:t>
      </w:r>
      <w:r>
        <w:rPr>
          <w:sz w:val="23"/>
        </w:rPr>
        <w:t>Hai dao động điều hòa cùng tần số có đồ thị như hình. Độ lệch pha giữa chúng bằng</w:t>
      </w:r>
    </w:p>
    <w:p w14:paraId="22D2264F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F5F367E" wp14:editId="62BA7BC7">
            <wp:extent cx="3240000" cy="128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phas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8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46A01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π/4 rad.</m:t>
        </m:r>
      </m:oMath>
    </w:p>
    <w:p w14:paraId="7133A93D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π/2 rad.</m:t>
        </m:r>
      </m:oMath>
    </w:p>
    <w:p w14:paraId="65F0732F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lastRenderedPageBreak/>
        <w:t xml:space="preserve">C. </w:t>
      </w:r>
      <m:oMath>
        <m:r>
          <m:rPr>
            <m:sty m:val="p"/>
          </m:rPr>
          <w:rPr>
            <w:rFonts w:ascii="Cambria Math" w:hAnsi="Cambria Math"/>
          </w:rPr>
          <m:t>π rad.</m:t>
        </m:r>
      </m:oMath>
    </w:p>
    <w:p w14:paraId="547FACD0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2π rad.</m:t>
        </m:r>
      </m:oMath>
    </w:p>
    <w:p w14:paraId="41158021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C</w:t>
      </w:r>
    </w:p>
    <w:p w14:paraId="70E14049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 xml:space="preserve">Hai đồ thị luôn đối nhau: </w:t>
      </w:r>
      <m:oMath>
        <m:r>
          <m:rPr>
            <m:sty m:val="p"/>
          </m:rPr>
          <w:rPr>
            <w:rFonts w:ascii="Cambria Math" w:hAnsi="Cambria Math"/>
          </w:rPr>
          <m:t>x₂ = -x₁</m:t>
        </m:r>
      </m:oMath>
      <w:r>
        <w:rPr>
          <w:sz w:val="23"/>
        </w:rPr>
        <w:t xml:space="preserve">. Vì vậy chúng ngược pha, </w:t>
      </w:r>
      <m:oMath>
        <m:r>
          <m:rPr>
            <m:sty m:val="p"/>
          </m:rPr>
          <w:rPr>
            <w:rFonts w:ascii="Cambria Math" w:hAnsi="Cambria Math"/>
          </w:rPr>
          <m:t>|Δφ| = π rad</m:t>
        </m:r>
      </m:oMath>
      <w:r>
        <w:rPr>
          <w:sz w:val="23"/>
        </w:rPr>
        <w:t>.</w:t>
      </w:r>
    </w:p>
    <w:p w14:paraId="0C6C299B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5. </w:t>
      </w:r>
      <w:r>
        <w:rPr>
          <w:sz w:val="23"/>
        </w:rPr>
        <w:t xml:space="preserve">Vật dao động theo phương trình </w:t>
      </w:r>
      <m:oMath>
        <m:r>
          <m:rPr>
            <m:sty m:val="p"/>
          </m:rPr>
          <w:rPr>
            <w:rFonts w:ascii="Cambria Math" w:hAnsi="Cambria Math"/>
          </w:rPr>
          <m:t>x = 3cos(4πt - 2π/3) cm</m:t>
        </m:r>
      </m:oMath>
      <w:r>
        <w:rPr>
          <w:sz w:val="23"/>
        </w:rPr>
        <w:t>. Tại t = 0, vật có trạng thái nào sau đây?</w:t>
      </w:r>
    </w:p>
    <w:p w14:paraId="2C84E72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x = 1,5 cm, chuyển động theo chiều âm.</w:t>
      </w:r>
    </w:p>
    <w:p w14:paraId="01A5178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x = -1,5 cm, chuyển động theo chiều âm.</w:t>
      </w:r>
    </w:p>
    <w:p w14:paraId="3583F3F4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x = 1,5 cm, chuyển động theo chiều dương.</w:t>
      </w:r>
    </w:p>
    <w:p w14:paraId="223298AF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x = -1,5 cm, chuyển động theo chiều dương.</w:t>
      </w:r>
    </w:p>
    <w:p w14:paraId="0A1823A1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D</w:t>
      </w:r>
    </w:p>
    <w:p w14:paraId="5B1B97DA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x₀ = 3cos(-2π/3) = -1,5 cm</m:t>
        </m:r>
      </m:oMath>
      <w:r>
        <w:rPr>
          <w:sz w:val="23"/>
        </w:rPr>
        <w:t xml:space="preserve"> và </w:t>
      </w:r>
      <m:oMath>
        <m:r>
          <m:rPr>
            <m:sty m:val="p"/>
          </m:rPr>
          <w:rPr>
            <w:rFonts w:ascii="Cambria Math" w:hAnsi="Cambria Math"/>
          </w:rPr>
          <m:t>v₀ = -12πsin(-2π/3) = 6π√3 &gt; 0</m:t>
        </m:r>
      </m:oMath>
      <w:r>
        <w:rPr>
          <w:sz w:val="23"/>
        </w:rPr>
        <w:t xml:space="preserve"> nên vật chuyển động theo chiều dương.</w:t>
      </w:r>
    </w:p>
    <w:p w14:paraId="4C9D6128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6. </w:t>
      </w:r>
      <w:r>
        <w:rPr>
          <w:sz w:val="23"/>
        </w:rPr>
        <w:t xml:space="preserve">Một vật đang ở vị trí </w:t>
      </w:r>
      <m:oMath>
        <m:r>
          <m:rPr>
            <m:sty m:val="p"/>
          </m:rPr>
          <w:rPr>
            <w:rFonts w:ascii="Cambria Math" w:hAnsi="Cambria Math"/>
          </w:rPr>
          <m:t>x = A/2</m:t>
        </m:r>
      </m:oMath>
      <w:r>
        <w:rPr>
          <w:sz w:val="23"/>
        </w:rPr>
        <w:t xml:space="preserve"> và chuyển động theo chiều dương. Thời gian ngắn nhất để vật đến biên dương là</w:t>
      </w:r>
    </w:p>
    <w:p w14:paraId="4CA52900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T/12.</m:t>
        </m:r>
      </m:oMath>
    </w:p>
    <w:p w14:paraId="7722CD4C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T/6.</m:t>
        </m:r>
      </m:oMath>
    </w:p>
    <w:p w14:paraId="0D2AD6D2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T/4.</m:t>
        </m:r>
      </m:oMath>
    </w:p>
    <w:p w14:paraId="3F7FF3A8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T/3.</m:t>
        </m:r>
      </m:oMath>
    </w:p>
    <w:p w14:paraId="2AB344CE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B</w:t>
      </w:r>
    </w:p>
    <w:p w14:paraId="3A636555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 xml:space="preserve">Tại </w:t>
      </w:r>
      <m:oMath>
        <m:r>
          <m:rPr>
            <m:sty m:val="p"/>
          </m:rPr>
          <w:rPr>
            <w:rFonts w:ascii="Cambria Math" w:hAnsi="Cambria Math"/>
          </w:rPr>
          <m:t>x = A/2</m:t>
        </m:r>
      </m:oMath>
      <w:r>
        <w:rPr>
          <w:sz w:val="23"/>
        </w:rPr>
        <w:t xml:space="preserve"> và v &gt; 0, pha có thể chọn </w:t>
      </w:r>
      <m:oMath>
        <m:r>
          <m:rPr>
            <m:sty m:val="p"/>
          </m:rPr>
          <w:rPr>
            <w:rFonts w:ascii="Cambria Math" w:hAnsi="Cambria Math"/>
          </w:rPr>
          <m:t>-π/3</m:t>
        </m:r>
      </m:oMath>
      <w:r>
        <w:rPr>
          <w:sz w:val="23"/>
        </w:rPr>
        <w:t xml:space="preserve">. Đến biên dương pha bằng 0, nên </w:t>
      </w:r>
      <m:oMath>
        <m:r>
          <m:rPr>
            <m:sty m:val="p"/>
          </m:rPr>
          <w:rPr>
            <w:rFonts w:ascii="Cambria Math" w:hAnsi="Cambria Math"/>
          </w:rPr>
          <m:t>Δt = (π/3)/ω = T/6</m:t>
        </m:r>
      </m:oMath>
      <w:r>
        <w:rPr>
          <w:sz w:val="23"/>
        </w:rPr>
        <w:t>.</w:t>
      </w:r>
    </w:p>
    <w:p w14:paraId="12334732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7. </w:t>
      </w:r>
      <w:r>
        <w:rPr>
          <w:sz w:val="23"/>
        </w:rPr>
        <w:t xml:space="preserve">Nếu </w:t>
      </w:r>
      <m:oMath>
        <m:r>
          <m:rPr>
            <m:sty m:val="p"/>
          </m:rPr>
          <w:rPr>
            <w:rFonts w:ascii="Cambria Math" w:hAnsi="Cambria Math"/>
          </w:rPr>
          <m:t>x = 2cos(3t + π/6) cm</m:t>
        </m:r>
      </m:oMath>
      <w:r>
        <w:rPr>
          <w:sz w:val="23"/>
        </w:rPr>
        <w:t xml:space="preserve"> thì phương trình vận tốc là</w:t>
      </w:r>
    </w:p>
    <w:p w14:paraId="543F106C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v = -6sin(3t + π/6) cm/s.</m:t>
        </m:r>
      </m:oMath>
    </w:p>
    <w:p w14:paraId="1265CF1C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v = 6cos(3t + π/6) cm/s.</m:t>
        </m:r>
      </m:oMath>
    </w:p>
    <w:p w14:paraId="66C730C6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v = -18cos(3t + π/6) cm/s.</m:t>
        </m:r>
      </m:oMath>
    </w:p>
    <w:p w14:paraId="02A70056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v = 2sin(3t + π/6) cm/s.</m:t>
        </m:r>
      </m:oMath>
    </w:p>
    <w:p w14:paraId="5BC4A600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A</w:t>
      </w:r>
    </w:p>
    <w:p w14:paraId="22214823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v = dx/dt = -6sin(3t + π/6) cm/s</m:t>
        </m:r>
      </m:oMath>
      <w:r>
        <w:rPr>
          <w:sz w:val="23"/>
        </w:rPr>
        <w:t>.</w:t>
      </w:r>
    </w:p>
    <w:p w14:paraId="71D9340A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8. </w:t>
      </w:r>
      <w:r>
        <w:rPr>
          <w:sz w:val="23"/>
        </w:rPr>
        <w:t xml:space="preserve">Nếu </w:t>
      </w:r>
      <m:oMath>
        <m:r>
          <m:rPr>
            <m:sty m:val="p"/>
          </m:rPr>
          <w:rPr>
            <w:rFonts w:ascii="Cambria Math" w:hAnsi="Cambria Math"/>
          </w:rPr>
          <m:t>x = 5cos(2πt) cm</m:t>
        </m:r>
      </m:oMath>
      <w:r>
        <w:rPr>
          <w:sz w:val="23"/>
        </w:rPr>
        <w:t xml:space="preserve"> thì phương trình gia tốc là</w:t>
      </w:r>
    </w:p>
    <w:p w14:paraId="34AE4ED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a = -10πsin(2πt) cm/s².</m:t>
        </m:r>
      </m:oMath>
    </w:p>
    <w:p w14:paraId="1E13FEB4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a = -10πcos(2πt) cm/s².</m:t>
        </m:r>
      </m:oMath>
    </w:p>
    <w:p w14:paraId="001EFC6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a = -20π²cos(2πt) cm/s².</m:t>
        </m:r>
      </m:oMath>
    </w:p>
    <w:p w14:paraId="3FC50FE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a = 20π²sin(2πt) cm/s².</m:t>
        </m:r>
      </m:oMath>
    </w:p>
    <w:p w14:paraId="05FFAB4C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C</w:t>
      </w:r>
    </w:p>
    <w:p w14:paraId="3C5B4213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a = -ω²x = -(2π)²·5cos(2πt) = -20π²cos(2πt) cm/s²</m:t>
        </m:r>
      </m:oMath>
      <w:r>
        <w:rPr>
          <w:sz w:val="23"/>
        </w:rPr>
        <w:t>.</w:t>
      </w:r>
    </w:p>
    <w:p w14:paraId="1402A6FA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9. </w:t>
      </w:r>
      <w:r>
        <w:rPr>
          <w:sz w:val="23"/>
        </w:rPr>
        <w:t>Hệ thức độc lập với thời gian của dao động điều hòa là</w:t>
      </w:r>
    </w:p>
    <w:p w14:paraId="44CC70A7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v² = ω(A² - x²).</m:t>
        </m:r>
      </m:oMath>
    </w:p>
    <w:p w14:paraId="720A9A78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v² = ω²(A² - x²).</m:t>
        </m:r>
      </m:oMath>
    </w:p>
    <w:p w14:paraId="1BD4EBB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v = ω²(A - x).</m:t>
        </m:r>
      </m:oMath>
    </w:p>
    <w:p w14:paraId="5263007A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v² = ω²(A - x)².</m:t>
        </m:r>
      </m:oMath>
    </w:p>
    <w:p w14:paraId="3B1628FA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B</w:t>
      </w:r>
    </w:p>
    <w:p w14:paraId="5C2EE4CC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 xml:space="preserve">Từ </w:t>
      </w:r>
      <m:oMath>
        <m:r>
          <m:rPr>
            <m:sty m:val="p"/>
          </m:rPr>
          <w:rPr>
            <w:rFonts w:ascii="Cambria Math" w:hAnsi="Cambria Math"/>
          </w:rPr>
          <m:t>x = Acosθ, v = -ωAsinθ</m:t>
        </m:r>
      </m:oMath>
      <w:r>
        <w:rPr>
          <w:sz w:val="23"/>
        </w:rPr>
        <w:t xml:space="preserve"> suy ra </w:t>
      </w:r>
      <m:oMath>
        <m:r>
          <m:rPr>
            <m:sty m:val="p"/>
          </m:rPr>
          <w:rPr>
            <w:rFonts w:ascii="Cambria Math" w:hAnsi="Cambria Math"/>
          </w:rPr>
          <m:t>v² = ω²(A² - x²)</m:t>
        </m:r>
      </m:oMath>
      <w:r>
        <w:rPr>
          <w:sz w:val="23"/>
        </w:rPr>
        <w:t>.</w:t>
      </w:r>
    </w:p>
    <w:p w14:paraId="0E0C481E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10. </w:t>
      </w:r>
      <w:r>
        <w:rPr>
          <w:sz w:val="23"/>
        </w:rPr>
        <w:t xml:space="preserve">Khi vật dao động điều hòa có li độ </w:t>
      </w:r>
      <m:oMath>
        <m:r>
          <m:rPr>
            <m:sty m:val="p"/>
          </m:rPr>
          <w:rPr>
            <w:rFonts w:ascii="Cambria Math" w:hAnsi="Cambria Math"/>
          </w:rPr>
          <m:t>x = A/2</m:t>
        </m:r>
      </m:oMath>
      <w:r>
        <w:rPr>
          <w:sz w:val="23"/>
        </w:rPr>
        <w:t>, tốc độ của vật bằng</w:t>
      </w:r>
    </w:p>
    <w:p w14:paraId="083770D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vₘₐₓ/2.</m:t>
        </m:r>
      </m:oMath>
    </w:p>
    <w:p w14:paraId="51F13FC0" w14:textId="56AB4F5C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vₘₐₓ/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.</m:t>
        </m:r>
      </m:oMath>
    </w:p>
    <w:p w14:paraId="2F27797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lastRenderedPageBreak/>
        <w:t xml:space="preserve">C. </w:t>
      </w:r>
      <m:oMath>
        <m:r>
          <m:rPr>
            <m:sty m:val="p"/>
          </m:rPr>
          <w:rPr>
            <w:rFonts w:ascii="Cambria Math" w:hAnsi="Cambria Math"/>
          </w:rPr>
          <m:t>vₘₐₓ/4.</m:t>
        </m:r>
      </m:oMath>
    </w:p>
    <w:p w14:paraId="186AFC4F" w14:textId="78D380E3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vₘₐₓ/2.</m:t>
        </m:r>
      </m:oMath>
    </w:p>
    <w:p w14:paraId="5B5E19C5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D</w:t>
      </w:r>
    </w:p>
    <w:p w14:paraId="440F87D0" w14:textId="7DC511BA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 xml:space="preserve">|v| = </m:t>
        </m:r>
        <m:r>
          <m:rPr>
            <m:sty m:val="p"/>
          </m:rPr>
          <w:rPr>
            <w:rFonts w:ascii="Cambria Math" w:hAnsi="Cambria Math"/>
          </w:rPr>
          <m:t>ω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  <w:i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 xml:space="preserve"> = </m:t>
        </m:r>
        <m:r>
          <m:rPr>
            <m:sty m:val="p"/>
          </m:rPr>
          <w:rPr>
            <w:rFonts w:ascii="Cambria Math" w:hAnsi="Cambria Math"/>
          </w:rPr>
          <m:t>ωA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</w:rPr>
          <m:t xml:space="preserve"> =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vₘₐₓ/2</m:t>
        </m:r>
      </m:oMath>
      <w:r>
        <w:rPr>
          <w:sz w:val="23"/>
        </w:rPr>
        <w:t>.</w:t>
      </w:r>
    </w:p>
    <w:p w14:paraId="22DA09F6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11. </w:t>
      </w:r>
      <w:r>
        <w:rPr>
          <w:sz w:val="23"/>
        </w:rPr>
        <w:t>Một vật dao động điều hòa có biên độ 4 cm và chu kì 0,5 s. Gia tốc cực đại bằng</w:t>
      </w:r>
    </w:p>
    <w:p w14:paraId="21BCDC37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16π² cm/s².</m:t>
        </m:r>
      </m:oMath>
    </w:p>
    <w:p w14:paraId="6558E62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32π² cm/s².</m:t>
        </m:r>
      </m:oMath>
    </w:p>
    <w:p w14:paraId="1E82142D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64π² cm/s².</m:t>
        </m:r>
      </m:oMath>
    </w:p>
    <w:p w14:paraId="7F4CCA0D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128π² cm/s².</m:t>
        </m:r>
      </m:oMath>
    </w:p>
    <w:p w14:paraId="3FF04E68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C</w:t>
      </w:r>
    </w:p>
    <w:p w14:paraId="00FCC506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ω = 2π/T = 4π rad/s</m:t>
        </m:r>
      </m:oMath>
      <w:r>
        <w:rPr>
          <w:sz w:val="23"/>
        </w:rPr>
        <w:t xml:space="preserve">; </w:t>
      </w:r>
      <m:oMath>
        <m:r>
          <m:rPr>
            <m:sty m:val="p"/>
          </m:rPr>
          <w:rPr>
            <w:rFonts w:ascii="Cambria Math" w:hAnsi="Cambria Math"/>
          </w:rPr>
          <m:t>aₘₐₓ = ω²A = (4π)²·4 = 64π² cm/s²</m:t>
        </m:r>
      </m:oMath>
      <w:r>
        <w:rPr>
          <w:sz w:val="23"/>
        </w:rPr>
        <w:t>.</w:t>
      </w:r>
    </w:p>
    <w:p w14:paraId="7C1F3777" w14:textId="53708F0E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12. </w:t>
      </w:r>
      <w:r>
        <w:rPr>
          <w:sz w:val="23"/>
        </w:rPr>
        <w:t xml:space="preserve">Tại vị trí </w:t>
      </w:r>
      <m:oMath>
        <m:r>
          <m:rPr>
            <m:sty m:val="p"/>
          </m:rPr>
          <w:rPr>
            <w:rFonts w:ascii="Cambria Math" w:hAnsi="Cambria Math"/>
          </w:rPr>
          <m:t>|x| = A/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</m:oMath>
      <w:r>
        <w:rPr>
          <w:sz w:val="23"/>
        </w:rPr>
        <w:t xml:space="preserve"> của dao động điều hòa, động năng của vật bằng</w:t>
      </w:r>
    </w:p>
    <w:p w14:paraId="549FCA97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W/4.</m:t>
        </m:r>
      </m:oMath>
    </w:p>
    <w:p w14:paraId="112BD9B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W/2.</m:t>
        </m:r>
      </m:oMath>
    </w:p>
    <w:p w14:paraId="5A4B6F82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3W/4.</m:t>
        </m:r>
      </m:oMath>
    </w:p>
    <w:p w14:paraId="1B01B302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W.</m:t>
        </m:r>
      </m:oMath>
    </w:p>
    <w:p w14:paraId="2B3D12F8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B</w:t>
      </w:r>
    </w:p>
    <w:p w14:paraId="610D7342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U/W = x²/A² = 1/2</m:t>
        </m:r>
      </m:oMath>
      <w:r>
        <w:rPr>
          <w:sz w:val="23"/>
        </w:rPr>
        <w:t xml:space="preserve"> nên </w:t>
      </w:r>
      <m:oMath>
        <m:r>
          <m:rPr>
            <m:sty m:val="p"/>
          </m:rPr>
          <w:rPr>
            <w:rFonts w:ascii="Cambria Math" w:hAnsi="Cambria Math"/>
          </w:rPr>
          <m:t>K = W-U = W/2</m:t>
        </m:r>
      </m:oMath>
      <w:r>
        <w:rPr>
          <w:sz w:val="23"/>
        </w:rPr>
        <w:t>.</w:t>
      </w:r>
    </w:p>
    <w:p w14:paraId="5C0B8989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13. </w:t>
      </w:r>
      <w:r>
        <w:rPr>
          <w:sz w:val="23"/>
        </w:rPr>
        <w:t xml:space="preserve">Vật khối lượng 0,20 kg dao động điều hòa với </w:t>
      </w:r>
      <m:oMath>
        <m:r>
          <m:rPr>
            <m:sty m:val="p"/>
          </m:rPr>
          <w:rPr>
            <w:rFonts w:ascii="Cambria Math" w:hAnsi="Cambria Math"/>
          </w:rPr>
          <m:t>A = 0,050 m</m:t>
        </m:r>
      </m:oMath>
      <w:r>
        <w:rPr>
          <w:sz w:val="23"/>
        </w:rPr>
        <w:t xml:space="preserve"> và </w:t>
      </w:r>
      <m:oMath>
        <m:r>
          <m:rPr>
            <m:sty m:val="p"/>
          </m:rPr>
          <w:rPr>
            <w:rFonts w:ascii="Cambria Math" w:hAnsi="Cambria Math"/>
          </w:rPr>
          <m:t>ω = 10 rad/s</m:t>
        </m:r>
      </m:oMath>
      <w:r>
        <w:rPr>
          <w:sz w:val="23"/>
        </w:rPr>
        <w:t>. Cơ năng của vật bằng</w:t>
      </w:r>
    </w:p>
    <w:p w14:paraId="41A82F7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0,0025 J.</w:t>
      </w:r>
    </w:p>
    <w:p w14:paraId="6C31311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0,010 J.</w:t>
      </w:r>
    </w:p>
    <w:p w14:paraId="3634D87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0,020 J.</w:t>
      </w:r>
    </w:p>
    <w:p w14:paraId="2460D4A6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0,025 J.</w:t>
      </w:r>
    </w:p>
    <w:p w14:paraId="31CABD78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D</w:t>
      </w:r>
    </w:p>
    <w:p w14:paraId="49D38447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W = mω²A²/2 = 0,20·10²·0,050²/2 = 0,025 J</m:t>
        </m:r>
      </m:oMath>
      <w:r>
        <w:rPr>
          <w:sz w:val="23"/>
        </w:rPr>
        <w:t>.</w:t>
      </w:r>
    </w:p>
    <w:p w14:paraId="52866FE8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14. </w:t>
      </w:r>
      <w:r>
        <w:rPr>
          <w:sz w:val="23"/>
        </w:rPr>
        <w:t>Tại một vị trí, thế năng của vật dao động điều hòa bằng ba lần động năng. Khi đó động năng bằng</w:t>
      </w:r>
    </w:p>
    <w:p w14:paraId="0A800880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m:oMath>
        <m:r>
          <m:rPr>
            <m:sty m:val="p"/>
          </m:rPr>
          <w:rPr>
            <w:rFonts w:ascii="Cambria Math" w:hAnsi="Cambria Math"/>
          </w:rPr>
          <m:t>W/4.</m:t>
        </m:r>
      </m:oMath>
    </w:p>
    <w:p w14:paraId="6CD2DB95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m:oMath>
        <m:r>
          <m:rPr>
            <m:sty m:val="p"/>
          </m:rPr>
          <w:rPr>
            <w:rFonts w:ascii="Cambria Math" w:hAnsi="Cambria Math"/>
          </w:rPr>
          <m:t>W/3.</m:t>
        </m:r>
      </m:oMath>
    </w:p>
    <w:p w14:paraId="703ECF19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m:oMath>
        <m:r>
          <m:rPr>
            <m:sty m:val="p"/>
          </m:rPr>
          <w:rPr>
            <w:rFonts w:ascii="Cambria Math" w:hAnsi="Cambria Math"/>
          </w:rPr>
          <m:t>W/2.</m:t>
        </m:r>
      </m:oMath>
    </w:p>
    <w:p w14:paraId="349BE88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m:oMath>
        <m:r>
          <m:rPr>
            <m:sty m:val="p"/>
          </m:rPr>
          <w:rPr>
            <w:rFonts w:ascii="Cambria Math" w:hAnsi="Cambria Math"/>
          </w:rPr>
          <m:t>3W/4.</m:t>
        </m:r>
      </m:oMath>
    </w:p>
    <w:p w14:paraId="5C34FD14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A</w:t>
      </w:r>
    </w:p>
    <w:p w14:paraId="77DDC746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m:oMath>
        <m:r>
          <m:rPr>
            <m:sty m:val="p"/>
          </m:rPr>
          <w:rPr>
            <w:rFonts w:ascii="Cambria Math" w:hAnsi="Cambria Math"/>
          </w:rPr>
          <m:t>U = 3K</m:t>
        </m:r>
      </m:oMath>
      <w:r>
        <w:rPr>
          <w:sz w:val="23"/>
        </w:rPr>
        <w:t xml:space="preserve"> nên </w:t>
      </w:r>
      <m:oMath>
        <m:r>
          <m:rPr>
            <m:sty m:val="p"/>
          </m:rPr>
          <w:rPr>
            <w:rFonts w:ascii="Cambria Math" w:hAnsi="Cambria Math"/>
          </w:rPr>
          <m:t>W = U+K = 4K ⇒ K = W/4</m:t>
        </m:r>
      </m:oMath>
      <w:r>
        <w:rPr>
          <w:sz w:val="23"/>
        </w:rPr>
        <w:t>.</w:t>
      </w:r>
    </w:p>
    <w:p w14:paraId="1232AE8F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15. </w:t>
      </w:r>
      <w:r>
        <w:rPr>
          <w:sz w:val="23"/>
        </w:rPr>
        <w:t>Đối với dao động tắt dần do lực cản, đại lượng chắc chắn giảm dần theo thời gian là</w:t>
      </w:r>
    </w:p>
    <w:p w14:paraId="3D5F6D9B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li độ.</w:t>
      </w:r>
    </w:p>
    <w:p w14:paraId="10FC9BFE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tốc độ.</w:t>
      </w:r>
    </w:p>
    <w:p w14:paraId="45F91A18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biên độ.</w:t>
      </w:r>
    </w:p>
    <w:p w14:paraId="006AD4C1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gia tốc.</w:t>
      </w:r>
    </w:p>
    <w:p w14:paraId="1D708EE9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C</w:t>
      </w:r>
    </w:p>
    <w:p w14:paraId="02274D3A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>Lực cản làm cơ năng mất dần, do đó biên độ dao động giảm dần; li độ, tốc độ và gia tốc vẫn biến thiên tuần hoàn về dấu.</w:t>
      </w:r>
    </w:p>
    <w:p w14:paraId="38CA5B1D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lastRenderedPageBreak/>
        <w:t xml:space="preserve">Câu 16. </w:t>
      </w:r>
      <w:r>
        <w:rPr>
          <w:sz w:val="23"/>
        </w:rPr>
        <w:t>Đồ thị biên độ dao động cưỡng bức theo tần số lực cưỡng bức như hình. Tần số riêng của hệ xấp xỉ</w:t>
      </w:r>
    </w:p>
    <w:p w14:paraId="461629BD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72B72BC" wp14:editId="48DD7049">
            <wp:extent cx="3240000" cy="13066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resona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30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C0150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2 Hz.</w:t>
      </w:r>
    </w:p>
    <w:p w14:paraId="0DDB491C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4 Hz.</w:t>
      </w:r>
    </w:p>
    <w:p w14:paraId="309071FE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6 Hz.</w:t>
      </w:r>
    </w:p>
    <w:p w14:paraId="3071E74E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8 Hz.</w:t>
      </w:r>
    </w:p>
    <w:p w14:paraId="1CC3607F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B</w:t>
      </w:r>
    </w:p>
    <w:p w14:paraId="0E59B4B7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 xml:space="preserve">Đỉnh đường cong cộng hưởng ở gần </w:t>
      </w:r>
      <m:oMath>
        <m:r>
          <m:rPr>
            <m:sty m:val="p"/>
          </m:rPr>
          <w:rPr>
            <w:rFonts w:ascii="Cambria Math" w:hAnsi="Cambria Math"/>
          </w:rPr>
          <m:t>f = 4 Hz</m:t>
        </m:r>
      </m:oMath>
      <w:r>
        <w:rPr>
          <w:sz w:val="23"/>
        </w:rPr>
        <w:t>, xấp xỉ tần số riêng của hệ.</w:t>
      </w:r>
    </w:p>
    <w:p w14:paraId="22769C63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17. </w:t>
      </w:r>
      <w:r>
        <w:rPr>
          <w:sz w:val="23"/>
        </w:rPr>
        <w:t>Một con lắc được kéo lệch khỏi vị trí cân bằng rồi buông nhẹ, sau đó dao động chỉ dưới tác dụng của lực hồi phục. Đây là</w:t>
      </w:r>
    </w:p>
    <w:p w14:paraId="3B5A3584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dao động tự do.</w:t>
      </w:r>
    </w:p>
    <w:p w14:paraId="0EC3E199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dao động cưỡng bức.</w:t>
      </w:r>
    </w:p>
    <w:p w14:paraId="0BB2597E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dao động duy trì.</w:t>
      </w:r>
    </w:p>
    <w:p w14:paraId="541FDF02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cộng hưởng.</w:t>
      </w:r>
    </w:p>
    <w:p w14:paraId="65BB3E52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A</w:t>
      </w:r>
    </w:p>
    <w:p w14:paraId="5B52AD86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>Sau khi buông, hệ không chịu ngoại lực tuần hoàn và dao động theo đặc tính riêng, nên là dao động tự do.</w:t>
      </w:r>
    </w:p>
    <w:p w14:paraId="0DD7D070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18. </w:t>
      </w:r>
      <w:r>
        <w:rPr>
          <w:sz w:val="23"/>
        </w:rPr>
        <w:t>Khi một đoàn người đi qua cầu, biện pháp giúp hạn chế nguy cơ cộng hưởng cơ học là</w:t>
      </w:r>
    </w:p>
    <w:p w14:paraId="2B641B9A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A. </w:t>
      </w:r>
      <w:r>
        <w:rPr>
          <w:sz w:val="23"/>
        </w:rPr>
        <w:t>đi đúng nhịp riêng của cầu.</w:t>
      </w:r>
    </w:p>
    <w:p w14:paraId="3A839E4A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B. </w:t>
      </w:r>
      <w:r>
        <w:rPr>
          <w:sz w:val="23"/>
        </w:rPr>
        <w:t>tăng đều nhịp bước.</w:t>
      </w:r>
    </w:p>
    <w:p w14:paraId="665C5153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C. </w:t>
      </w:r>
      <w:r>
        <w:rPr>
          <w:sz w:val="23"/>
        </w:rPr>
        <w:t>dậm chân mạnh hơn.</w:t>
      </w:r>
    </w:p>
    <w:p w14:paraId="7EA8D230" w14:textId="77777777" w:rsidR="00616730" w:rsidRDefault="00000000">
      <w:pPr>
        <w:keepLines/>
        <w:spacing w:after="20" w:line="259" w:lineRule="auto"/>
      </w:pPr>
      <w:r>
        <w:rPr>
          <w:b/>
          <w:sz w:val="23"/>
        </w:rPr>
        <w:t xml:space="preserve">D. </w:t>
      </w:r>
      <w:r>
        <w:rPr>
          <w:sz w:val="23"/>
        </w:rPr>
        <w:t>không bước đều theo cùng một nhịp.</w:t>
      </w:r>
    </w:p>
    <w:p w14:paraId="2D947100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Đáp án: </w:t>
      </w:r>
      <w:r>
        <w:rPr>
          <w:b/>
          <w:sz w:val="23"/>
        </w:rPr>
        <w:t>D</w:t>
      </w:r>
    </w:p>
    <w:p w14:paraId="32BFE6B1" w14:textId="77777777" w:rsidR="00616730" w:rsidRDefault="00000000">
      <w:pPr>
        <w:spacing w:after="40" w:line="259" w:lineRule="auto"/>
      </w:pPr>
      <w:r>
        <w:rPr>
          <w:b/>
          <w:sz w:val="23"/>
        </w:rPr>
        <w:t xml:space="preserve">Hướng dẫn: </w:t>
      </w:r>
      <w:r>
        <w:rPr>
          <w:sz w:val="23"/>
        </w:rPr>
        <w:t>Không bước đều giúp tránh tạo ngoại lực tuần hoàn có tần số xác định gần tần số riêng của cầu.</w:t>
      </w:r>
    </w:p>
    <w:p w14:paraId="0701D80A" w14:textId="77777777" w:rsidR="00616730" w:rsidRPr="00727A74" w:rsidRDefault="00000000">
      <w:pPr>
        <w:keepNext/>
        <w:spacing w:after="80" w:line="259" w:lineRule="auto"/>
        <w:rPr>
          <w:color w:val="002366"/>
        </w:rPr>
      </w:pPr>
      <w:r w:rsidRPr="00727A74">
        <w:rPr>
          <w:b/>
          <w:color w:val="002366"/>
        </w:rPr>
        <w:t>PHẦN II. Câu trắc nghiệm đúng sai.</w:t>
      </w:r>
    </w:p>
    <w:p w14:paraId="6CC9B2E6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1. </w:t>
      </w:r>
      <w:r>
        <w:rPr>
          <w:sz w:val="23"/>
        </w:rPr>
        <w:t>Một vật dao động điều hòa có đồ thị li độ - thời gian như hình.</w:t>
      </w:r>
    </w:p>
    <w:p w14:paraId="10E11566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2298020" wp14:editId="3D254323">
            <wp:extent cx="3060000" cy="11763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x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17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E96A4" w14:textId="77777777" w:rsidR="00616730" w:rsidRDefault="00000000">
      <w:pPr>
        <w:spacing w:after="20" w:line="259" w:lineRule="auto"/>
      </w:pPr>
      <w:r>
        <w:rPr>
          <w:sz w:val="23"/>
        </w:rPr>
        <w:t>a) Biên độ dao động của vật là 6 cm.</w:t>
      </w:r>
    </w:p>
    <w:p w14:paraId="32E5C7FA" w14:textId="77777777" w:rsidR="00616730" w:rsidRDefault="00000000">
      <w:pPr>
        <w:spacing w:after="20" w:line="259" w:lineRule="auto"/>
      </w:pPr>
      <w:r>
        <w:rPr>
          <w:sz w:val="23"/>
        </w:rPr>
        <w:t>b) Chu kì dao động của vật là 2 s.</w:t>
      </w:r>
    </w:p>
    <w:p w14:paraId="343596B7" w14:textId="77777777" w:rsidR="00616730" w:rsidRDefault="00000000">
      <w:pPr>
        <w:spacing w:after="20" w:line="259" w:lineRule="auto"/>
      </w:pPr>
      <w:r>
        <w:rPr>
          <w:sz w:val="23"/>
        </w:rPr>
        <w:t>c) Tại t = 2 s, vật qua vị trí cân bằng theo chiều âm.</w:t>
      </w:r>
    </w:p>
    <w:p w14:paraId="06E3BC9B" w14:textId="77777777" w:rsidR="00616730" w:rsidRDefault="00000000">
      <w:pPr>
        <w:spacing w:after="20" w:line="259" w:lineRule="auto"/>
      </w:pPr>
      <w:r>
        <w:rPr>
          <w:sz w:val="23"/>
        </w:rPr>
        <w:t>d) Từ t = 0 đến t = 3 s, vật đi được 12 cm.</w:t>
      </w:r>
    </w:p>
    <w:p w14:paraId="69C73CC7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>Trả lời: a) Đúng; b) Sai; c) Đúng; d) Sai</w:t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</w:p>
    <w:p w14:paraId="1B73A085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3DE1DC51" w14:textId="77777777" w:rsidR="00616730" w:rsidRDefault="00000000">
      <w:pPr>
        <w:spacing w:after="20" w:line="259" w:lineRule="auto"/>
      </w:pPr>
      <w:r>
        <w:rPr>
          <w:sz w:val="22"/>
        </w:rPr>
        <w:t xml:space="preserve">a) Đúng: Đồ thị có </w:t>
      </w:r>
      <m:oMath>
        <m:r>
          <m:rPr>
            <m:sty m:val="p"/>
          </m:rPr>
          <w:rPr>
            <w:rFonts w:ascii="Cambria Math" w:hAnsi="Cambria Math"/>
          </w:rPr>
          <m:t>xₘₐₓ = 6 cm, xₘᵢₙ = -6 cm</m:t>
        </m:r>
      </m:oMath>
      <w:r>
        <w:rPr>
          <w:sz w:val="22"/>
        </w:rPr>
        <w:t xml:space="preserve"> nên A = 6 cm.</w:t>
      </w:r>
    </w:p>
    <w:p w14:paraId="1CCDECA4" w14:textId="77777777" w:rsidR="00616730" w:rsidRDefault="00000000">
      <w:pPr>
        <w:spacing w:after="20" w:line="259" w:lineRule="auto"/>
      </w:pPr>
      <w:r>
        <w:rPr>
          <w:sz w:val="22"/>
        </w:rPr>
        <w:t xml:space="preserve">b) Sai: Hai trạng thái qua cân bằng theo chiều dương liên tiếp tại t = 0 s và t = 4 s, nên </w:t>
      </w:r>
      <m:oMath>
        <m:r>
          <m:rPr>
            <m:sty m:val="p"/>
          </m:rPr>
          <w:rPr>
            <w:rFonts w:ascii="Cambria Math" w:hAnsi="Cambria Math"/>
          </w:rPr>
          <m:t>T = 4 s</m:t>
        </m:r>
      </m:oMath>
      <w:r>
        <w:rPr>
          <w:sz w:val="22"/>
        </w:rPr>
        <w:t>.</w:t>
      </w:r>
    </w:p>
    <w:p w14:paraId="22FC018F" w14:textId="77777777" w:rsidR="00616730" w:rsidRDefault="00000000">
      <w:pPr>
        <w:spacing w:after="20" w:line="259" w:lineRule="auto"/>
      </w:pPr>
      <w:r>
        <w:rPr>
          <w:sz w:val="22"/>
        </w:rPr>
        <w:t>c) Đúng: Tại t = 2 s, x = 0 và đồ thị đi xuống nên v &lt; 0.</w:t>
      </w:r>
    </w:p>
    <w:p w14:paraId="38D48458" w14:textId="77777777" w:rsidR="00616730" w:rsidRDefault="00000000">
      <w:pPr>
        <w:spacing w:after="20" w:line="259" w:lineRule="auto"/>
      </w:pPr>
      <w:r>
        <w:rPr>
          <w:sz w:val="22"/>
        </w:rPr>
        <w:lastRenderedPageBreak/>
        <w:t xml:space="preserve">d) Sai: Từ 0 đến 3 s, vật đi 0 → +6 → 0 → -6; quãng đường là </w:t>
      </w:r>
      <m:oMath>
        <m:r>
          <m:rPr>
            <m:sty m:val="p"/>
          </m:rPr>
          <w:rPr>
            <w:rFonts w:ascii="Cambria Math" w:hAnsi="Cambria Math"/>
          </w:rPr>
          <m:t>18 cm</m:t>
        </m:r>
      </m:oMath>
      <w:r>
        <w:rPr>
          <w:sz w:val="22"/>
        </w:rPr>
        <w:t>.</w:t>
      </w:r>
    </w:p>
    <w:p w14:paraId="4BE6030D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2. </w:t>
      </w:r>
      <w:r>
        <w:rPr>
          <w:sz w:val="23"/>
        </w:rPr>
        <w:t xml:space="preserve">Một vật dao động điều hòa theo phương trình </w:t>
      </w:r>
      <m:oMath>
        <m:r>
          <m:rPr>
            <m:sty m:val="p"/>
          </m:rPr>
          <w:rPr>
            <w:rFonts w:ascii="Cambria Math" w:hAnsi="Cambria Math"/>
          </w:rPr>
          <m:t>x = 10cos(4πt + π/6) cm</m:t>
        </m:r>
      </m:oMath>
      <w:r>
        <w:rPr>
          <w:sz w:val="23"/>
        </w:rPr>
        <w:t>.</w:t>
      </w:r>
    </w:p>
    <w:p w14:paraId="520FF6D1" w14:textId="77777777" w:rsidR="00616730" w:rsidRDefault="00000000">
      <w:pPr>
        <w:spacing w:after="20" w:line="259" w:lineRule="auto"/>
      </w:pPr>
      <w:r>
        <w:rPr>
          <w:sz w:val="23"/>
        </w:rPr>
        <w:t>a) Chu kì dao động của vật là 1 s.</w:t>
      </w:r>
    </w:p>
    <w:p w14:paraId="497C9BBF" w14:textId="77777777" w:rsidR="00616730" w:rsidRDefault="00000000">
      <w:pPr>
        <w:spacing w:after="20" w:line="259" w:lineRule="auto"/>
      </w:pPr>
      <w:r>
        <w:rPr>
          <w:sz w:val="23"/>
        </w:rPr>
        <w:t xml:space="preserve">b) Tại t = 0, vận tốc của vật là </w:t>
      </w:r>
      <m:oMath>
        <m:r>
          <m:rPr>
            <m:sty m:val="p"/>
          </m:rPr>
          <w:rPr>
            <w:rFonts w:ascii="Cambria Math" w:hAnsi="Cambria Math"/>
          </w:rPr>
          <m:t>-20π cm/s</m:t>
        </m:r>
      </m:oMath>
      <w:r>
        <w:rPr>
          <w:sz w:val="23"/>
        </w:rPr>
        <w:t>.</w:t>
      </w:r>
    </w:p>
    <w:p w14:paraId="4C6FD6D6" w14:textId="37AAB328" w:rsidR="00616730" w:rsidRDefault="00000000">
      <w:pPr>
        <w:spacing w:after="20" w:line="259" w:lineRule="auto"/>
      </w:pPr>
      <w:r>
        <w:rPr>
          <w:sz w:val="23"/>
        </w:rPr>
        <w:t xml:space="preserve">c) Tại t = 0, gia tốc của vật là </w:t>
      </w:r>
      <m:oMath>
        <m:r>
          <m:rPr>
            <m:sty m:val="p"/>
          </m:rPr>
          <w:rPr>
            <w:rFonts w:ascii="Cambria Math" w:hAnsi="Cambria Math"/>
          </w:rPr>
          <m:t>80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π² cm/s²</m:t>
        </m:r>
      </m:oMath>
      <w:r>
        <w:rPr>
          <w:sz w:val="23"/>
        </w:rPr>
        <w:t>.</w:t>
      </w:r>
    </w:p>
    <w:p w14:paraId="7991B185" w14:textId="77777777" w:rsidR="00616730" w:rsidRDefault="00000000">
      <w:pPr>
        <w:spacing w:after="20" w:line="259" w:lineRule="auto"/>
      </w:pPr>
      <w:r>
        <w:rPr>
          <w:sz w:val="23"/>
        </w:rPr>
        <w:t xml:space="preserve">d) Sau t = 0, thời điểm đầu tiên vật qua vị trí cân bằng theo chiều âm là </w:t>
      </w:r>
      <m:oMath>
        <m:r>
          <m:rPr>
            <m:sty m:val="p"/>
          </m:rPr>
          <w:rPr>
            <w:rFonts w:ascii="Cambria Math" w:hAnsi="Cambria Math"/>
          </w:rPr>
          <m:t>1/12 s</m:t>
        </m:r>
      </m:oMath>
      <w:r>
        <w:rPr>
          <w:sz w:val="23"/>
        </w:rPr>
        <w:t>.</w:t>
      </w:r>
    </w:p>
    <w:p w14:paraId="65543D17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>Trả lời: a) Sai; b) Đúng; c) Sai; d) Đúng</w:t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</w:p>
    <w:p w14:paraId="6BB88C45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21EA2901" w14:textId="77777777" w:rsidR="00616730" w:rsidRDefault="00000000">
      <w:pPr>
        <w:spacing w:after="20" w:line="259" w:lineRule="auto"/>
      </w:pPr>
      <w:r>
        <w:rPr>
          <w:sz w:val="22"/>
        </w:rPr>
        <w:t xml:space="preserve">a) Sai: </w:t>
      </w:r>
      <m:oMath>
        <m:r>
          <m:rPr>
            <m:sty m:val="p"/>
          </m:rPr>
          <w:rPr>
            <w:rFonts w:ascii="Cambria Math" w:hAnsi="Cambria Math"/>
          </w:rPr>
          <m:t>T = 2π/(4π) = 0,5 s</m:t>
        </m:r>
      </m:oMath>
      <w:r>
        <w:rPr>
          <w:sz w:val="22"/>
        </w:rPr>
        <w:t>.</w:t>
      </w:r>
    </w:p>
    <w:p w14:paraId="2F33E19B" w14:textId="77777777" w:rsidR="00616730" w:rsidRDefault="00000000">
      <w:pPr>
        <w:spacing w:after="20" w:line="259" w:lineRule="auto"/>
      </w:pPr>
      <w:r>
        <w:rPr>
          <w:sz w:val="22"/>
        </w:rPr>
        <w:t xml:space="preserve">b) Đúng: </w:t>
      </w:r>
      <m:oMath>
        <m:r>
          <m:rPr>
            <m:sty m:val="p"/>
          </m:rPr>
          <w:rPr>
            <w:rFonts w:ascii="Cambria Math" w:hAnsi="Cambria Math"/>
          </w:rPr>
          <m:t>v₀ = -40πsin(π/6) = -20π cm/s</m:t>
        </m:r>
      </m:oMath>
      <w:r>
        <w:rPr>
          <w:sz w:val="22"/>
        </w:rPr>
        <w:t>.</w:t>
      </w:r>
    </w:p>
    <w:p w14:paraId="7462D3C4" w14:textId="73FDE865" w:rsidR="00616730" w:rsidRDefault="00000000">
      <w:pPr>
        <w:spacing w:after="20" w:line="259" w:lineRule="auto"/>
      </w:pPr>
      <w:r>
        <w:rPr>
          <w:sz w:val="22"/>
        </w:rPr>
        <w:t xml:space="preserve">c) Sai: </w:t>
      </w:r>
      <m:oMath>
        <m:r>
          <m:rPr>
            <m:sty m:val="p"/>
          </m:rPr>
          <w:rPr>
            <w:rFonts w:ascii="Cambria Math" w:hAnsi="Cambria Math"/>
          </w:rPr>
          <m:t xml:space="preserve">x₀ = </m:t>
        </m:r>
        <m:r>
          <m:rPr>
            <m:sty m:val="p"/>
          </m:rPr>
          <w:rPr>
            <w:rFonts w:ascii="Cambria Math" w:hAnsi="Cambria Math"/>
          </w:rPr>
          <m:t>5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cm</m:t>
        </m:r>
      </m:oMath>
      <w:r>
        <w:rPr>
          <w:sz w:val="22"/>
        </w:rPr>
        <w:t xml:space="preserve"> nên </w:t>
      </w:r>
      <m:oMath>
        <m:r>
          <m:rPr>
            <m:sty m:val="p"/>
          </m:rPr>
          <w:rPr>
            <w:rFonts w:ascii="Cambria Math" w:hAnsi="Cambria Math"/>
          </w:rPr>
          <m:t>a₀ = -(4π)²x₀ = -</m:t>
        </m:r>
        <m:r>
          <m:rPr>
            <m:sty m:val="p"/>
          </m:rPr>
          <w:rPr>
            <w:rFonts w:ascii="Cambria Math" w:hAnsi="Cambria Math"/>
          </w:rPr>
          <m:t>80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π² cm/s²</m:t>
        </m:r>
      </m:oMath>
      <w:r>
        <w:rPr>
          <w:sz w:val="22"/>
        </w:rPr>
        <w:t>, mang dấu âm.</w:t>
      </w:r>
    </w:p>
    <w:p w14:paraId="0E630BF4" w14:textId="77777777" w:rsidR="00616730" w:rsidRDefault="00000000">
      <w:pPr>
        <w:spacing w:after="20" w:line="259" w:lineRule="auto"/>
      </w:pPr>
      <w:r>
        <w:rPr>
          <w:sz w:val="22"/>
        </w:rPr>
        <w:t xml:space="preserve">d) Đúng: Qua cân bằng theo chiều âm ứng với pha </w:t>
      </w:r>
      <m:oMath>
        <m:r>
          <m:rPr>
            <m:sty m:val="p"/>
          </m:rPr>
          <w:rPr>
            <w:rFonts w:ascii="Cambria Math" w:hAnsi="Cambria Math"/>
          </w:rPr>
          <m:t>π/2</m:t>
        </m:r>
      </m:oMath>
      <w:r>
        <w:rPr>
          <w:sz w:val="22"/>
        </w:rPr>
        <w:t xml:space="preserve">. </w:t>
      </w:r>
      <m:oMath>
        <m:r>
          <m:rPr>
            <m:sty m:val="p"/>
          </m:rPr>
          <w:rPr>
            <w:rFonts w:ascii="Cambria Math" w:hAnsi="Cambria Math"/>
          </w:rPr>
          <m:t>4πt + π/6 = π/2 ⇒ t = 1/12 s</m:t>
        </m:r>
      </m:oMath>
      <w:r>
        <w:rPr>
          <w:sz w:val="22"/>
        </w:rPr>
        <w:t>.</w:t>
      </w:r>
    </w:p>
    <w:p w14:paraId="08CE4BF6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3. </w:t>
      </w:r>
      <w:r>
        <w:rPr>
          <w:sz w:val="23"/>
        </w:rPr>
        <w:t>Đồ thị thế năng U theo thời gian của một vật dao động điều hòa như hình; W là cơ năng.</w:t>
      </w:r>
    </w:p>
    <w:p w14:paraId="6D44D84F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98D64C3" wp14:editId="205F7EE2">
            <wp:extent cx="3060000" cy="1231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energy_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2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B3488" w14:textId="77777777" w:rsidR="00616730" w:rsidRDefault="00000000">
      <w:pPr>
        <w:spacing w:after="20" w:line="259" w:lineRule="auto"/>
      </w:pPr>
      <w:r>
        <w:rPr>
          <w:sz w:val="23"/>
        </w:rPr>
        <w:t>a) Cơ năng của vật là 16 mJ.</w:t>
      </w:r>
    </w:p>
    <w:p w14:paraId="658AF32F" w14:textId="77777777" w:rsidR="00616730" w:rsidRDefault="00000000">
      <w:pPr>
        <w:spacing w:after="20" w:line="259" w:lineRule="auto"/>
      </w:pPr>
      <w:r>
        <w:rPr>
          <w:sz w:val="23"/>
        </w:rPr>
        <w:t>b) Tại t = 0, động năng của vật bằng 0.</w:t>
      </w:r>
    </w:p>
    <w:p w14:paraId="1EA0519B" w14:textId="77777777" w:rsidR="00616730" w:rsidRDefault="00000000">
      <w:pPr>
        <w:spacing w:after="20" w:line="259" w:lineRule="auto"/>
      </w:pPr>
      <w:r>
        <w:rPr>
          <w:sz w:val="23"/>
        </w:rPr>
        <w:t>c) Tại t = 0,25 s, thế năng của vật bằng 12 mJ.</w:t>
      </w:r>
    </w:p>
    <w:p w14:paraId="076760A2" w14:textId="77777777" w:rsidR="00616730" w:rsidRDefault="00000000">
      <w:pPr>
        <w:spacing w:after="20" w:line="259" w:lineRule="auto"/>
      </w:pPr>
      <w:r>
        <w:rPr>
          <w:sz w:val="23"/>
        </w:rPr>
        <w:t>d) Chu kì dao động của vật là 2 s.</w:t>
      </w:r>
    </w:p>
    <w:p w14:paraId="23F2D89B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>Trả lời: a) Đúng; b) Sai; c) Sai; d) Đúng</w:t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</w:p>
    <w:p w14:paraId="366C7D2A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7B0A7957" w14:textId="77777777" w:rsidR="00616730" w:rsidRDefault="00000000">
      <w:pPr>
        <w:spacing w:after="20" w:line="259" w:lineRule="auto"/>
      </w:pPr>
      <w:r>
        <w:rPr>
          <w:sz w:val="22"/>
        </w:rPr>
        <w:t>a) Đúng: Đường thẳng W cho cơ năng 16 mJ.</w:t>
      </w:r>
    </w:p>
    <w:p w14:paraId="5BDDEA93" w14:textId="77777777" w:rsidR="00616730" w:rsidRDefault="00000000">
      <w:pPr>
        <w:spacing w:after="20" w:line="259" w:lineRule="auto"/>
      </w:pPr>
      <w:r>
        <w:rPr>
          <w:sz w:val="22"/>
        </w:rPr>
        <w:t>b) Sai: Tại t = 0, U = 0 nên K = W = 16 mJ.</w:t>
      </w:r>
    </w:p>
    <w:p w14:paraId="6B7CFFDD" w14:textId="77777777" w:rsidR="00616730" w:rsidRDefault="00000000">
      <w:pPr>
        <w:spacing w:after="20" w:line="259" w:lineRule="auto"/>
      </w:pPr>
      <w:r>
        <w:rPr>
          <w:sz w:val="22"/>
        </w:rPr>
        <w:t>c) Sai: Tại t = 0,25 s, đồ thị cho U = 8 mJ, không phải 12 mJ.</w:t>
      </w:r>
    </w:p>
    <w:p w14:paraId="3570A1CB" w14:textId="77777777" w:rsidR="00616730" w:rsidRDefault="00000000">
      <w:pPr>
        <w:spacing w:after="20" w:line="259" w:lineRule="auto"/>
      </w:pPr>
      <w:r>
        <w:rPr>
          <w:sz w:val="22"/>
        </w:rPr>
        <w:t>d) Đúng: Thế năng lặp lại sau 1 s; vì chu kì thế năng bằng T/2 nên chu kì dao động là 2 s.</w:t>
      </w:r>
    </w:p>
    <w:p w14:paraId="3CFBC0CA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4. </w:t>
      </w:r>
      <w:r>
        <w:rPr>
          <w:sz w:val="23"/>
        </w:rPr>
        <w:t>Đồ thị biên độ dao động cưỡng bức theo tần số lực cưỡng bức của một hệ như hình.</w:t>
      </w:r>
    </w:p>
    <w:p w14:paraId="211FC945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A93691D" wp14:editId="54343C2D">
            <wp:extent cx="3060000" cy="12341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resona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23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2545" w14:textId="77777777" w:rsidR="00616730" w:rsidRDefault="00000000">
      <w:pPr>
        <w:spacing w:after="20" w:line="259" w:lineRule="auto"/>
      </w:pPr>
      <w:r>
        <w:rPr>
          <w:sz w:val="23"/>
        </w:rPr>
        <w:t>a) Hệ cộng hưởng mạnh nhất khi tần số lực cưỡng bức bằng 2 Hz.</w:t>
      </w:r>
    </w:p>
    <w:p w14:paraId="5197B3AA" w14:textId="77777777" w:rsidR="00616730" w:rsidRDefault="00000000">
      <w:pPr>
        <w:spacing w:after="20" w:line="259" w:lineRule="auto"/>
      </w:pPr>
      <w:r>
        <w:rPr>
          <w:sz w:val="23"/>
        </w:rPr>
        <w:t>b) Tần số riêng của hệ xấp xỉ 4 Hz.</w:t>
      </w:r>
    </w:p>
    <w:p w14:paraId="43D4544E" w14:textId="77777777" w:rsidR="00616730" w:rsidRDefault="00000000">
      <w:pPr>
        <w:spacing w:after="20" w:line="259" w:lineRule="auto"/>
      </w:pPr>
      <w:r>
        <w:rPr>
          <w:sz w:val="23"/>
        </w:rPr>
        <w:t>c) Khi tăng lực cản, đỉnh cộng hưởng thường thấp hơn và bè rộng hơn.</w:t>
      </w:r>
    </w:p>
    <w:p w14:paraId="43B2FC1E" w14:textId="77777777" w:rsidR="00616730" w:rsidRDefault="00000000">
      <w:pPr>
        <w:spacing w:after="20" w:line="259" w:lineRule="auto"/>
      </w:pPr>
      <w:r>
        <w:rPr>
          <w:sz w:val="23"/>
        </w:rPr>
        <w:t>d) Tần số dao động cưỡng bức luôn bằng tần số riêng của hệ.</w:t>
      </w:r>
    </w:p>
    <w:p w14:paraId="447EE530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>Trả lời: a) Sai; b) Đúng; c) Đúng; d) Sai</w:t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  <w:r>
        <w:rPr>
          <w:sz w:val="23"/>
        </w:rPr>
      </w:r>
      <w:r>
        <w:rPr>
          <w:b/>
          <w:sz w:val="23"/>
        </w:rPr>
      </w:r>
    </w:p>
    <w:p w14:paraId="532B378E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3BFF299D" w14:textId="77777777" w:rsidR="00616730" w:rsidRDefault="00000000">
      <w:pPr>
        <w:spacing w:after="20" w:line="259" w:lineRule="auto"/>
      </w:pPr>
      <w:r>
        <w:rPr>
          <w:sz w:val="22"/>
        </w:rPr>
        <w:t>a) Sai: Đỉnh cộng hưởng ở khoảng 4 Hz, không phải 2 Hz.</w:t>
      </w:r>
    </w:p>
    <w:p w14:paraId="46EC3C82" w14:textId="77777777" w:rsidR="00616730" w:rsidRDefault="00000000">
      <w:pPr>
        <w:spacing w:after="20" w:line="259" w:lineRule="auto"/>
      </w:pPr>
      <w:r>
        <w:rPr>
          <w:sz w:val="22"/>
        </w:rPr>
        <w:t>b) Đúng: Tần số tại đỉnh cộng hưởng xấp xỉ tần số riêng, nên f₀ ≈ 4 Hz.</w:t>
      </w:r>
    </w:p>
    <w:p w14:paraId="6FDA2436" w14:textId="77777777" w:rsidR="00616730" w:rsidRDefault="00000000">
      <w:pPr>
        <w:spacing w:after="20" w:line="259" w:lineRule="auto"/>
      </w:pPr>
      <w:r>
        <w:rPr>
          <w:sz w:val="22"/>
        </w:rPr>
        <w:t>c) Đúng: Lực cản lớn làm biên độ cực đại giảm và vùng cộng hưởng rộng hơn.</w:t>
      </w:r>
    </w:p>
    <w:p w14:paraId="1EAC156B" w14:textId="77777777" w:rsidR="00616730" w:rsidRDefault="00000000">
      <w:pPr>
        <w:spacing w:after="20" w:line="259" w:lineRule="auto"/>
      </w:pPr>
      <w:r>
        <w:rPr>
          <w:sz w:val="22"/>
        </w:rPr>
        <w:t>d) Sai: Tần số dao động cưỡng bức bằng tần số ngoại lực; chỉ bằng tần số riêng khi ngoại lực tác dụng đúng tần số cộng hưởng.</w:t>
      </w:r>
    </w:p>
    <w:p w14:paraId="4ABE6FA1" w14:textId="77777777" w:rsidR="00616730" w:rsidRDefault="00000000">
      <w:pPr>
        <w:keepNext/>
        <w:spacing w:after="80" w:line="259" w:lineRule="auto"/>
      </w:pPr>
      <w:r>
        <w:rPr>
          <w:b/>
        </w:rPr>
        <w:lastRenderedPageBreak/>
        <w:t>PHẦN III. Câu trắc nghiệm trả lời ngắn.</w:t>
      </w:r>
    </w:p>
    <w:p w14:paraId="06CD5174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1. </w:t>
      </w:r>
      <w:r>
        <w:rPr>
          <w:sz w:val="23"/>
        </w:rPr>
        <w:t>Đồ thị li độ - thời gian của một vật dao động điều hòa như hình. Tính quãng đường vật đi được từ t = 0,5 s đến t = 3,5 s, theo đơn vị cm và làm tròn đến hàng phần mười.</w:t>
      </w:r>
    </w:p>
    <w:p w14:paraId="0DBA7A14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2F55E7D" wp14:editId="4A36E0F0">
            <wp:extent cx="3240000" cy="124556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x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4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07D0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15,5</w:t>
      </w:r>
    </w:p>
    <w:p w14:paraId="3E3A9965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691B8192" w14:textId="0E507633" w:rsidR="00616730" w:rsidRDefault="00000000">
      <w:pPr>
        <w:spacing w:after="20" w:line="259" w:lineRule="auto"/>
      </w:pPr>
      <w:r>
        <w:rPr>
          <w:sz w:val="22"/>
        </w:rPr>
        <w:t xml:space="preserve">Từ đồ thị: A = 6 cm, T = 4 s. Tại t = 0,5 s, </w:t>
      </w:r>
      <m:oMath>
        <m:r>
          <m:rPr>
            <m:sty m:val="p"/>
          </m:rPr>
          <w:rPr>
            <w:rFonts w:ascii="Cambria Math" w:hAnsi="Cambria Math"/>
          </w:rPr>
          <m:t>x = 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cm</m:t>
        </m:r>
      </m:oMath>
      <w:r>
        <w:rPr>
          <w:sz w:val="22"/>
        </w:rPr>
        <w:t xml:space="preserve"> và vật đi theo chiều dương; tại t = 3,5 s, </w:t>
      </w:r>
      <m:oMath>
        <m:r>
          <m:rPr>
            <m:sty m:val="p"/>
          </m:rPr>
          <w:rPr>
            <w:rFonts w:ascii="Cambria Math" w:hAnsi="Cambria Math"/>
          </w:rPr>
          <m:t>x = -</m:t>
        </m:r>
        <m:r>
          <m:rPr>
            <m:sty m:val="p"/>
          </m:rP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cm</m:t>
        </m:r>
      </m:oMath>
      <w:r>
        <w:rPr>
          <w:sz w:val="22"/>
        </w:rPr>
        <w:t xml:space="preserve"> và cũng đi theo chiều dương.</w:t>
      </w:r>
    </w:p>
    <w:p w14:paraId="5F469B9F" w14:textId="06814914" w:rsidR="00616730" w:rsidRDefault="00000000">
      <w:pPr>
        <w:spacing w:after="20" w:line="259" w:lineRule="auto"/>
      </w:pPr>
      <w:r>
        <w:rPr>
          <w:sz w:val="22"/>
        </w:rPr>
        <w:t xml:space="preserve">Quãng đường gồm </w:t>
      </w:r>
      <m:oMath>
        <m:r>
          <m:rPr>
            <m:sty m:val="p"/>
          </m:rPr>
          <w:rPr>
            <w:rFonts w:ascii="Cambria Math" w:hAnsi="Cambria Math"/>
          </w:rPr>
          <m:t>(6-</m:t>
        </m:r>
        <m:r>
          <m:rPr>
            <m:sty m:val="p"/>
          </m:rP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) + 12 + (6-</m:t>
        </m:r>
        <m:r>
          <m:rPr>
            <m:sty m:val="p"/>
          </m:rP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) = 24 - </m:t>
        </m:r>
        <m:r>
          <m:rPr>
            <m:sty m:val="p"/>
          </m:rPr>
          <w:rPr>
            <w:rFonts w:ascii="Cambria Math" w:hAnsi="Cambria Math"/>
          </w:rPr>
          <m:t>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≈ 15,515 cm</m:t>
        </m:r>
      </m:oMath>
      <w:r>
        <w:rPr>
          <w:sz w:val="22"/>
        </w:rPr>
        <w:t>. Làm tròn theo đáp án: 15,5 cm.</w:t>
      </w:r>
    </w:p>
    <w:p w14:paraId="32CD1DF2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2. </w:t>
      </w:r>
      <w:r>
        <w:rPr>
          <w:sz w:val="23"/>
        </w:rPr>
        <w:t xml:space="preserve">Vật dao động theo phương trình </w:t>
      </w:r>
      <m:oMath>
        <m:r>
          <m:rPr>
            <m:sty m:val="p"/>
          </m:rPr>
          <w:rPr>
            <w:rFonts w:ascii="Cambria Math" w:hAnsi="Cambria Math"/>
          </w:rPr>
          <m:t>x = 8cos(πt - π/3) cm</m:t>
        </m:r>
      </m:oMath>
      <w:r>
        <w:rPr>
          <w:sz w:val="23"/>
        </w:rPr>
        <w:t xml:space="preserve">. Tính thời điểm dương đầu tiên vật qua vị trí </w:t>
      </w:r>
      <m:oMath>
        <m:r>
          <m:rPr>
            <m:sty m:val="p"/>
          </m:rPr>
          <w:rPr>
            <w:rFonts w:ascii="Cambria Math" w:hAnsi="Cambria Math"/>
          </w:rPr>
          <m:t>x = -4 cm</m:t>
        </m:r>
      </m:oMath>
      <w:r>
        <w:rPr>
          <w:sz w:val="23"/>
        </w:rPr>
        <w:t xml:space="preserve"> theo chiều dương, theo đơn vị giây và làm tròn đến hàng phần nghìn.</w:t>
      </w:r>
    </w:p>
    <w:p w14:paraId="02029812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1,667</w:t>
      </w:r>
    </w:p>
    <w:p w14:paraId="3890A522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201BE4D8" w14:textId="77777777" w:rsidR="00616730" w:rsidRDefault="00000000">
      <w:pPr>
        <w:spacing w:after="20" w:line="259" w:lineRule="auto"/>
      </w:pPr>
      <w:r>
        <w:rPr>
          <w:sz w:val="22"/>
        </w:rPr>
        <w:t xml:space="preserve">Điều kiện </w:t>
      </w:r>
      <m:oMath>
        <m:r>
          <m:rPr>
            <m:sty m:val="p"/>
          </m:rPr>
          <w:rPr>
            <w:rFonts w:ascii="Cambria Math" w:hAnsi="Cambria Math"/>
          </w:rPr>
          <m:t>x = -4 cm = -A/2</m:t>
        </m:r>
      </m:oMath>
      <w:r>
        <w:rPr>
          <w:sz w:val="22"/>
        </w:rPr>
        <w:t xml:space="preserve"> cho </w:t>
      </w:r>
      <m:oMath>
        <m:r>
          <m:rPr>
            <m:sty m:val="p"/>
          </m:rPr>
          <w:rPr>
            <w:rFonts w:ascii="Cambria Math" w:hAnsi="Cambria Math"/>
          </w:rPr>
          <m:t>cosθ = -1/2</m:t>
        </m:r>
      </m:oMath>
      <w:r>
        <w:rPr>
          <w:sz w:val="22"/>
        </w:rPr>
        <w:t xml:space="preserve">. Vì vật chuyển động theo chiều dương nên </w:t>
      </w:r>
      <m:oMath>
        <m:r>
          <m:rPr>
            <m:sty m:val="p"/>
          </m:rPr>
          <w:rPr>
            <w:rFonts w:ascii="Cambria Math" w:hAnsi="Cambria Math"/>
          </w:rPr>
          <m:t>v = -ωAsinθ &gt; 0</m:t>
        </m:r>
      </m:oMath>
      <w:r>
        <w:rPr>
          <w:sz w:val="22"/>
        </w:rPr>
        <w:t xml:space="preserve">, do đó </w:t>
      </w:r>
      <m:oMath>
        <m:r>
          <m:rPr>
            <m:sty m:val="p"/>
          </m:rPr>
          <w:rPr>
            <w:rFonts w:ascii="Cambria Math" w:hAnsi="Cambria Math"/>
          </w:rPr>
          <m:t>sinθ &lt; 0</m:t>
        </m:r>
      </m:oMath>
      <w:r>
        <w:rPr>
          <w:sz w:val="22"/>
        </w:rPr>
        <w:t xml:space="preserve"> và có thể chọn </w:t>
      </w:r>
      <m:oMath>
        <m:r>
          <m:rPr>
            <m:sty m:val="p"/>
          </m:rPr>
          <w:rPr>
            <w:rFonts w:ascii="Cambria Math" w:hAnsi="Cambria Math"/>
          </w:rPr>
          <m:t>θ = 4π/3</m:t>
        </m:r>
      </m:oMath>
      <w:r>
        <w:rPr>
          <w:sz w:val="22"/>
        </w:rPr>
        <w:t>.</w:t>
      </w:r>
    </w:p>
    <w:p w14:paraId="6926F4A1" w14:textId="77777777" w:rsidR="00616730" w:rsidRDefault="00000000">
      <w:pPr>
        <w:spacing w:after="20" w:line="259" w:lineRule="auto"/>
      </w:pPr>
      <w:r>
        <w:rPr>
          <w:sz w:val="22"/>
        </w:rPr>
        <w:t xml:space="preserve">Tại t = 0, pha là </w:t>
      </w:r>
      <m:oMath>
        <m:r>
          <m:rPr>
            <m:sty m:val="p"/>
          </m:rPr>
          <w:rPr>
            <w:rFonts w:ascii="Cambria Math" w:hAnsi="Cambria Math"/>
          </w:rPr>
          <m:t>-π/3</m:t>
        </m:r>
      </m:oMath>
      <w:r>
        <w:rPr>
          <w:sz w:val="22"/>
        </w:rPr>
        <w:t xml:space="preserve">. Pha tăng theo thời gian; giá trị </w:t>
      </w:r>
      <m:oMath>
        <m:r>
          <m:rPr>
            <m:sty m:val="p"/>
          </m:rPr>
          <w:rPr>
            <w:rFonts w:ascii="Cambria Math" w:hAnsi="Cambria Math"/>
          </w:rPr>
          <m:t>4π/3</m:t>
        </m:r>
      </m:oMath>
      <w:r>
        <w:rPr>
          <w:sz w:val="22"/>
        </w:rPr>
        <w:t xml:space="preserve"> là lần đầu sau t = 0 thỏa cả li độ và chiều chuyển động.</w:t>
      </w:r>
    </w:p>
    <w:p w14:paraId="1683AD3E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πt - π/3 = 4π/3 ⇒ t = 5/3 s ≈ 1,667 s</m:t>
        </m:r>
      </m:oMath>
      <w:r>
        <w:rPr>
          <w:sz w:val="22"/>
        </w:rPr>
        <w:t>.</w:t>
      </w:r>
    </w:p>
    <w:p w14:paraId="5499D473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3. </w:t>
      </w:r>
      <w:r>
        <w:rPr>
          <w:sz w:val="23"/>
        </w:rPr>
        <w:t xml:space="preserve">Một vật khối lượng 0,50 kg dao động điều hòa với biên độ 0,10 m và chu kì </w:t>
      </w:r>
      <m:oMath>
        <m:r>
          <m:rPr>
            <m:sty m:val="p"/>
          </m:rPr>
          <w:rPr>
            <w:rFonts w:ascii="Cambria Math" w:hAnsi="Cambria Math"/>
          </w:rPr>
          <m:t>π/5 s</m:t>
        </m:r>
      </m:oMath>
      <w:r>
        <w:rPr>
          <w:sz w:val="23"/>
        </w:rPr>
        <w:t>. Tính cơ năng của vật theo đơn vị J.</w:t>
      </w:r>
    </w:p>
    <w:p w14:paraId="2C783112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0,25</w:t>
      </w:r>
    </w:p>
    <w:p w14:paraId="19FF4B98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7203C7B4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ω = 2π/T = 2π/(π/5) = 10 rad/s</m:t>
        </m:r>
      </m:oMath>
      <w:r>
        <w:rPr>
          <w:sz w:val="22"/>
        </w:rPr>
        <w:t>.</w:t>
      </w:r>
    </w:p>
    <w:p w14:paraId="16113B28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W = mω²A²/2 = 0,50·10²·0,10²/2 = 0,25 J</m:t>
        </m:r>
      </m:oMath>
      <w:r>
        <w:rPr>
          <w:sz w:val="22"/>
        </w:rPr>
        <w:t>.</w:t>
      </w:r>
    </w:p>
    <w:p w14:paraId="2E171D43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4. </w:t>
      </w:r>
      <w:r>
        <w:rPr>
          <w:sz w:val="23"/>
        </w:rPr>
        <w:t>Đồ thị vận tốc - li độ của vật dao động điều hòa như hình. Tính gia tốc cực đại theo đơn vị cm/s².</w:t>
      </w:r>
    </w:p>
    <w:p w14:paraId="47CA61DD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6603706" wp14:editId="242BA0DF">
            <wp:extent cx="3240000" cy="2126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v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942E9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54</w:t>
      </w:r>
    </w:p>
    <w:p w14:paraId="7628C67F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1553FEE2" w14:textId="77777777" w:rsidR="00616730" w:rsidRDefault="00000000">
      <w:pPr>
        <w:spacing w:after="20" w:line="259" w:lineRule="auto"/>
      </w:pPr>
      <w:r>
        <w:rPr>
          <w:sz w:val="22"/>
        </w:rPr>
        <w:t xml:space="preserve">Từ elip đọc được </w:t>
      </w:r>
      <m:oMath>
        <m:r>
          <m:rPr>
            <m:sty m:val="p"/>
          </m:rPr>
          <w:rPr>
            <w:rFonts w:ascii="Cambria Math" w:hAnsi="Cambria Math"/>
          </w:rPr>
          <m:t>A = 6 cm, vₘₐₓ = 18 cm/s</m:t>
        </m:r>
      </m:oMath>
      <w:r>
        <w:rPr>
          <w:sz w:val="22"/>
        </w:rPr>
        <w:t xml:space="preserve"> nên </w:t>
      </w:r>
      <m:oMath>
        <m:r>
          <m:rPr>
            <m:sty m:val="p"/>
          </m:rPr>
          <w:rPr>
            <w:rFonts w:ascii="Cambria Math" w:hAnsi="Cambria Math"/>
          </w:rPr>
          <m:t>ω = vₘₐₓ/A = 3 rad/s</m:t>
        </m:r>
      </m:oMath>
      <w:r>
        <w:rPr>
          <w:sz w:val="22"/>
        </w:rPr>
        <w:t>.</w:t>
      </w:r>
    </w:p>
    <w:p w14:paraId="5265EA9C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aₘₐₓ = ωvₘₐₓ = 3·18 = 54 cm/s²</m:t>
        </m:r>
      </m:oMath>
      <w:r>
        <w:rPr>
          <w:sz w:val="22"/>
        </w:rPr>
        <w:t>.</w:t>
      </w:r>
    </w:p>
    <w:p w14:paraId="2AE63997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lastRenderedPageBreak/>
        <w:t xml:space="preserve">Câu 5. </w:t>
      </w:r>
      <w:r>
        <w:rPr>
          <w:sz w:val="23"/>
        </w:rPr>
        <w:t xml:space="preserve">Vật dao động điều hòa có chu kì 1,2 s. Tính thời gian ngắn nhất để vật đi từ biên âm đến vị trí </w:t>
      </w:r>
      <m:oMath>
        <m:r>
          <m:rPr>
            <m:sty m:val="p"/>
          </m:rPr>
          <w:rPr>
            <w:rFonts w:ascii="Cambria Math" w:hAnsi="Cambria Math"/>
          </w:rPr>
          <m:t>x = A/2</m:t>
        </m:r>
      </m:oMath>
      <w:r>
        <w:rPr>
          <w:sz w:val="23"/>
        </w:rPr>
        <w:t xml:space="preserve"> theo chiều dương, theo đơn vị giây.</w:t>
      </w:r>
    </w:p>
    <w:p w14:paraId="5D3C244E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0,4</w:t>
      </w:r>
    </w:p>
    <w:p w14:paraId="6749A4FE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0F4B8A41" w14:textId="77777777" w:rsidR="00616730" w:rsidRDefault="00000000">
      <w:pPr>
        <w:spacing w:after="20" w:line="259" w:lineRule="auto"/>
      </w:pPr>
      <w:r>
        <w:rPr>
          <w:sz w:val="22"/>
        </w:rPr>
        <w:t xml:space="preserve">Chọn pha 0 tại biên âm. Để đi từ biên âm đến </w:t>
      </w:r>
      <m:oMath>
        <m:r>
          <m:rPr>
            <m:sty m:val="p"/>
          </m:rPr>
          <w:rPr>
            <w:rFonts w:ascii="Cambria Math" w:hAnsi="Cambria Math"/>
          </w:rPr>
          <m:t>x = A/2</m:t>
        </m:r>
      </m:oMath>
      <w:r>
        <w:rPr>
          <w:sz w:val="22"/>
        </w:rPr>
        <w:t xml:space="preserve"> theo chiều dương, vật quét pha </w:t>
      </w:r>
      <m:oMath>
        <m:r>
          <m:rPr>
            <m:sty m:val="p"/>
          </m:rPr>
          <w:rPr>
            <w:rFonts w:ascii="Cambria Math" w:hAnsi="Cambria Math"/>
          </w:rPr>
          <m:t>2π/3</m:t>
        </m:r>
      </m:oMath>
      <w:r>
        <w:rPr>
          <w:sz w:val="22"/>
        </w:rPr>
        <w:t>, tương ứng 1/3 chu kì.</w:t>
      </w:r>
    </w:p>
    <w:p w14:paraId="60039B41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Δt = T/3 = 1,2/3 = 0,4 s</m:t>
        </m:r>
      </m:oMath>
      <w:r>
        <w:rPr>
          <w:sz w:val="22"/>
        </w:rPr>
        <w:t>.</w:t>
      </w:r>
    </w:p>
    <w:p w14:paraId="0567FCEF" w14:textId="77777777" w:rsidR="00616730" w:rsidRDefault="00000000">
      <w:pPr>
        <w:keepNext/>
        <w:spacing w:after="60" w:line="259" w:lineRule="auto"/>
      </w:pPr>
      <w:r>
        <w:rPr>
          <w:b/>
          <w:sz w:val="23"/>
        </w:rPr>
        <w:t xml:space="preserve">Câu 6. </w:t>
      </w:r>
      <w:r>
        <w:rPr>
          <w:sz w:val="23"/>
        </w:rPr>
        <w:t xml:space="preserve">Đồ thị thế năng U theo li độ x và đường cơ năng W như hình. Tính động năng của vật tại </w:t>
      </w:r>
      <m:oMath>
        <m:r>
          <m:rPr>
            <m:sty m:val="p"/>
          </m:rPr>
          <w:rPr>
            <w:rFonts w:ascii="Cambria Math" w:hAnsi="Cambria Math"/>
          </w:rPr>
          <m:t>x = 2,5 cm</m:t>
        </m:r>
      </m:oMath>
      <w:r>
        <w:rPr>
          <w:sz w:val="23"/>
        </w:rPr>
        <w:t xml:space="preserve"> theo đơn vị mJ.</w:t>
      </w:r>
    </w:p>
    <w:p w14:paraId="015F1B05" w14:textId="77777777" w:rsidR="00616730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8C74DA0" wp14:editId="50F9B8F5">
            <wp:extent cx="3240000" cy="130669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_energy_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30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C3927" w14:textId="77777777" w:rsidR="00616730" w:rsidRDefault="00000000">
      <w:pPr>
        <w:spacing w:after="40" w:line="259" w:lineRule="auto"/>
      </w:pPr>
      <w:r>
        <w:rPr>
          <w:b/>
          <w:color w:val="C00000"/>
          <w:sz w:val="23"/>
        </w:rPr>
        <w:t xml:space="preserve">Trả lời: </w:t>
      </w:r>
      <w:r>
        <w:rPr>
          <w:b/>
          <w:sz w:val="23"/>
        </w:rPr>
        <w:t>15</w:t>
      </w:r>
    </w:p>
    <w:p w14:paraId="5C4958B2" w14:textId="77777777" w:rsidR="00616730" w:rsidRDefault="00000000">
      <w:pPr>
        <w:keepNext/>
        <w:spacing w:after="40" w:line="259" w:lineRule="auto"/>
      </w:pPr>
      <w:r>
        <w:rPr>
          <w:b/>
          <w:sz w:val="23"/>
        </w:rPr>
        <w:t>Hướng dẫn:</w:t>
      </w:r>
    </w:p>
    <w:p w14:paraId="04DC8D91" w14:textId="77777777" w:rsidR="00616730" w:rsidRDefault="00000000">
      <w:pPr>
        <w:spacing w:after="20" w:line="259" w:lineRule="auto"/>
      </w:pPr>
      <w:r>
        <w:rPr>
          <w:sz w:val="22"/>
        </w:rPr>
        <w:t xml:space="preserve">Từ đồ thị, </w:t>
      </w:r>
      <m:oMath>
        <m:r>
          <m:rPr>
            <m:sty m:val="p"/>
          </m:rPr>
          <w:rPr>
            <w:rFonts w:ascii="Cambria Math" w:hAnsi="Cambria Math"/>
          </w:rPr>
          <m:t>W = 20 mJ</m:t>
        </m:r>
      </m:oMath>
      <w:r>
        <w:rPr>
          <w:sz w:val="22"/>
        </w:rPr>
        <w:t xml:space="preserve"> và tại </w:t>
      </w:r>
      <m:oMath>
        <m:r>
          <m:rPr>
            <m:sty m:val="p"/>
          </m:rPr>
          <w:rPr>
            <w:rFonts w:ascii="Cambria Math" w:hAnsi="Cambria Math"/>
          </w:rPr>
          <m:t>x = 2,5 cm</m:t>
        </m:r>
      </m:oMath>
      <w:r>
        <w:rPr>
          <w:sz w:val="22"/>
        </w:rPr>
        <w:t xml:space="preserve"> có </w:t>
      </w:r>
      <m:oMath>
        <m:r>
          <m:rPr>
            <m:sty m:val="p"/>
          </m:rPr>
          <w:rPr>
            <w:rFonts w:ascii="Cambria Math" w:hAnsi="Cambria Math"/>
          </w:rPr>
          <m:t>U = 5 mJ</m:t>
        </m:r>
      </m:oMath>
      <w:r>
        <w:rPr>
          <w:sz w:val="22"/>
        </w:rPr>
        <w:t>.</w:t>
      </w:r>
    </w:p>
    <w:p w14:paraId="1C2FB28B" w14:textId="77777777" w:rsidR="00616730" w:rsidRDefault="00000000">
      <w:pPr>
        <w:spacing w:after="20" w:line="259" w:lineRule="auto"/>
      </w:pPr>
      <m:oMath>
        <m:r>
          <m:rPr>
            <m:sty m:val="p"/>
          </m:rPr>
          <w:rPr>
            <w:rFonts w:ascii="Cambria Math" w:hAnsi="Cambria Math"/>
          </w:rPr>
          <m:t>K = W-U = 20-5 = 15 mJ</m:t>
        </m:r>
      </m:oMath>
      <w:r>
        <w:rPr>
          <w:sz w:val="22"/>
        </w:rPr>
        <w:t>.</w:t>
      </w:r>
    </w:p>
    <w:p w14:paraId="6CE1412E" w14:textId="77777777" w:rsidR="00616730" w:rsidRDefault="00000000">
      <w:pPr>
        <w:spacing w:after="0" w:line="259" w:lineRule="auto"/>
        <w:jc w:val="center"/>
      </w:pPr>
      <w:r>
        <w:rPr>
          <w:b/>
          <w:sz w:val="23"/>
        </w:rPr>
        <w:t>........Hết........</w:t>
      </w:r>
    </w:p>
    <w:sectPr w:rsidR="00616730" w:rsidSect="00034616"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9437971">
    <w:abstractNumId w:val="8"/>
  </w:num>
  <w:num w:numId="2" w16cid:durableId="1913810847">
    <w:abstractNumId w:val="6"/>
  </w:num>
  <w:num w:numId="3" w16cid:durableId="1728215970">
    <w:abstractNumId w:val="5"/>
  </w:num>
  <w:num w:numId="4" w16cid:durableId="241108883">
    <w:abstractNumId w:val="4"/>
  </w:num>
  <w:num w:numId="5" w16cid:durableId="1055277533">
    <w:abstractNumId w:val="7"/>
  </w:num>
  <w:num w:numId="6" w16cid:durableId="1785733281">
    <w:abstractNumId w:val="3"/>
  </w:num>
  <w:num w:numId="7" w16cid:durableId="1508711178">
    <w:abstractNumId w:val="2"/>
  </w:num>
  <w:num w:numId="8" w16cid:durableId="290596443">
    <w:abstractNumId w:val="1"/>
  </w:num>
  <w:num w:numId="9" w16cid:durableId="160414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6730"/>
    <w:rsid w:val="00727A74"/>
    <w:rsid w:val="00A817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6F5320"/>
  <w14:defaultImageDpi w14:val="300"/>
  <w15:docId w15:val="{2175F559-54E4-4203-A12B-12AC89C9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Viet Tran Van</cp:lastModifiedBy>
  <cp:revision>2</cp:revision>
  <dcterms:created xsi:type="dcterms:W3CDTF">2013-12-23T23:15:00Z</dcterms:created>
  <dcterms:modified xsi:type="dcterms:W3CDTF">2026-09-14T10:36:00Z</dcterms:modified>
  <cp:category/>
</cp:coreProperties>
</file>