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31"/>
        <w:gridCol w:w="5131"/>
      </w:tblGrid>
      <w:tr w:rsidR="006D6255" w:rsidRPr="000608B2" w14:paraId="4F8ECD43" w14:textId="77777777">
        <w:trPr>
          <w:jc w:val="center"/>
        </w:trPr>
        <w:tc>
          <w:tcPr>
            <w:tcW w:w="513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E55B1F" w14:textId="77777777" w:rsidR="006D6255" w:rsidRPr="000608B2" w:rsidRDefault="00000000" w:rsidP="00571574">
            <w:pPr>
              <w:tabs>
                <w:tab w:val="left" w:pos="284"/>
              </w:tabs>
              <w:jc w:val="center"/>
              <w:rPr>
                <w:color w:val="002366"/>
              </w:rPr>
            </w:pPr>
            <w:r w:rsidRPr="000608B2">
              <w:rPr>
                <w:color w:val="002366"/>
                <w:sz w:val="21"/>
              </w:rPr>
              <w:t>SỞ GIÁO DỤC VÀ ĐÀO TẠO</w:t>
            </w:r>
          </w:p>
          <w:p w14:paraId="15E59047" w14:textId="77777777" w:rsidR="006D6255" w:rsidRPr="000608B2" w:rsidRDefault="00000000" w:rsidP="00571574">
            <w:pPr>
              <w:tabs>
                <w:tab w:val="left" w:pos="284"/>
              </w:tabs>
              <w:jc w:val="center"/>
              <w:rPr>
                <w:color w:val="002366"/>
              </w:rPr>
            </w:pPr>
            <w:r w:rsidRPr="000608B2">
              <w:rPr>
                <w:b/>
                <w:color w:val="002366"/>
                <w:sz w:val="21"/>
              </w:rPr>
              <w:t>TRƯỜNG THPT</w:t>
            </w:r>
          </w:p>
          <w:p w14:paraId="22DCA95E" w14:textId="77777777" w:rsidR="006D6255" w:rsidRPr="000608B2" w:rsidRDefault="00000000" w:rsidP="00571574">
            <w:pPr>
              <w:tabs>
                <w:tab w:val="left" w:pos="284"/>
              </w:tabs>
              <w:jc w:val="center"/>
              <w:rPr>
                <w:color w:val="002366"/>
              </w:rPr>
            </w:pPr>
            <w:r w:rsidRPr="000608B2">
              <w:rPr>
                <w:b/>
                <w:color w:val="002366"/>
                <w:sz w:val="21"/>
              </w:rPr>
              <w:t>ĐỀ KIỂM TRA THỬ</w:t>
            </w:r>
          </w:p>
        </w:tc>
        <w:tc>
          <w:tcPr>
            <w:tcW w:w="513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5A501F" w14:textId="77777777" w:rsidR="006D6255" w:rsidRPr="000608B2" w:rsidRDefault="00000000" w:rsidP="00571574">
            <w:pPr>
              <w:tabs>
                <w:tab w:val="left" w:pos="284"/>
              </w:tabs>
              <w:jc w:val="center"/>
              <w:rPr>
                <w:color w:val="002366"/>
              </w:rPr>
            </w:pPr>
            <w:r w:rsidRPr="000608B2">
              <w:rPr>
                <w:b/>
                <w:color w:val="002366"/>
                <w:sz w:val="25"/>
              </w:rPr>
              <w:t>HƯỚNG DẪN - ĐÁP ÁN</w:t>
            </w:r>
          </w:p>
          <w:p w14:paraId="51C067FD" w14:textId="77777777" w:rsidR="006D6255" w:rsidRPr="000608B2" w:rsidRDefault="00000000" w:rsidP="00571574">
            <w:pPr>
              <w:tabs>
                <w:tab w:val="left" w:pos="284"/>
              </w:tabs>
              <w:jc w:val="center"/>
              <w:rPr>
                <w:color w:val="002366"/>
              </w:rPr>
            </w:pPr>
            <w:r w:rsidRPr="000608B2">
              <w:rPr>
                <w:b/>
                <w:color w:val="002366"/>
                <w:sz w:val="24"/>
              </w:rPr>
              <w:t>ĐỀ KIỂM TRA GIỮA KÌ I</w:t>
            </w:r>
          </w:p>
          <w:p w14:paraId="5D622DA0" w14:textId="77777777" w:rsidR="006D6255" w:rsidRPr="000608B2" w:rsidRDefault="00000000" w:rsidP="00571574">
            <w:pPr>
              <w:tabs>
                <w:tab w:val="left" w:pos="284"/>
              </w:tabs>
              <w:jc w:val="center"/>
              <w:rPr>
                <w:color w:val="002366"/>
              </w:rPr>
            </w:pPr>
            <w:r w:rsidRPr="000608B2">
              <w:rPr>
                <w:b/>
                <w:color w:val="002366"/>
                <w:sz w:val="24"/>
              </w:rPr>
              <w:t>Môn: Vật lí - Lớp 10</w:t>
            </w:r>
          </w:p>
          <w:p w14:paraId="1A7D2F5D" w14:textId="77777777" w:rsidR="006D6255" w:rsidRPr="000608B2" w:rsidRDefault="00000000" w:rsidP="00571574">
            <w:pPr>
              <w:tabs>
                <w:tab w:val="left" w:pos="284"/>
              </w:tabs>
              <w:jc w:val="center"/>
              <w:rPr>
                <w:color w:val="002366"/>
              </w:rPr>
            </w:pPr>
            <w:r w:rsidRPr="000608B2">
              <w:rPr>
                <w:i/>
                <w:color w:val="002366"/>
                <w:sz w:val="20"/>
              </w:rPr>
              <w:t>Thời gian làm bài: 45 phút không tính thời gian phát đề</w:t>
            </w:r>
          </w:p>
        </w:tc>
      </w:tr>
    </w:tbl>
    <w:p w14:paraId="3465724F" w14:textId="77777777" w:rsidR="00DF5295" w:rsidRDefault="00000000">
      <w:pPr>
        <w:spacing w:after="0" w:line="240" w:lineRule="auto"/>
      </w:pPr>
      <w:r w:rsidRPr="000608B2">
        <w:rPr>
          <w:color w:val="002366"/>
          <w:sz w:val="24"/>
        </w:rPr>
        <w:t xml:space="preserve">Họ và tên thí sinh: ……………………………………………………………  Số báo danh: </w:t>
      </w:r>
      <w:r>
        <w:rPr>
          <w:color w:val="000000"/>
          <w:sz w:val="24"/>
        </w:rPr>
        <w:t>…………………</w:t>
      </w:r>
    </w:p>
    <w:p w14:paraId="32DF1AEA" w14:textId="77777777" w:rsidR="00DF5295" w:rsidRPr="000608B2" w:rsidRDefault="00000000">
      <w:pPr>
        <w:spacing w:after="0" w:line="240" w:lineRule="auto"/>
        <w:rPr>
          <w:color w:val="C00000"/>
        </w:rPr>
      </w:pPr>
      <w:r w:rsidRPr="000608B2">
        <w:rPr>
          <w:b/>
          <w:color w:val="C00000"/>
          <w:sz w:val="24"/>
        </w:rPr>
        <w:t>Mã đề 003</w:t>
      </w:r>
    </w:p>
    <w:p w14:paraId="34185129" w14:textId="77777777" w:rsidR="00DF5295" w:rsidRPr="000608B2" w:rsidRDefault="00000000">
      <w:pPr>
        <w:spacing w:after="0" w:line="240" w:lineRule="auto"/>
        <w:rPr>
          <w:color w:val="002366"/>
        </w:rPr>
      </w:pPr>
      <w:r w:rsidRPr="000608B2">
        <w:rPr>
          <w:b/>
          <w:color w:val="002366"/>
          <w:sz w:val="24"/>
        </w:rPr>
        <w:t>PHẦN I. Câu trắc nghiệm nhiều phương án lựa chọn. Thí sinh trả lời từ câu 1 đến câu 18. Mỗi câu hỏi thí sinh chỉ chọn một phương án.</w:t>
      </w:r>
    </w:p>
    <w:p w14:paraId="23EE56AE" w14:textId="77777777" w:rsidR="00DF5295" w:rsidRDefault="00000000">
      <w:pPr>
        <w:keepNext/>
        <w:spacing w:after="0" w:line="240" w:lineRule="auto"/>
      </w:pPr>
      <w:r>
        <w:rPr>
          <w:b/>
          <w:color w:val="000000"/>
          <w:sz w:val="24"/>
        </w:rPr>
        <w:t xml:space="preserve">Câu 1. </w:t>
      </w:r>
      <w:r>
        <w:rPr>
          <w:color w:val="000000"/>
          <w:sz w:val="24"/>
        </w:rPr>
        <w:t>Trong nghiên cứu Vật lí, mô hình vật chất điểm được dùng khi</w:t>
      </w:r>
    </w:p>
    <w:p w14:paraId="09802150" w14:textId="77777777" w:rsidR="00DF5295" w:rsidRDefault="00000000">
      <w:pPr>
        <w:keepNext/>
        <w:spacing w:after="0" w:line="240" w:lineRule="auto"/>
        <w:ind w:left="510" w:hanging="255"/>
      </w:pPr>
      <w:r>
        <w:rPr>
          <w:b/>
          <w:color w:val="CC3300"/>
          <w:sz w:val="24"/>
        </w:rPr>
        <w:t>A.</w:t>
      </w:r>
      <w:r>
        <w:rPr>
          <w:color w:val="000000"/>
          <w:sz w:val="24"/>
        </w:rPr>
        <w:t xml:space="preserve"> kích thước của vật rất lớn so với quãng đường chuyển động.</w:t>
      </w:r>
    </w:p>
    <w:p w14:paraId="138AB436" w14:textId="77777777" w:rsidR="00DF5295" w:rsidRDefault="00000000">
      <w:pPr>
        <w:keepNext/>
        <w:spacing w:after="0" w:line="240" w:lineRule="auto"/>
        <w:ind w:left="510" w:hanging="255"/>
      </w:pPr>
      <w:r>
        <w:rPr>
          <w:b/>
          <w:color w:val="CC3300"/>
          <w:sz w:val="24"/>
        </w:rPr>
        <w:t>B.</w:t>
      </w:r>
      <w:r>
        <w:rPr>
          <w:color w:val="000000"/>
          <w:sz w:val="24"/>
        </w:rPr>
        <w:t xml:space="preserve"> kích thước và hình dạng của vật không ảnh hưởng đáng kể đến bài toán.</w:t>
      </w:r>
    </w:p>
    <w:p w14:paraId="4B302D4B" w14:textId="77777777" w:rsidR="00DF5295" w:rsidRDefault="00000000">
      <w:pPr>
        <w:keepNext/>
        <w:spacing w:after="0" w:line="240" w:lineRule="auto"/>
        <w:ind w:left="510" w:hanging="255"/>
      </w:pPr>
      <w:r>
        <w:rPr>
          <w:b/>
          <w:color w:val="CC3300"/>
          <w:sz w:val="24"/>
        </w:rPr>
        <w:t>C.</w:t>
      </w:r>
      <w:r>
        <w:rPr>
          <w:color w:val="000000"/>
          <w:sz w:val="24"/>
        </w:rPr>
        <w:t xml:space="preserve"> vật hoàn toàn không có khối lượng.</w:t>
      </w:r>
    </w:p>
    <w:p w14:paraId="1246807F" w14:textId="77777777" w:rsidR="00DF5295" w:rsidRDefault="00000000">
      <w:pPr>
        <w:spacing w:after="0" w:line="240" w:lineRule="auto"/>
        <w:ind w:left="510" w:hanging="255"/>
      </w:pPr>
      <w:r>
        <w:rPr>
          <w:b/>
          <w:color w:val="CC3300"/>
          <w:sz w:val="24"/>
        </w:rPr>
        <w:t>D.</w:t>
      </w:r>
      <w:r>
        <w:rPr>
          <w:color w:val="000000"/>
          <w:sz w:val="24"/>
        </w:rPr>
        <w:t xml:space="preserve"> vật luôn đứng yên.</w:t>
      </w:r>
    </w:p>
    <w:p w14:paraId="35BC5158" w14:textId="77777777" w:rsidR="00DF5295" w:rsidRDefault="00000000">
      <w:pPr>
        <w:spacing w:after="0" w:line="240" w:lineRule="auto"/>
      </w:pPr>
      <w:r>
        <w:rPr>
          <w:b/>
          <w:color w:val="000000"/>
          <w:sz w:val="24"/>
        </w:rPr>
        <w:t>Đáp án: B</w:t>
      </w:r>
    </w:p>
    <w:p w14:paraId="14896235" w14:textId="77777777" w:rsidR="00DF5295" w:rsidRDefault="00000000">
      <w:pPr>
        <w:spacing w:after="0" w:line="240" w:lineRule="auto"/>
      </w:pPr>
      <w:r>
        <w:rPr>
          <w:color w:val="000000"/>
          <w:sz w:val="24"/>
        </w:rPr>
        <w:t>Khi kích thước và hình dạng không đáng kể đối với chuyển động đang xét, có thể thay vật bằng một vật chất điểm.</w:t>
      </w:r>
    </w:p>
    <w:p w14:paraId="7589386F" w14:textId="77777777" w:rsidR="00DF5295" w:rsidRDefault="00000000">
      <w:pPr>
        <w:keepNext/>
        <w:spacing w:after="0" w:line="240" w:lineRule="auto"/>
      </w:pPr>
      <w:r>
        <w:rPr>
          <w:b/>
          <w:color w:val="000000"/>
          <w:sz w:val="24"/>
        </w:rPr>
        <w:t xml:space="preserve">Câu 2. </w:t>
      </w:r>
      <w:r>
        <w:rPr>
          <w:color w:val="000000"/>
          <w:sz w:val="24"/>
        </w:rPr>
        <w:t>Hệ thống định vị GPS xác định vị trí của phương tiện là ứng dụng kiến thức Vật lí chủ yếu trong lĩnh vực</w:t>
      </w:r>
    </w:p>
    <w:p w14:paraId="2C46E878" w14:textId="77777777" w:rsidR="00DF5295" w:rsidRDefault="00000000">
      <w:pPr>
        <w:keepNext/>
        <w:spacing w:after="0" w:line="240" w:lineRule="auto"/>
        <w:ind w:left="510" w:hanging="255"/>
      </w:pPr>
      <w:r>
        <w:rPr>
          <w:b/>
          <w:color w:val="CC3300"/>
          <w:sz w:val="24"/>
        </w:rPr>
        <w:t>A.</w:t>
      </w:r>
      <w:r>
        <w:rPr>
          <w:color w:val="000000"/>
          <w:sz w:val="24"/>
        </w:rPr>
        <w:t xml:space="preserve"> thông tin và giao thông.</w:t>
      </w:r>
    </w:p>
    <w:p w14:paraId="37511E08" w14:textId="77777777" w:rsidR="00DF5295" w:rsidRDefault="00000000">
      <w:pPr>
        <w:keepNext/>
        <w:spacing w:after="0" w:line="240" w:lineRule="auto"/>
        <w:ind w:left="510" w:hanging="255"/>
      </w:pPr>
      <w:r>
        <w:rPr>
          <w:b/>
          <w:color w:val="CC3300"/>
          <w:sz w:val="24"/>
        </w:rPr>
        <w:t>B.</w:t>
      </w:r>
      <w:r>
        <w:rPr>
          <w:color w:val="000000"/>
          <w:sz w:val="24"/>
        </w:rPr>
        <w:t xml:space="preserve"> sinh học phân tử.</w:t>
      </w:r>
    </w:p>
    <w:p w14:paraId="3DF9FBF6" w14:textId="77777777" w:rsidR="00DF5295" w:rsidRDefault="00000000">
      <w:pPr>
        <w:keepNext/>
        <w:spacing w:after="0" w:line="240" w:lineRule="auto"/>
        <w:ind w:left="510" w:hanging="255"/>
      </w:pPr>
      <w:r>
        <w:rPr>
          <w:b/>
          <w:color w:val="CC3300"/>
          <w:sz w:val="24"/>
        </w:rPr>
        <w:t>C.</w:t>
      </w:r>
      <w:r>
        <w:rPr>
          <w:color w:val="000000"/>
          <w:sz w:val="24"/>
        </w:rPr>
        <w:t xml:space="preserve"> hóa phân tích.</w:t>
      </w:r>
    </w:p>
    <w:p w14:paraId="3A43EB27" w14:textId="77777777" w:rsidR="00DF5295" w:rsidRDefault="00000000">
      <w:pPr>
        <w:spacing w:after="0" w:line="240" w:lineRule="auto"/>
        <w:ind w:left="510" w:hanging="255"/>
      </w:pPr>
      <w:r>
        <w:rPr>
          <w:b/>
          <w:color w:val="CC3300"/>
          <w:sz w:val="24"/>
        </w:rPr>
        <w:t>D.</w:t>
      </w:r>
      <w:r>
        <w:rPr>
          <w:color w:val="000000"/>
          <w:sz w:val="24"/>
        </w:rPr>
        <w:t xml:space="preserve"> luyện kim.</w:t>
      </w:r>
    </w:p>
    <w:p w14:paraId="5AA10864" w14:textId="77777777" w:rsidR="00DF5295" w:rsidRDefault="00000000">
      <w:pPr>
        <w:spacing w:after="0" w:line="240" w:lineRule="auto"/>
      </w:pPr>
      <w:r>
        <w:rPr>
          <w:b/>
          <w:color w:val="000000"/>
          <w:sz w:val="24"/>
        </w:rPr>
        <w:t>Đáp án: A</w:t>
      </w:r>
    </w:p>
    <w:p w14:paraId="6ECBBA45" w14:textId="77777777" w:rsidR="00DF5295" w:rsidRDefault="00000000">
      <w:pPr>
        <w:spacing w:after="0" w:line="240" w:lineRule="auto"/>
      </w:pPr>
      <w:r>
        <w:rPr>
          <w:color w:val="000000"/>
          <w:sz w:val="24"/>
        </w:rPr>
        <w:t>GPS khai thác sự truyền tín hiệu điện từ và phép đo thời gian để xác định vị trí, phục vụ thông tin và giao thông.</w:t>
      </w:r>
    </w:p>
    <w:p w14:paraId="18B5D005" w14:textId="77777777" w:rsidR="00DF5295" w:rsidRDefault="00000000">
      <w:pPr>
        <w:keepNext/>
        <w:spacing w:after="0" w:line="240" w:lineRule="auto"/>
      </w:pPr>
      <w:r>
        <w:rPr>
          <w:b/>
          <w:color w:val="000000"/>
          <w:sz w:val="24"/>
        </w:rPr>
        <w:t xml:space="preserve">Câu 3. </w:t>
      </w:r>
      <w:r>
        <w:rPr>
          <w:color w:val="000000"/>
          <w:sz w:val="24"/>
        </w:rPr>
        <w:t>Biển báo dưới đây cảnh báo nguy cơ nào?</w:t>
      </w:r>
    </w:p>
    <w:p w14:paraId="11FA1979" w14:textId="77777777" w:rsidR="00DF5295" w:rsidRDefault="00000000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31B1C352" wp14:editId="0B9EF05E">
            <wp:extent cx="1051560" cy="95870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anger_voltage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51560" cy="958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AFFFA3" w14:textId="77777777" w:rsidR="00DF5295" w:rsidRDefault="00000000">
      <w:pPr>
        <w:keepNext/>
        <w:spacing w:after="0" w:line="240" w:lineRule="auto"/>
        <w:ind w:left="510" w:hanging="255"/>
      </w:pPr>
      <w:r>
        <w:rPr>
          <w:b/>
          <w:color w:val="CC3300"/>
          <w:sz w:val="24"/>
        </w:rPr>
        <w:t>A.</w:t>
      </w:r>
      <w:r>
        <w:rPr>
          <w:color w:val="000000"/>
          <w:sz w:val="24"/>
        </w:rPr>
        <w:t xml:space="preserve"> Điện áp nguy hiểm.</w:t>
      </w:r>
    </w:p>
    <w:p w14:paraId="74EEF165" w14:textId="77777777" w:rsidR="00DF5295" w:rsidRDefault="00000000">
      <w:pPr>
        <w:keepNext/>
        <w:spacing w:after="0" w:line="240" w:lineRule="auto"/>
        <w:ind w:left="510" w:hanging="255"/>
      </w:pPr>
      <w:r>
        <w:rPr>
          <w:b/>
          <w:color w:val="CC3300"/>
          <w:sz w:val="24"/>
        </w:rPr>
        <w:t>B.</w:t>
      </w:r>
      <w:r>
        <w:rPr>
          <w:color w:val="000000"/>
          <w:sz w:val="24"/>
        </w:rPr>
        <w:t xml:space="preserve"> Tia laser.</w:t>
      </w:r>
    </w:p>
    <w:p w14:paraId="0DAFA016" w14:textId="77777777" w:rsidR="00DF5295" w:rsidRDefault="00000000">
      <w:pPr>
        <w:keepNext/>
        <w:spacing w:after="0" w:line="240" w:lineRule="auto"/>
        <w:ind w:left="510" w:hanging="255"/>
      </w:pPr>
      <w:r>
        <w:rPr>
          <w:b/>
          <w:color w:val="CC3300"/>
          <w:sz w:val="24"/>
        </w:rPr>
        <w:t>C.</w:t>
      </w:r>
      <w:r>
        <w:rPr>
          <w:color w:val="000000"/>
          <w:sz w:val="24"/>
        </w:rPr>
        <w:t xml:space="preserve"> Bề mặt nóng.</w:t>
      </w:r>
    </w:p>
    <w:p w14:paraId="259D3127" w14:textId="77777777" w:rsidR="00DF5295" w:rsidRDefault="00000000">
      <w:pPr>
        <w:spacing w:after="0" w:line="240" w:lineRule="auto"/>
        <w:ind w:left="510" w:hanging="255"/>
      </w:pPr>
      <w:r>
        <w:rPr>
          <w:b/>
          <w:color w:val="CC3300"/>
          <w:sz w:val="24"/>
        </w:rPr>
        <w:t>D.</w:t>
      </w:r>
      <w:r>
        <w:rPr>
          <w:color w:val="000000"/>
          <w:sz w:val="24"/>
        </w:rPr>
        <w:t xml:space="preserve"> Chất phóng xạ.</w:t>
      </w:r>
    </w:p>
    <w:p w14:paraId="1A7371BF" w14:textId="77777777" w:rsidR="00DF5295" w:rsidRDefault="00000000">
      <w:pPr>
        <w:spacing w:after="0" w:line="240" w:lineRule="auto"/>
      </w:pPr>
      <w:r>
        <w:rPr>
          <w:b/>
          <w:color w:val="000000"/>
          <w:sz w:val="24"/>
        </w:rPr>
        <w:t>Đáp án: A</w:t>
      </w:r>
    </w:p>
    <w:p w14:paraId="59DF784A" w14:textId="77777777" w:rsidR="00DF5295" w:rsidRDefault="00000000">
      <w:pPr>
        <w:spacing w:after="0" w:line="240" w:lineRule="auto"/>
      </w:pPr>
      <w:r>
        <w:rPr>
          <w:color w:val="000000"/>
          <w:sz w:val="24"/>
        </w:rPr>
        <w:t>Tam giác vàng có tia sét là biển cảnh báo điện áp nguy hiểm.</w:t>
      </w:r>
    </w:p>
    <w:p w14:paraId="6D1688CB" w14:textId="77777777" w:rsidR="00DF5295" w:rsidRDefault="00000000">
      <w:pPr>
        <w:keepNext/>
        <w:spacing w:after="0" w:line="240" w:lineRule="auto"/>
      </w:pPr>
      <w:r>
        <w:rPr>
          <w:b/>
          <w:color w:val="000000"/>
          <w:sz w:val="24"/>
        </w:rPr>
        <w:t xml:space="preserve">Câu 4. </w:t>
      </w:r>
      <w:r>
        <w:rPr>
          <w:color w:val="000000"/>
          <w:sz w:val="24"/>
        </w:rPr>
        <w:t>Sự thay đổi kết quả giữa các lần đo trong cùng điều kiện, không theo một quy luật xác định, được gọi là</w:t>
      </w:r>
    </w:p>
    <w:p w14:paraId="148AD2C1" w14:textId="77777777" w:rsidR="00DF5295" w:rsidRDefault="00000000">
      <w:pPr>
        <w:keepNext/>
        <w:spacing w:after="0" w:line="240" w:lineRule="auto"/>
        <w:ind w:left="510" w:hanging="255"/>
      </w:pPr>
      <w:r>
        <w:rPr>
          <w:b/>
          <w:color w:val="CC3300"/>
          <w:sz w:val="24"/>
        </w:rPr>
        <w:t>A.</w:t>
      </w:r>
      <w:r>
        <w:rPr>
          <w:color w:val="000000"/>
          <w:sz w:val="24"/>
        </w:rPr>
        <w:t xml:space="preserve"> sai số hệ thống.</w:t>
      </w:r>
    </w:p>
    <w:p w14:paraId="2CC3E518" w14:textId="77777777" w:rsidR="00DF5295" w:rsidRDefault="00000000">
      <w:pPr>
        <w:keepNext/>
        <w:spacing w:after="0" w:line="240" w:lineRule="auto"/>
        <w:ind w:left="510" w:hanging="255"/>
      </w:pPr>
      <w:r>
        <w:rPr>
          <w:b/>
          <w:color w:val="CC3300"/>
          <w:sz w:val="24"/>
        </w:rPr>
        <w:t>B.</w:t>
      </w:r>
      <w:r>
        <w:rPr>
          <w:color w:val="000000"/>
          <w:sz w:val="24"/>
        </w:rPr>
        <w:t xml:space="preserve"> sai số ngẫu nhiên.</w:t>
      </w:r>
    </w:p>
    <w:p w14:paraId="72389F49" w14:textId="77777777" w:rsidR="00DF5295" w:rsidRDefault="00000000">
      <w:pPr>
        <w:keepNext/>
        <w:spacing w:after="0" w:line="240" w:lineRule="auto"/>
        <w:ind w:left="510" w:hanging="255"/>
      </w:pPr>
      <w:r>
        <w:rPr>
          <w:b/>
          <w:color w:val="CC3300"/>
          <w:sz w:val="24"/>
        </w:rPr>
        <w:t>C.</w:t>
      </w:r>
      <w:r>
        <w:rPr>
          <w:color w:val="000000"/>
          <w:sz w:val="24"/>
        </w:rPr>
        <w:t xml:space="preserve"> sai số dụng cụ.</w:t>
      </w:r>
    </w:p>
    <w:p w14:paraId="01439DFF" w14:textId="77777777" w:rsidR="00DF5295" w:rsidRDefault="00000000">
      <w:pPr>
        <w:spacing w:after="0" w:line="240" w:lineRule="auto"/>
        <w:ind w:left="510" w:hanging="255"/>
      </w:pPr>
      <w:r>
        <w:rPr>
          <w:b/>
          <w:color w:val="CC3300"/>
          <w:sz w:val="24"/>
        </w:rPr>
        <w:t>D.</w:t>
      </w:r>
      <w:r>
        <w:rPr>
          <w:color w:val="000000"/>
          <w:sz w:val="24"/>
        </w:rPr>
        <w:t xml:space="preserve"> giá trị trung bình.</w:t>
      </w:r>
    </w:p>
    <w:p w14:paraId="1A10F776" w14:textId="77777777" w:rsidR="00DF5295" w:rsidRDefault="00000000">
      <w:pPr>
        <w:spacing w:after="0" w:line="240" w:lineRule="auto"/>
      </w:pPr>
      <w:r>
        <w:rPr>
          <w:b/>
          <w:color w:val="000000"/>
          <w:sz w:val="24"/>
        </w:rPr>
        <w:t>Đáp án: B</w:t>
      </w:r>
    </w:p>
    <w:p w14:paraId="17F229B6" w14:textId="77777777" w:rsidR="00DF5295" w:rsidRDefault="00000000">
      <w:pPr>
        <w:spacing w:after="0" w:line="240" w:lineRule="auto"/>
      </w:pPr>
      <w:r>
        <w:rPr>
          <w:color w:val="000000"/>
          <w:sz w:val="24"/>
        </w:rPr>
        <w:t>Sai số ngẫu nhiên làm kết quả dao động không có quy luật giữa các lần đo.</w:t>
      </w:r>
    </w:p>
    <w:p w14:paraId="4036E0CE" w14:textId="77777777" w:rsidR="00DF5295" w:rsidRDefault="00000000">
      <w:pPr>
        <w:keepNext/>
        <w:spacing w:after="0" w:line="240" w:lineRule="auto"/>
      </w:pPr>
      <w:r>
        <w:rPr>
          <w:b/>
          <w:color w:val="000000"/>
          <w:sz w:val="24"/>
        </w:rPr>
        <w:lastRenderedPageBreak/>
        <w:t xml:space="preserve">Câu 5. </w:t>
      </w:r>
      <w:r>
        <w:rPr>
          <w:color w:val="000000"/>
          <w:sz w:val="24"/>
        </w:rPr>
        <w:t>Biện pháp phù hợp nhất để giảm ảnh hưởng của sai số ngẫu nhiên là</w:t>
      </w:r>
    </w:p>
    <w:p w14:paraId="145B0B14" w14:textId="77777777" w:rsidR="00DF5295" w:rsidRDefault="00000000">
      <w:pPr>
        <w:keepNext/>
        <w:spacing w:after="0" w:line="240" w:lineRule="auto"/>
        <w:ind w:left="510" w:hanging="255"/>
      </w:pPr>
      <w:r>
        <w:rPr>
          <w:b/>
          <w:color w:val="CC3300"/>
          <w:sz w:val="24"/>
        </w:rPr>
        <w:t>A.</w:t>
      </w:r>
      <w:r>
        <w:rPr>
          <w:color w:val="000000"/>
          <w:sz w:val="24"/>
        </w:rPr>
        <w:t xml:space="preserve"> chỉ đo một lần thật nhanh.</w:t>
      </w:r>
    </w:p>
    <w:p w14:paraId="03C4BDF5" w14:textId="77777777" w:rsidR="00DF5295" w:rsidRDefault="00000000">
      <w:pPr>
        <w:keepNext/>
        <w:spacing w:after="0" w:line="240" w:lineRule="auto"/>
        <w:ind w:left="510" w:hanging="255"/>
      </w:pPr>
      <w:r>
        <w:rPr>
          <w:b/>
          <w:color w:val="CC3300"/>
          <w:sz w:val="24"/>
        </w:rPr>
        <w:t>B.</w:t>
      </w:r>
      <w:r>
        <w:rPr>
          <w:color w:val="000000"/>
          <w:sz w:val="24"/>
        </w:rPr>
        <w:t xml:space="preserve"> đổi đơn vị đo.</w:t>
      </w:r>
    </w:p>
    <w:p w14:paraId="2DB8229E" w14:textId="77777777" w:rsidR="00DF5295" w:rsidRDefault="00000000">
      <w:pPr>
        <w:keepNext/>
        <w:spacing w:after="0" w:line="240" w:lineRule="auto"/>
        <w:ind w:left="510" w:hanging="255"/>
      </w:pPr>
      <w:r>
        <w:rPr>
          <w:b/>
          <w:color w:val="CC3300"/>
          <w:sz w:val="24"/>
        </w:rPr>
        <w:t>C.</w:t>
      </w:r>
      <w:r>
        <w:rPr>
          <w:color w:val="000000"/>
          <w:sz w:val="24"/>
        </w:rPr>
        <w:t xml:space="preserve"> đo nhiều lần rồi lấy giá trị trung bình.</w:t>
      </w:r>
    </w:p>
    <w:p w14:paraId="0C14CD3C" w14:textId="77777777" w:rsidR="00DF5295" w:rsidRDefault="00000000">
      <w:pPr>
        <w:spacing w:after="0" w:line="240" w:lineRule="auto"/>
        <w:ind w:left="510" w:hanging="255"/>
      </w:pPr>
      <w:r>
        <w:rPr>
          <w:b/>
          <w:color w:val="CC3300"/>
          <w:sz w:val="24"/>
        </w:rPr>
        <w:t>D.</w:t>
      </w:r>
      <w:r>
        <w:rPr>
          <w:color w:val="000000"/>
          <w:sz w:val="24"/>
        </w:rPr>
        <w:t xml:space="preserve"> làm tròn kết quả đến số nguyên.</w:t>
      </w:r>
    </w:p>
    <w:p w14:paraId="1512355D" w14:textId="77777777" w:rsidR="00DF5295" w:rsidRDefault="00000000">
      <w:pPr>
        <w:spacing w:after="0" w:line="240" w:lineRule="auto"/>
      </w:pPr>
      <w:r>
        <w:rPr>
          <w:b/>
          <w:color w:val="000000"/>
          <w:sz w:val="24"/>
        </w:rPr>
        <w:t>Đáp án: C</w:t>
      </w:r>
    </w:p>
    <w:p w14:paraId="7695FDF5" w14:textId="77777777" w:rsidR="00DF5295" w:rsidRDefault="00000000">
      <w:pPr>
        <w:spacing w:after="0" w:line="240" w:lineRule="auto"/>
      </w:pPr>
      <w:r>
        <w:rPr>
          <w:color w:val="000000"/>
          <w:sz w:val="24"/>
        </w:rPr>
        <w:t>Đo lặp lại và lấy trung bình giúp các sai lệch ngẫu nhiên bù trừ một phần.</w:t>
      </w:r>
    </w:p>
    <w:p w14:paraId="733CA3A6" w14:textId="77777777" w:rsidR="00DF5295" w:rsidRDefault="00000000">
      <w:pPr>
        <w:keepNext/>
        <w:spacing w:after="0" w:line="240" w:lineRule="auto"/>
      </w:pPr>
      <w:r>
        <w:rPr>
          <w:b/>
          <w:color w:val="000000"/>
          <w:sz w:val="24"/>
        </w:rPr>
        <w:t xml:space="preserve">Câu 6. </w:t>
      </w:r>
      <w:r>
        <w:rPr>
          <w:color w:val="000000"/>
          <w:sz w:val="24"/>
        </w:rPr>
        <w:t>Một vật chuyển động trên đường thẳng rồi trở về đúng vị trí xuất phát. Khi đó</w:t>
      </w:r>
    </w:p>
    <w:p w14:paraId="785F1D0C" w14:textId="77777777" w:rsidR="00DF5295" w:rsidRDefault="00000000">
      <w:pPr>
        <w:keepNext/>
        <w:spacing w:after="0" w:line="240" w:lineRule="auto"/>
        <w:ind w:left="510" w:hanging="255"/>
      </w:pPr>
      <w:r>
        <w:rPr>
          <w:b/>
          <w:color w:val="CC3300"/>
          <w:sz w:val="24"/>
        </w:rPr>
        <w:t>A.</w:t>
      </w:r>
      <w:r>
        <w:rPr>
          <w:color w:val="000000"/>
          <w:sz w:val="24"/>
        </w:rPr>
        <w:t xml:space="preserve"> quãng đường và độ dịch chuyển đều bằng không.</w:t>
      </w:r>
    </w:p>
    <w:p w14:paraId="73EA5E66" w14:textId="77777777" w:rsidR="00DF5295" w:rsidRDefault="00000000">
      <w:pPr>
        <w:keepNext/>
        <w:spacing w:after="0" w:line="240" w:lineRule="auto"/>
        <w:ind w:left="510" w:hanging="255"/>
      </w:pPr>
      <w:r>
        <w:rPr>
          <w:b/>
          <w:color w:val="CC3300"/>
          <w:sz w:val="24"/>
        </w:rPr>
        <w:t>B.</w:t>
      </w:r>
      <w:r>
        <w:rPr>
          <w:color w:val="000000"/>
          <w:sz w:val="24"/>
        </w:rPr>
        <w:t xml:space="preserve"> quãng đường bằng không, độ dịch chuyển khác không.</w:t>
      </w:r>
    </w:p>
    <w:p w14:paraId="013477CE" w14:textId="77777777" w:rsidR="00DF5295" w:rsidRDefault="00000000">
      <w:pPr>
        <w:keepNext/>
        <w:spacing w:after="0" w:line="240" w:lineRule="auto"/>
        <w:ind w:left="510" w:hanging="255"/>
      </w:pPr>
      <w:r>
        <w:rPr>
          <w:b/>
          <w:color w:val="CC3300"/>
          <w:sz w:val="24"/>
        </w:rPr>
        <w:t>C.</w:t>
      </w:r>
      <w:r>
        <w:rPr>
          <w:color w:val="000000"/>
          <w:sz w:val="24"/>
        </w:rPr>
        <w:t xml:space="preserve"> độ dịch chuyển bằng không, quãng đường khác không.</w:t>
      </w:r>
    </w:p>
    <w:p w14:paraId="54E4B9FB" w14:textId="77777777" w:rsidR="00DF5295" w:rsidRDefault="00000000">
      <w:pPr>
        <w:spacing w:after="0" w:line="240" w:lineRule="auto"/>
        <w:ind w:left="510" w:hanging="255"/>
      </w:pPr>
      <w:r>
        <w:rPr>
          <w:b/>
          <w:color w:val="CC3300"/>
          <w:sz w:val="24"/>
        </w:rPr>
        <w:t>D.</w:t>
      </w:r>
      <w:r>
        <w:rPr>
          <w:color w:val="000000"/>
          <w:sz w:val="24"/>
        </w:rPr>
        <w:t xml:space="preserve"> quãng đường luôn bằng độ dịch chuyển.</w:t>
      </w:r>
    </w:p>
    <w:p w14:paraId="65BFA919" w14:textId="77777777" w:rsidR="00DF5295" w:rsidRDefault="00000000">
      <w:pPr>
        <w:spacing w:after="0" w:line="240" w:lineRule="auto"/>
      </w:pPr>
      <w:r>
        <w:rPr>
          <w:b/>
          <w:color w:val="000000"/>
          <w:sz w:val="24"/>
        </w:rPr>
        <w:t>Đáp án: C</w:t>
      </w:r>
    </w:p>
    <w:p w14:paraId="04C7245D" w14:textId="77777777" w:rsidR="00DF5295" w:rsidRDefault="00000000">
      <w:pPr>
        <w:spacing w:after="0" w:line="240" w:lineRule="auto"/>
      </w:pPr>
      <w:r>
        <w:rPr>
          <w:color w:val="000000"/>
          <w:sz w:val="24"/>
        </w:rPr>
        <w:t>Vị trí cuối trùng vị trí đầu nên độ dịch chuyển bằng không, còn quãng đường là tổng độ dài đường đi nên khác không.</w:t>
      </w:r>
    </w:p>
    <w:p w14:paraId="66CAB60F" w14:textId="77777777" w:rsidR="00DF5295" w:rsidRDefault="00000000">
      <w:pPr>
        <w:keepNext/>
        <w:spacing w:after="0" w:line="240" w:lineRule="auto"/>
      </w:pPr>
      <w:r>
        <w:rPr>
          <w:b/>
          <w:color w:val="000000"/>
          <w:sz w:val="24"/>
        </w:rPr>
        <w:t xml:space="preserve">Câu 7. </w:t>
      </w:r>
      <w:r>
        <w:rPr>
          <w:color w:val="000000"/>
          <w:sz w:val="24"/>
        </w:rPr>
        <w:t>Trên trục Ox, một vật đi từ vị trí có tọa độ âm đến vị trí có tọa độ dương. Độ dịch chuyển của vật</w:t>
      </w:r>
    </w:p>
    <w:p w14:paraId="09B75916" w14:textId="77777777" w:rsidR="00DF5295" w:rsidRDefault="00000000">
      <w:pPr>
        <w:keepNext/>
        <w:spacing w:after="0" w:line="240" w:lineRule="auto"/>
        <w:ind w:left="510" w:hanging="255"/>
      </w:pPr>
      <w:r>
        <w:rPr>
          <w:b/>
          <w:color w:val="CC3300"/>
          <w:sz w:val="24"/>
        </w:rPr>
        <w:t>A.</w:t>
      </w:r>
      <w:r>
        <w:rPr>
          <w:color w:val="000000"/>
          <w:sz w:val="24"/>
        </w:rPr>
        <w:t xml:space="preserve"> luôn âm.</w:t>
      </w:r>
    </w:p>
    <w:p w14:paraId="59E1493A" w14:textId="77777777" w:rsidR="00DF5295" w:rsidRDefault="00000000">
      <w:pPr>
        <w:keepNext/>
        <w:spacing w:after="0" w:line="240" w:lineRule="auto"/>
        <w:ind w:left="510" w:hanging="255"/>
      </w:pPr>
      <w:r>
        <w:rPr>
          <w:b/>
          <w:color w:val="CC3300"/>
          <w:sz w:val="24"/>
        </w:rPr>
        <w:t>B.</w:t>
      </w:r>
      <w:r>
        <w:rPr>
          <w:color w:val="000000"/>
          <w:sz w:val="24"/>
        </w:rPr>
        <w:t xml:space="preserve"> luôn dương.</w:t>
      </w:r>
    </w:p>
    <w:p w14:paraId="32C324AA" w14:textId="77777777" w:rsidR="00DF5295" w:rsidRDefault="00000000">
      <w:pPr>
        <w:keepNext/>
        <w:spacing w:after="0" w:line="240" w:lineRule="auto"/>
        <w:ind w:left="510" w:hanging="255"/>
      </w:pPr>
      <w:r>
        <w:rPr>
          <w:b/>
          <w:color w:val="CC3300"/>
          <w:sz w:val="24"/>
        </w:rPr>
        <w:t>C.</w:t>
      </w:r>
      <w:r>
        <w:rPr>
          <w:color w:val="000000"/>
          <w:sz w:val="24"/>
        </w:rPr>
        <w:t xml:space="preserve"> luôn bằng không.</w:t>
      </w:r>
    </w:p>
    <w:p w14:paraId="03626B7F" w14:textId="77777777" w:rsidR="00DF5295" w:rsidRDefault="00000000">
      <w:pPr>
        <w:spacing w:after="0" w:line="240" w:lineRule="auto"/>
        <w:ind w:left="510" w:hanging="255"/>
      </w:pPr>
      <w:r>
        <w:rPr>
          <w:b/>
          <w:color w:val="CC3300"/>
          <w:sz w:val="24"/>
        </w:rPr>
        <w:t>D.</w:t>
      </w:r>
      <w:r>
        <w:rPr>
          <w:color w:val="000000"/>
          <w:sz w:val="24"/>
        </w:rPr>
        <w:t xml:space="preserve"> không xác định được dấu.</w:t>
      </w:r>
    </w:p>
    <w:p w14:paraId="71C2A387" w14:textId="77777777" w:rsidR="00DF5295" w:rsidRDefault="00000000">
      <w:pPr>
        <w:spacing w:after="0" w:line="240" w:lineRule="auto"/>
      </w:pPr>
      <w:r>
        <w:rPr>
          <w:b/>
          <w:color w:val="000000"/>
          <w:sz w:val="24"/>
        </w:rPr>
        <w:t>Đáp án: B</w:t>
      </w:r>
    </w:p>
    <w:p w14:paraId="53085B51" w14:textId="77777777" w:rsidR="00DF5295" w:rsidRDefault="00000000">
      <w:pPr>
        <w:spacing w:after="0" w:line="240" w:lineRule="auto"/>
      </w:pPr>
      <w:r>
        <w:rPr>
          <w:color w:val="000000"/>
          <w:sz w:val="24"/>
        </w:rPr>
        <w:t xml:space="preserve">Độ dịch chuyển </w:t>
      </w:r>
      <m:oMath>
        <m:r>
          <w:rPr>
            <w:rFonts w:ascii="Cambria Math" w:hAnsi="Cambria Math"/>
          </w:rPr>
          <m:t>d = x₂ - x₁</m:t>
        </m:r>
      </m:oMath>
      <w:r>
        <w:rPr>
          <w:color w:val="000000"/>
          <w:sz w:val="24"/>
        </w:rPr>
        <w:t xml:space="preserve">; với x₂ &gt; 0 và </w:t>
      </w:r>
      <m:oMath>
        <m:r>
          <w:rPr>
            <w:rFonts w:ascii="Cambria Math" w:hAnsi="Cambria Math"/>
          </w:rPr>
          <m:t>x₁ &lt; 0 thì d &gt; 0</m:t>
        </m:r>
      </m:oMath>
      <w:r>
        <w:rPr>
          <w:color w:val="000000"/>
          <w:sz w:val="24"/>
        </w:rPr>
        <w:t>.</w:t>
      </w:r>
    </w:p>
    <w:p w14:paraId="02A41436" w14:textId="77777777" w:rsidR="00DF5295" w:rsidRDefault="00000000">
      <w:pPr>
        <w:keepNext/>
        <w:spacing w:after="0" w:line="240" w:lineRule="auto"/>
      </w:pPr>
      <w:r>
        <w:rPr>
          <w:b/>
          <w:color w:val="000000"/>
          <w:sz w:val="24"/>
        </w:rPr>
        <w:t xml:space="preserve">Câu 8. </w:t>
      </w:r>
      <w:r>
        <w:rPr>
          <w:color w:val="000000"/>
          <w:sz w:val="24"/>
        </w:rPr>
        <w:t>Một người đi từ O đến A rồi từ A đến B theo đường gấp khúc như hình. Quãng đường và độ lớn độ dịch chuyển từ O đến B lần lượt là</w:t>
      </w:r>
    </w:p>
    <w:p w14:paraId="6BA810AA" w14:textId="77777777" w:rsidR="00DF5295" w:rsidRDefault="00000000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6B77F5E0" wp14:editId="74208743">
            <wp:extent cx="1920240" cy="2205474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ute_L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2205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943AAE" w14:textId="77777777" w:rsidR="00DF5295" w:rsidRDefault="00000000">
      <w:pPr>
        <w:keepNext/>
        <w:spacing w:after="0" w:line="240" w:lineRule="auto"/>
        <w:ind w:left="510" w:hanging="255"/>
      </w:pPr>
      <w:r>
        <w:rPr>
          <w:b/>
          <w:color w:val="CC3300"/>
          <w:sz w:val="24"/>
        </w:rPr>
        <w:t>A.</w:t>
      </w:r>
      <w:r>
        <w:rPr>
          <w:color w:val="000000"/>
          <w:sz w:val="24"/>
        </w:rPr>
        <w:t xml:space="preserve"> 14 m và 10 m.</w:t>
      </w:r>
    </w:p>
    <w:p w14:paraId="369BE56D" w14:textId="77777777" w:rsidR="00DF5295" w:rsidRDefault="00000000">
      <w:pPr>
        <w:keepNext/>
        <w:spacing w:after="0" w:line="240" w:lineRule="auto"/>
        <w:ind w:left="510" w:hanging="255"/>
      </w:pPr>
      <w:r>
        <w:rPr>
          <w:b/>
          <w:color w:val="CC3300"/>
          <w:sz w:val="24"/>
        </w:rPr>
        <w:t>B.</w:t>
      </w:r>
      <w:r>
        <w:rPr>
          <w:color w:val="000000"/>
          <w:sz w:val="24"/>
        </w:rPr>
        <w:t xml:space="preserve"> 10 m và 14 m.</w:t>
      </w:r>
    </w:p>
    <w:p w14:paraId="15BD53A0" w14:textId="77777777" w:rsidR="00DF5295" w:rsidRDefault="00000000">
      <w:pPr>
        <w:keepNext/>
        <w:spacing w:after="0" w:line="240" w:lineRule="auto"/>
        <w:ind w:left="510" w:hanging="255"/>
      </w:pPr>
      <w:r>
        <w:rPr>
          <w:b/>
          <w:color w:val="CC3300"/>
          <w:sz w:val="24"/>
        </w:rPr>
        <w:t>C.</w:t>
      </w:r>
      <w:r>
        <w:rPr>
          <w:color w:val="000000"/>
          <w:sz w:val="24"/>
        </w:rPr>
        <w:t xml:space="preserve"> 14 m và 14 m.</w:t>
      </w:r>
    </w:p>
    <w:p w14:paraId="1B3DF07A" w14:textId="77777777" w:rsidR="00DF5295" w:rsidRDefault="00000000">
      <w:pPr>
        <w:spacing w:after="0" w:line="240" w:lineRule="auto"/>
        <w:ind w:left="510" w:hanging="255"/>
      </w:pPr>
      <w:r>
        <w:rPr>
          <w:b/>
          <w:color w:val="CC3300"/>
          <w:sz w:val="24"/>
        </w:rPr>
        <w:t>D.</w:t>
      </w:r>
      <w:r>
        <w:rPr>
          <w:color w:val="000000"/>
          <w:sz w:val="24"/>
        </w:rPr>
        <w:t xml:space="preserve"> 48 m và 10 m.</w:t>
      </w:r>
    </w:p>
    <w:p w14:paraId="323F3982" w14:textId="77777777" w:rsidR="00DF5295" w:rsidRDefault="00000000">
      <w:pPr>
        <w:spacing w:after="0" w:line="240" w:lineRule="auto"/>
      </w:pPr>
      <w:r>
        <w:rPr>
          <w:b/>
          <w:color w:val="000000"/>
          <w:sz w:val="24"/>
        </w:rPr>
        <w:t>Đáp án: A</w:t>
      </w:r>
    </w:p>
    <w:p w14:paraId="3E8E0B1D" w14:textId="77777777" w:rsidR="00DF5295" w:rsidRDefault="00000000">
      <w:pPr>
        <w:spacing w:after="0" w:line="240" w:lineRule="auto"/>
      </w:pPr>
      <w:r>
        <w:rPr>
          <w:color w:val="000000"/>
          <w:sz w:val="24"/>
        </w:rPr>
        <w:t xml:space="preserve">Quãng đường </w:t>
      </w:r>
      <m:oMath>
        <m:r>
          <w:rPr>
            <w:rFonts w:ascii="Cambria Math" w:hAnsi="Cambria Math"/>
          </w:rPr>
          <m:t>s = 6 + 8 = 14 m</m:t>
        </m:r>
      </m:oMath>
      <w:r>
        <w:rPr>
          <w:color w:val="000000"/>
          <w:sz w:val="24"/>
        </w:rPr>
        <w:t xml:space="preserve">; độ dịch chuyển là cạnh huyền </w:t>
      </w:r>
      <m:oMath>
        <m:r>
          <w:rPr>
            <w:rFonts w:ascii="Cambria Math" w:hAnsi="Cambria Math"/>
          </w:rPr>
          <m:t>OB = √(6² + 8²) = 10 m</m:t>
        </m:r>
      </m:oMath>
      <w:r>
        <w:rPr>
          <w:color w:val="000000"/>
          <w:sz w:val="24"/>
        </w:rPr>
        <w:t>.</w:t>
      </w:r>
    </w:p>
    <w:p w14:paraId="6A4D3E09" w14:textId="77777777" w:rsidR="00DF5295" w:rsidRDefault="00000000">
      <w:pPr>
        <w:keepNext/>
        <w:spacing w:after="0" w:line="240" w:lineRule="auto"/>
      </w:pPr>
      <w:r>
        <w:rPr>
          <w:b/>
          <w:color w:val="000000"/>
          <w:sz w:val="24"/>
        </w:rPr>
        <w:t xml:space="preserve">Câu 9. </w:t>
      </w:r>
      <w:r>
        <w:rPr>
          <w:color w:val="000000"/>
          <w:sz w:val="24"/>
        </w:rPr>
        <w:t>Một thuyền chạy với tốc độ 5 m/s đối với nước theo phương vuông góc với bờ; nước chảy 3 m/s dọc theo bờ. Tốc độ của thuyền đối với bờ bằng</w:t>
      </w:r>
    </w:p>
    <w:p w14:paraId="3051CBB1" w14:textId="77777777" w:rsidR="00DF5295" w:rsidRDefault="00000000">
      <w:pPr>
        <w:keepNext/>
        <w:spacing w:after="0" w:line="240" w:lineRule="auto"/>
        <w:ind w:left="510" w:hanging="255"/>
      </w:pPr>
      <w:r>
        <w:rPr>
          <w:b/>
          <w:color w:val="CC3300"/>
          <w:sz w:val="24"/>
        </w:rPr>
        <w:t>A.</w:t>
      </w:r>
      <w:r>
        <w:rPr>
          <w:color w:val="000000"/>
          <w:sz w:val="24"/>
        </w:rPr>
        <w:t xml:space="preserve"> 2 m/s.</w:t>
      </w:r>
    </w:p>
    <w:p w14:paraId="4D0018C5" w14:textId="77777777" w:rsidR="00DF5295" w:rsidRDefault="00000000">
      <w:pPr>
        <w:keepNext/>
        <w:spacing w:after="0" w:line="240" w:lineRule="auto"/>
        <w:ind w:left="510" w:hanging="255"/>
      </w:pPr>
      <w:r>
        <w:rPr>
          <w:b/>
          <w:color w:val="CC3300"/>
          <w:sz w:val="24"/>
        </w:rPr>
        <w:t>B.</w:t>
      </w:r>
      <w:r>
        <w:rPr>
          <w:color w:val="000000"/>
          <w:sz w:val="24"/>
        </w:rPr>
        <w:t xml:space="preserve"> 4 m/s.</w:t>
      </w:r>
    </w:p>
    <w:p w14:paraId="17C324BF" w14:textId="77777777" w:rsidR="00DF5295" w:rsidRDefault="00000000">
      <w:pPr>
        <w:keepNext/>
        <w:spacing w:after="0" w:line="240" w:lineRule="auto"/>
        <w:ind w:left="510" w:hanging="255"/>
      </w:pPr>
      <w:r>
        <w:rPr>
          <w:b/>
          <w:color w:val="CC3300"/>
          <w:sz w:val="24"/>
        </w:rPr>
        <w:t>C.</w:t>
      </w:r>
      <w:r>
        <w:rPr>
          <w:color w:val="000000"/>
          <w:sz w:val="24"/>
        </w:rPr>
        <w:t xml:space="preserve"> </w:t>
      </w:r>
      <m:oMath>
        <m:r>
          <w:rPr>
            <w:rFonts w:ascii="Cambria Math" w:hAnsi="Cambria Math"/>
          </w:rPr>
          <m:t>√34 m/s</m:t>
        </m:r>
      </m:oMath>
      <w:r>
        <w:rPr>
          <w:color w:val="000000"/>
          <w:sz w:val="24"/>
        </w:rPr>
        <w:t>.</w:t>
      </w:r>
    </w:p>
    <w:p w14:paraId="34656B6F" w14:textId="77777777" w:rsidR="00DF5295" w:rsidRDefault="00000000">
      <w:pPr>
        <w:spacing w:after="0" w:line="240" w:lineRule="auto"/>
        <w:ind w:left="510" w:hanging="255"/>
      </w:pPr>
      <w:r>
        <w:rPr>
          <w:b/>
          <w:color w:val="CC3300"/>
          <w:sz w:val="24"/>
        </w:rPr>
        <w:t>D.</w:t>
      </w:r>
      <w:r>
        <w:rPr>
          <w:color w:val="000000"/>
          <w:sz w:val="24"/>
        </w:rPr>
        <w:t xml:space="preserve"> 8 m/s.</w:t>
      </w:r>
    </w:p>
    <w:p w14:paraId="31D75612" w14:textId="77777777" w:rsidR="00DF5295" w:rsidRDefault="00000000">
      <w:pPr>
        <w:spacing w:after="0" w:line="240" w:lineRule="auto"/>
      </w:pPr>
      <w:r>
        <w:rPr>
          <w:b/>
          <w:color w:val="000000"/>
          <w:sz w:val="24"/>
        </w:rPr>
        <w:t>Đáp án: C</w:t>
      </w:r>
    </w:p>
    <w:p w14:paraId="2D0DB4BA" w14:textId="77777777" w:rsidR="00DF5295" w:rsidRDefault="00000000">
      <w:pPr>
        <w:spacing w:after="0" w:line="240" w:lineRule="auto"/>
      </w:pPr>
      <w:r>
        <w:rPr>
          <w:color w:val="000000"/>
          <w:sz w:val="24"/>
        </w:rPr>
        <w:t xml:space="preserve">Hai vận tốc vuông góc nên tốc độ đối với bờ </w:t>
      </w:r>
      <m:oMath>
        <m:r>
          <w:rPr>
            <w:rFonts w:ascii="Cambria Math" w:hAnsi="Cambria Math"/>
          </w:rPr>
          <m:t>v = √(5² + 3²) = √34 m/s</m:t>
        </m:r>
      </m:oMath>
      <w:r>
        <w:rPr>
          <w:color w:val="000000"/>
          <w:sz w:val="24"/>
        </w:rPr>
        <w:t>.</w:t>
      </w:r>
    </w:p>
    <w:p w14:paraId="01DB024A" w14:textId="77777777" w:rsidR="00DF5295" w:rsidRDefault="00000000">
      <w:pPr>
        <w:keepNext/>
        <w:spacing w:after="0" w:line="240" w:lineRule="auto"/>
      </w:pPr>
      <w:r>
        <w:rPr>
          <w:b/>
          <w:color w:val="000000"/>
          <w:sz w:val="24"/>
        </w:rPr>
        <w:lastRenderedPageBreak/>
        <w:t xml:space="preserve">Câu 10. </w:t>
      </w:r>
      <w:r>
        <w:rPr>
          <w:color w:val="000000"/>
          <w:sz w:val="24"/>
        </w:rPr>
        <w:t>Khi dùng điện thoại để xác định tốc độ của một vật từ video, dữ liệu cần thiết nhất là</w:t>
      </w:r>
    </w:p>
    <w:p w14:paraId="49F385A2" w14:textId="77777777" w:rsidR="00DF5295" w:rsidRDefault="00000000">
      <w:pPr>
        <w:keepNext/>
        <w:spacing w:after="0" w:line="240" w:lineRule="auto"/>
        <w:ind w:left="510" w:hanging="255"/>
      </w:pPr>
      <w:r>
        <w:rPr>
          <w:b/>
          <w:color w:val="CC3300"/>
          <w:sz w:val="24"/>
        </w:rPr>
        <w:t>A.</w:t>
      </w:r>
      <w:r>
        <w:rPr>
          <w:color w:val="000000"/>
          <w:sz w:val="24"/>
        </w:rPr>
        <w:t xml:space="preserve"> khối lượng vật và độ sáng màn hình.</w:t>
      </w:r>
    </w:p>
    <w:p w14:paraId="1E5A6CE6" w14:textId="77777777" w:rsidR="00DF5295" w:rsidRDefault="00000000">
      <w:pPr>
        <w:keepNext/>
        <w:spacing w:after="0" w:line="240" w:lineRule="auto"/>
        <w:ind w:left="510" w:hanging="255"/>
      </w:pPr>
      <w:r>
        <w:rPr>
          <w:b/>
          <w:color w:val="CC3300"/>
          <w:sz w:val="24"/>
        </w:rPr>
        <w:t>B.</w:t>
      </w:r>
      <w:r>
        <w:rPr>
          <w:color w:val="000000"/>
          <w:sz w:val="24"/>
        </w:rPr>
        <w:t xml:space="preserve"> tỉ lệ chiều dài trong ảnh và số khung hình trên một đơn vị thời gian.</w:t>
      </w:r>
    </w:p>
    <w:p w14:paraId="0E108441" w14:textId="77777777" w:rsidR="00DF5295" w:rsidRDefault="00000000">
      <w:pPr>
        <w:keepNext/>
        <w:spacing w:after="0" w:line="240" w:lineRule="auto"/>
        <w:ind w:left="510" w:hanging="255"/>
      </w:pPr>
      <w:r>
        <w:rPr>
          <w:b/>
          <w:color w:val="CC3300"/>
          <w:sz w:val="24"/>
        </w:rPr>
        <w:t>C.</w:t>
      </w:r>
      <w:r>
        <w:rPr>
          <w:color w:val="000000"/>
          <w:sz w:val="24"/>
        </w:rPr>
        <w:t xml:space="preserve"> dung lượng pin và thời lượng video.</w:t>
      </w:r>
    </w:p>
    <w:p w14:paraId="2AAE7D25" w14:textId="77777777" w:rsidR="00DF5295" w:rsidRDefault="00000000">
      <w:pPr>
        <w:spacing w:after="0" w:line="240" w:lineRule="auto"/>
        <w:ind w:left="510" w:hanging="255"/>
      </w:pPr>
      <w:r>
        <w:rPr>
          <w:b/>
          <w:color w:val="CC3300"/>
          <w:sz w:val="24"/>
        </w:rPr>
        <w:t>D.</w:t>
      </w:r>
      <w:r>
        <w:rPr>
          <w:color w:val="000000"/>
          <w:sz w:val="24"/>
        </w:rPr>
        <w:t xml:space="preserve"> độ phân giải âm thanh.</w:t>
      </w:r>
    </w:p>
    <w:p w14:paraId="0303AB85" w14:textId="77777777" w:rsidR="00DF5295" w:rsidRDefault="00000000">
      <w:pPr>
        <w:spacing w:after="0" w:line="240" w:lineRule="auto"/>
      </w:pPr>
      <w:r>
        <w:rPr>
          <w:b/>
          <w:color w:val="000000"/>
          <w:sz w:val="24"/>
        </w:rPr>
        <w:t>Đáp án: B</w:t>
      </w:r>
    </w:p>
    <w:p w14:paraId="3ED7ADD6" w14:textId="77777777" w:rsidR="00DF5295" w:rsidRDefault="00000000">
      <w:pPr>
        <w:spacing w:after="0" w:line="240" w:lineRule="auto"/>
      </w:pPr>
      <w:r>
        <w:rPr>
          <w:color w:val="000000"/>
          <w:sz w:val="24"/>
        </w:rPr>
        <w:t>Tỉ lệ chiều dài cho phép đổi khoảng cách trên ảnh thành khoảng cách thật; tốc độ khung hình cho biết khoảng thời gian.</w:t>
      </w:r>
    </w:p>
    <w:p w14:paraId="7334BE23" w14:textId="77777777" w:rsidR="00DF5295" w:rsidRDefault="00000000">
      <w:pPr>
        <w:keepNext/>
        <w:spacing w:after="0" w:line="240" w:lineRule="auto"/>
      </w:pPr>
      <w:r>
        <w:rPr>
          <w:b/>
          <w:color w:val="000000"/>
          <w:sz w:val="24"/>
        </w:rPr>
        <w:t xml:space="preserve">Câu 11. </w:t>
      </w:r>
      <w:r>
        <w:rPr>
          <w:color w:val="000000"/>
          <w:sz w:val="24"/>
        </w:rPr>
        <w:t>Đồ thị tọa độ - thời gian của một vật như hình. Trong khoảng từ 2 s đến 4 s, vật</w:t>
      </w:r>
    </w:p>
    <w:p w14:paraId="496F3BED" w14:textId="77777777" w:rsidR="00DF5295" w:rsidRDefault="00000000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1EF1FCF8" wp14:editId="448271A9">
            <wp:extent cx="2148840" cy="149912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t_mcq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48840" cy="149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5ACCA3" w14:textId="77777777" w:rsidR="00DF5295" w:rsidRDefault="00000000">
      <w:pPr>
        <w:keepNext/>
        <w:spacing w:after="0" w:line="240" w:lineRule="auto"/>
        <w:ind w:left="510" w:hanging="255"/>
      </w:pPr>
      <w:r>
        <w:rPr>
          <w:b/>
          <w:color w:val="CC3300"/>
          <w:sz w:val="24"/>
        </w:rPr>
        <w:t>A.</w:t>
      </w:r>
      <w:r>
        <w:rPr>
          <w:color w:val="000000"/>
          <w:sz w:val="24"/>
        </w:rPr>
        <w:t xml:space="preserve"> đứng yên.</w:t>
      </w:r>
    </w:p>
    <w:p w14:paraId="75696560" w14:textId="77777777" w:rsidR="00DF5295" w:rsidRDefault="00000000">
      <w:pPr>
        <w:keepNext/>
        <w:spacing w:after="0" w:line="240" w:lineRule="auto"/>
        <w:ind w:left="510" w:hanging="255"/>
      </w:pPr>
      <w:r>
        <w:rPr>
          <w:b/>
          <w:color w:val="CC3300"/>
          <w:sz w:val="24"/>
        </w:rPr>
        <w:t>B.</w:t>
      </w:r>
      <w:r>
        <w:rPr>
          <w:color w:val="000000"/>
          <w:sz w:val="24"/>
        </w:rPr>
        <w:t xml:space="preserve"> chuyển động theo chiều dương.</w:t>
      </w:r>
    </w:p>
    <w:p w14:paraId="6762FDBF" w14:textId="77777777" w:rsidR="00DF5295" w:rsidRDefault="00000000">
      <w:pPr>
        <w:keepNext/>
        <w:spacing w:after="0" w:line="240" w:lineRule="auto"/>
        <w:ind w:left="510" w:hanging="255"/>
      </w:pPr>
      <w:r>
        <w:rPr>
          <w:b/>
          <w:color w:val="CC3300"/>
          <w:sz w:val="24"/>
        </w:rPr>
        <w:t>C.</w:t>
      </w:r>
      <w:r>
        <w:rPr>
          <w:color w:val="000000"/>
          <w:sz w:val="24"/>
        </w:rPr>
        <w:t xml:space="preserve"> chuyển động theo chiều âm.</w:t>
      </w:r>
    </w:p>
    <w:p w14:paraId="5BAD7B8D" w14:textId="77777777" w:rsidR="00DF5295" w:rsidRDefault="00000000">
      <w:pPr>
        <w:spacing w:after="0" w:line="240" w:lineRule="auto"/>
        <w:ind w:left="510" w:hanging="255"/>
      </w:pPr>
      <w:r>
        <w:rPr>
          <w:b/>
          <w:color w:val="CC3300"/>
          <w:sz w:val="24"/>
        </w:rPr>
        <w:t>D.</w:t>
      </w:r>
      <w:r>
        <w:rPr>
          <w:color w:val="000000"/>
          <w:sz w:val="24"/>
        </w:rPr>
        <w:t xml:space="preserve"> nhanh dần đều.</w:t>
      </w:r>
    </w:p>
    <w:p w14:paraId="2969B108" w14:textId="77777777" w:rsidR="00DF5295" w:rsidRDefault="00000000">
      <w:pPr>
        <w:spacing w:after="0" w:line="240" w:lineRule="auto"/>
      </w:pPr>
      <w:r>
        <w:rPr>
          <w:b/>
          <w:color w:val="000000"/>
          <w:sz w:val="24"/>
        </w:rPr>
        <w:t>Đáp án: A</w:t>
      </w:r>
    </w:p>
    <w:p w14:paraId="56B94D75" w14:textId="77777777" w:rsidR="00DF5295" w:rsidRDefault="00000000">
      <w:pPr>
        <w:spacing w:after="0" w:line="240" w:lineRule="auto"/>
      </w:pPr>
      <w:r>
        <w:rPr>
          <w:color w:val="000000"/>
          <w:sz w:val="24"/>
        </w:rPr>
        <w:t>Đoạn đồ thị từ 2 s đến 4 s nằm ngang nên tọa độ không đổi, vật đứng yên.</w:t>
      </w:r>
    </w:p>
    <w:p w14:paraId="1DDD5B45" w14:textId="77777777" w:rsidR="00DF5295" w:rsidRDefault="00000000">
      <w:pPr>
        <w:keepNext/>
        <w:spacing w:after="0" w:line="240" w:lineRule="auto"/>
      </w:pPr>
      <w:r>
        <w:rPr>
          <w:b/>
          <w:color w:val="000000"/>
          <w:sz w:val="24"/>
        </w:rPr>
        <w:t xml:space="preserve">Câu 12. </w:t>
      </w:r>
      <w:r>
        <w:rPr>
          <w:color w:val="000000"/>
          <w:sz w:val="24"/>
        </w:rPr>
        <w:t>Từ đồ thị ở Câu 11, vận tốc của vật trong khoảng từ 4 s đến 6 s bằng</w:t>
      </w:r>
    </w:p>
    <w:p w14:paraId="500330C5" w14:textId="77777777" w:rsidR="00DF5295" w:rsidRDefault="00000000">
      <w:pPr>
        <w:keepNext/>
        <w:spacing w:after="0" w:line="240" w:lineRule="auto"/>
        <w:ind w:left="510" w:hanging="255"/>
      </w:pPr>
      <w:r>
        <w:rPr>
          <w:b/>
          <w:color w:val="CC3300"/>
          <w:sz w:val="24"/>
        </w:rPr>
        <w:t>A.</w:t>
      </w:r>
      <w:r>
        <w:rPr>
          <w:color w:val="000000"/>
          <w:sz w:val="24"/>
        </w:rPr>
        <w:t xml:space="preserve"> −3 m/s.</w:t>
      </w:r>
    </w:p>
    <w:p w14:paraId="2572D314" w14:textId="77777777" w:rsidR="00DF5295" w:rsidRDefault="00000000">
      <w:pPr>
        <w:keepNext/>
        <w:spacing w:after="0" w:line="240" w:lineRule="auto"/>
        <w:ind w:left="510" w:hanging="255"/>
      </w:pPr>
      <w:r>
        <w:rPr>
          <w:b/>
          <w:color w:val="CC3300"/>
          <w:sz w:val="24"/>
        </w:rPr>
        <w:t>B.</w:t>
      </w:r>
      <w:r>
        <w:rPr>
          <w:color w:val="000000"/>
          <w:sz w:val="24"/>
        </w:rPr>
        <w:t xml:space="preserve"> −2 m/s.</w:t>
      </w:r>
    </w:p>
    <w:p w14:paraId="4118741E" w14:textId="77777777" w:rsidR="00DF5295" w:rsidRDefault="00000000">
      <w:pPr>
        <w:keepNext/>
        <w:spacing w:after="0" w:line="240" w:lineRule="auto"/>
        <w:ind w:left="510" w:hanging="255"/>
      </w:pPr>
      <w:r>
        <w:rPr>
          <w:b/>
          <w:color w:val="CC3300"/>
          <w:sz w:val="24"/>
        </w:rPr>
        <w:t>C.</w:t>
      </w:r>
      <w:r>
        <w:rPr>
          <w:color w:val="000000"/>
          <w:sz w:val="24"/>
        </w:rPr>
        <w:t xml:space="preserve"> 2 m/s.</w:t>
      </w:r>
    </w:p>
    <w:p w14:paraId="622B722C" w14:textId="77777777" w:rsidR="00DF5295" w:rsidRDefault="00000000">
      <w:pPr>
        <w:spacing w:after="0" w:line="240" w:lineRule="auto"/>
        <w:ind w:left="510" w:hanging="255"/>
      </w:pPr>
      <w:r>
        <w:rPr>
          <w:b/>
          <w:color w:val="CC3300"/>
          <w:sz w:val="24"/>
        </w:rPr>
        <w:t>D.</w:t>
      </w:r>
      <w:r>
        <w:rPr>
          <w:color w:val="000000"/>
          <w:sz w:val="24"/>
        </w:rPr>
        <w:t xml:space="preserve"> 3 m/s.</w:t>
      </w:r>
    </w:p>
    <w:p w14:paraId="37C7E291" w14:textId="77777777" w:rsidR="00DF5295" w:rsidRDefault="00000000">
      <w:pPr>
        <w:spacing w:after="0" w:line="240" w:lineRule="auto"/>
      </w:pPr>
      <w:r>
        <w:rPr>
          <w:b/>
          <w:color w:val="000000"/>
          <w:sz w:val="24"/>
        </w:rPr>
        <w:t>Đáp án: A</w:t>
      </w:r>
    </w:p>
    <w:p w14:paraId="0A4BB3B0" w14:textId="77777777" w:rsidR="00DF5295" w:rsidRDefault="00000000">
      <w:pPr>
        <w:spacing w:after="0" w:line="240" w:lineRule="auto"/>
      </w:pPr>
      <w:r>
        <w:rPr>
          <w:color w:val="000000"/>
          <w:sz w:val="24"/>
        </w:rPr>
        <w:t xml:space="preserve">Trong khoảng từ 4 s đến 6 s, </w:t>
      </w:r>
      <m:oMath>
        <m:r>
          <w:rPr>
            <w:rFonts w:ascii="Cambria Math" w:hAnsi="Cambria Math"/>
          </w:rPr>
          <m:t>v = (0 - 6)/(6 - 4) = -3 m/s</m:t>
        </m:r>
      </m:oMath>
      <w:r>
        <w:rPr>
          <w:color w:val="000000"/>
          <w:sz w:val="24"/>
        </w:rPr>
        <w:t>.</w:t>
      </w:r>
    </w:p>
    <w:p w14:paraId="153926B4" w14:textId="77777777" w:rsidR="00DF5295" w:rsidRDefault="00000000">
      <w:pPr>
        <w:keepNext/>
        <w:spacing w:after="0" w:line="240" w:lineRule="auto"/>
      </w:pPr>
      <w:r>
        <w:rPr>
          <w:b/>
          <w:color w:val="000000"/>
          <w:sz w:val="24"/>
        </w:rPr>
        <w:t xml:space="preserve">Câu 13. </w:t>
      </w:r>
      <w:r>
        <w:rPr>
          <w:color w:val="000000"/>
          <w:sz w:val="24"/>
        </w:rPr>
        <w:t>Vectơ gia tốc đặc trưng cho</w:t>
      </w:r>
    </w:p>
    <w:p w14:paraId="4C8E90F8" w14:textId="77777777" w:rsidR="00DF5295" w:rsidRDefault="00000000">
      <w:pPr>
        <w:keepNext/>
        <w:spacing w:after="0" w:line="240" w:lineRule="auto"/>
        <w:ind w:left="510" w:hanging="255"/>
      </w:pPr>
      <w:r>
        <w:rPr>
          <w:b/>
          <w:color w:val="CC3300"/>
          <w:sz w:val="24"/>
        </w:rPr>
        <w:t>A.</w:t>
      </w:r>
      <w:r>
        <w:rPr>
          <w:color w:val="000000"/>
          <w:sz w:val="24"/>
        </w:rPr>
        <w:t xml:space="preserve"> độ nhanh chậm của chuyển động.</w:t>
      </w:r>
    </w:p>
    <w:p w14:paraId="145C622C" w14:textId="77777777" w:rsidR="00DF5295" w:rsidRDefault="00000000">
      <w:pPr>
        <w:keepNext/>
        <w:spacing w:after="0" w:line="240" w:lineRule="auto"/>
        <w:ind w:left="510" w:hanging="255"/>
      </w:pPr>
      <w:r>
        <w:rPr>
          <w:b/>
          <w:color w:val="CC3300"/>
          <w:sz w:val="24"/>
        </w:rPr>
        <w:t>B.</w:t>
      </w:r>
      <w:r>
        <w:rPr>
          <w:color w:val="000000"/>
          <w:sz w:val="24"/>
        </w:rPr>
        <w:t xml:space="preserve"> mức độ thay đổi của vận tốc theo thời gian.</w:t>
      </w:r>
    </w:p>
    <w:p w14:paraId="372EF0ED" w14:textId="77777777" w:rsidR="00DF5295" w:rsidRDefault="00000000">
      <w:pPr>
        <w:keepNext/>
        <w:spacing w:after="0" w:line="240" w:lineRule="auto"/>
        <w:ind w:left="510" w:hanging="255"/>
      </w:pPr>
      <w:r>
        <w:rPr>
          <w:b/>
          <w:color w:val="CC3300"/>
          <w:sz w:val="24"/>
        </w:rPr>
        <w:t>C.</w:t>
      </w:r>
      <w:r>
        <w:rPr>
          <w:color w:val="000000"/>
          <w:sz w:val="24"/>
        </w:rPr>
        <w:t xml:space="preserve"> vị trí của vật trong không gian.</w:t>
      </w:r>
    </w:p>
    <w:p w14:paraId="1EDD7DC1" w14:textId="77777777" w:rsidR="00DF5295" w:rsidRDefault="00000000">
      <w:pPr>
        <w:spacing w:after="0" w:line="240" w:lineRule="auto"/>
        <w:ind w:left="510" w:hanging="255"/>
      </w:pPr>
      <w:r>
        <w:rPr>
          <w:b/>
          <w:color w:val="CC3300"/>
          <w:sz w:val="24"/>
        </w:rPr>
        <w:t>D.</w:t>
      </w:r>
      <w:r>
        <w:rPr>
          <w:color w:val="000000"/>
          <w:sz w:val="24"/>
        </w:rPr>
        <w:t xml:space="preserve"> độ dài quỹ đạo chuyển động.</w:t>
      </w:r>
    </w:p>
    <w:p w14:paraId="322E1DCB" w14:textId="77777777" w:rsidR="00DF5295" w:rsidRDefault="00000000">
      <w:pPr>
        <w:spacing w:after="0" w:line="240" w:lineRule="auto"/>
      </w:pPr>
      <w:r>
        <w:rPr>
          <w:b/>
          <w:color w:val="000000"/>
          <w:sz w:val="24"/>
        </w:rPr>
        <w:t>Đáp án: B</w:t>
      </w:r>
    </w:p>
    <w:p w14:paraId="2E39D5EE" w14:textId="77777777" w:rsidR="00DF5295" w:rsidRDefault="00000000">
      <w:pPr>
        <w:spacing w:after="0" w:line="240" w:lineRule="auto"/>
      </w:pPr>
      <w:r>
        <w:rPr>
          <w:color w:val="000000"/>
          <w:sz w:val="24"/>
        </w:rPr>
        <w:t>Gia tốc là đại lượng đặc trưng cho mức độ biến thiên của vận tốc theo thời gian.</w:t>
      </w:r>
    </w:p>
    <w:p w14:paraId="7BD0D57D" w14:textId="77777777" w:rsidR="00DF5295" w:rsidRDefault="00000000">
      <w:pPr>
        <w:keepNext/>
        <w:spacing w:after="0" w:line="240" w:lineRule="auto"/>
      </w:pPr>
      <w:r>
        <w:rPr>
          <w:b/>
          <w:color w:val="000000"/>
          <w:sz w:val="24"/>
        </w:rPr>
        <w:t xml:space="preserve">Câu 14. </w:t>
      </w:r>
      <w:r>
        <w:rPr>
          <w:color w:val="000000"/>
          <w:sz w:val="24"/>
        </w:rPr>
        <w:t>Một vật đang chuyển động theo chiều dương nhưng chậm dần đều. Khi chọn chiều dương là chiều chuyển động thì</w:t>
      </w:r>
    </w:p>
    <w:p w14:paraId="159B07EF" w14:textId="77777777" w:rsidR="00DF5295" w:rsidRDefault="00000000">
      <w:pPr>
        <w:keepNext/>
        <w:spacing w:after="0" w:line="240" w:lineRule="auto"/>
        <w:ind w:left="510" w:hanging="255"/>
      </w:pPr>
      <w:r>
        <w:rPr>
          <w:b/>
          <w:color w:val="CC3300"/>
          <w:sz w:val="24"/>
        </w:rPr>
        <w:t>A.</w:t>
      </w:r>
      <w:r>
        <w:rPr>
          <w:color w:val="000000"/>
          <w:sz w:val="24"/>
        </w:rPr>
        <w:t xml:space="preserve"> v &gt; 0 và a &gt; 0.</w:t>
      </w:r>
    </w:p>
    <w:p w14:paraId="778C2879" w14:textId="77777777" w:rsidR="00DF5295" w:rsidRDefault="00000000">
      <w:pPr>
        <w:keepNext/>
        <w:spacing w:after="0" w:line="240" w:lineRule="auto"/>
        <w:ind w:left="510" w:hanging="255"/>
      </w:pPr>
      <w:r>
        <w:rPr>
          <w:b/>
          <w:color w:val="CC3300"/>
          <w:sz w:val="24"/>
        </w:rPr>
        <w:t>B.</w:t>
      </w:r>
      <w:r>
        <w:rPr>
          <w:color w:val="000000"/>
          <w:sz w:val="24"/>
        </w:rPr>
        <w:t xml:space="preserve"> </w:t>
      </w:r>
      <m:oMath>
        <m:r>
          <w:rPr>
            <w:rFonts w:ascii="Cambria Math" w:hAnsi="Cambria Math"/>
          </w:rPr>
          <m:t>v &lt; 0</m:t>
        </m:r>
      </m:oMath>
      <w:r>
        <w:rPr>
          <w:color w:val="000000"/>
          <w:sz w:val="24"/>
        </w:rPr>
        <w:t xml:space="preserve"> và a &gt; 0.</w:t>
      </w:r>
    </w:p>
    <w:p w14:paraId="56F9A331" w14:textId="77777777" w:rsidR="00DF5295" w:rsidRDefault="00000000">
      <w:pPr>
        <w:keepNext/>
        <w:spacing w:after="0" w:line="240" w:lineRule="auto"/>
        <w:ind w:left="510" w:hanging="255"/>
      </w:pPr>
      <w:r>
        <w:rPr>
          <w:b/>
          <w:color w:val="CC3300"/>
          <w:sz w:val="24"/>
        </w:rPr>
        <w:t>C.</w:t>
      </w:r>
      <w:r>
        <w:rPr>
          <w:color w:val="000000"/>
          <w:sz w:val="24"/>
        </w:rPr>
        <w:t xml:space="preserve"> v &gt; 0 và </w:t>
      </w:r>
      <m:oMath>
        <m:r>
          <w:rPr>
            <w:rFonts w:ascii="Cambria Math" w:hAnsi="Cambria Math"/>
          </w:rPr>
          <m:t>a &lt; 0</m:t>
        </m:r>
      </m:oMath>
      <w:r>
        <w:rPr>
          <w:color w:val="000000"/>
          <w:sz w:val="24"/>
        </w:rPr>
        <w:t>.</w:t>
      </w:r>
    </w:p>
    <w:p w14:paraId="41F664BE" w14:textId="77777777" w:rsidR="00DF5295" w:rsidRDefault="00000000">
      <w:pPr>
        <w:spacing w:after="0" w:line="240" w:lineRule="auto"/>
        <w:ind w:left="510" w:hanging="255"/>
      </w:pPr>
      <w:r>
        <w:rPr>
          <w:b/>
          <w:color w:val="CC3300"/>
          <w:sz w:val="24"/>
        </w:rPr>
        <w:t>D.</w:t>
      </w:r>
      <w:r>
        <w:rPr>
          <w:color w:val="000000"/>
          <w:sz w:val="24"/>
        </w:rPr>
        <w:t xml:space="preserve"> </w:t>
      </w:r>
      <m:oMath>
        <m:r>
          <w:rPr>
            <w:rFonts w:ascii="Cambria Math" w:hAnsi="Cambria Math"/>
          </w:rPr>
          <m:t>v &lt; 0</m:t>
        </m:r>
      </m:oMath>
      <w:r>
        <w:rPr>
          <w:color w:val="000000"/>
          <w:sz w:val="24"/>
        </w:rPr>
        <w:t xml:space="preserve"> và </w:t>
      </w:r>
      <m:oMath>
        <m:r>
          <w:rPr>
            <w:rFonts w:ascii="Cambria Math" w:hAnsi="Cambria Math"/>
          </w:rPr>
          <m:t>a &lt; 0</m:t>
        </m:r>
      </m:oMath>
      <w:r>
        <w:rPr>
          <w:color w:val="000000"/>
          <w:sz w:val="24"/>
        </w:rPr>
        <w:t>.</w:t>
      </w:r>
    </w:p>
    <w:p w14:paraId="2483B3FA" w14:textId="77777777" w:rsidR="00DF5295" w:rsidRDefault="00000000">
      <w:pPr>
        <w:spacing w:after="0" w:line="240" w:lineRule="auto"/>
      </w:pPr>
      <w:r>
        <w:rPr>
          <w:b/>
          <w:color w:val="000000"/>
          <w:sz w:val="24"/>
        </w:rPr>
        <w:t>Đáp án: C</w:t>
      </w:r>
    </w:p>
    <w:p w14:paraId="6B9C4753" w14:textId="77777777" w:rsidR="00DF5295" w:rsidRDefault="00000000">
      <w:pPr>
        <w:spacing w:after="0" w:line="240" w:lineRule="auto"/>
      </w:pPr>
      <w:r>
        <w:rPr>
          <w:color w:val="000000"/>
          <w:sz w:val="24"/>
        </w:rPr>
        <w:t xml:space="preserve">Vật chuyển động theo chiều dương nên v &gt; 0; chậm dần nên gia tốc ngược chiều vận tốc, </w:t>
      </w:r>
      <m:oMath>
        <m:r>
          <w:rPr>
            <w:rFonts w:ascii="Cambria Math" w:hAnsi="Cambria Math"/>
          </w:rPr>
          <m:t>a &lt; 0</m:t>
        </m:r>
      </m:oMath>
      <w:r>
        <w:rPr>
          <w:color w:val="000000"/>
          <w:sz w:val="24"/>
        </w:rPr>
        <w:t>.</w:t>
      </w:r>
    </w:p>
    <w:p w14:paraId="65691C42" w14:textId="77777777" w:rsidR="00DF5295" w:rsidRDefault="00000000">
      <w:pPr>
        <w:keepNext/>
        <w:spacing w:after="0" w:line="240" w:lineRule="auto"/>
      </w:pPr>
      <w:r>
        <w:rPr>
          <w:b/>
          <w:color w:val="000000"/>
          <w:sz w:val="24"/>
        </w:rPr>
        <w:t xml:space="preserve">Câu 15. </w:t>
      </w:r>
      <w:r>
        <w:rPr>
          <w:color w:val="000000"/>
          <w:sz w:val="24"/>
        </w:rPr>
        <w:t>Trong chuyển động thẳng biến đổi đều, gia tốc của vật</w:t>
      </w:r>
    </w:p>
    <w:p w14:paraId="0C6DF967" w14:textId="77777777" w:rsidR="00DF5295" w:rsidRDefault="00000000">
      <w:pPr>
        <w:keepNext/>
        <w:spacing w:after="0" w:line="240" w:lineRule="auto"/>
        <w:ind w:left="510" w:hanging="255"/>
      </w:pPr>
      <w:r>
        <w:rPr>
          <w:b/>
          <w:color w:val="CC3300"/>
          <w:sz w:val="24"/>
        </w:rPr>
        <w:t>A.</w:t>
      </w:r>
      <w:r>
        <w:rPr>
          <w:color w:val="000000"/>
          <w:sz w:val="24"/>
        </w:rPr>
        <w:t xml:space="preserve"> không đổi theo thời gian.</w:t>
      </w:r>
    </w:p>
    <w:p w14:paraId="7205ADB2" w14:textId="77777777" w:rsidR="00DF5295" w:rsidRDefault="00000000">
      <w:pPr>
        <w:keepNext/>
        <w:spacing w:after="0" w:line="240" w:lineRule="auto"/>
        <w:ind w:left="510" w:hanging="255"/>
      </w:pPr>
      <w:r>
        <w:rPr>
          <w:b/>
          <w:color w:val="CC3300"/>
          <w:sz w:val="24"/>
        </w:rPr>
        <w:t>B.</w:t>
      </w:r>
      <w:r>
        <w:rPr>
          <w:color w:val="000000"/>
          <w:sz w:val="24"/>
        </w:rPr>
        <w:t xml:space="preserve"> luôn cùng chiều vận tốc.</w:t>
      </w:r>
    </w:p>
    <w:p w14:paraId="5EE5783A" w14:textId="77777777" w:rsidR="00DF5295" w:rsidRDefault="00000000">
      <w:pPr>
        <w:keepNext/>
        <w:spacing w:after="0" w:line="240" w:lineRule="auto"/>
        <w:ind w:left="510" w:hanging="255"/>
      </w:pPr>
      <w:r>
        <w:rPr>
          <w:b/>
          <w:color w:val="CC3300"/>
          <w:sz w:val="24"/>
        </w:rPr>
        <w:t>C.</w:t>
      </w:r>
      <w:r>
        <w:rPr>
          <w:color w:val="000000"/>
          <w:sz w:val="24"/>
        </w:rPr>
        <w:t xml:space="preserve"> tăng đều theo thời gian.</w:t>
      </w:r>
    </w:p>
    <w:p w14:paraId="24423EEF" w14:textId="77777777" w:rsidR="00DF5295" w:rsidRDefault="00000000">
      <w:pPr>
        <w:spacing w:after="0" w:line="240" w:lineRule="auto"/>
        <w:ind w:left="510" w:hanging="255"/>
      </w:pPr>
      <w:r>
        <w:rPr>
          <w:b/>
          <w:color w:val="CC3300"/>
          <w:sz w:val="24"/>
        </w:rPr>
        <w:t>D.</w:t>
      </w:r>
      <w:r>
        <w:rPr>
          <w:color w:val="000000"/>
          <w:sz w:val="24"/>
        </w:rPr>
        <w:t xml:space="preserve"> luôn có độ lớn bằng tốc độ.</w:t>
      </w:r>
    </w:p>
    <w:p w14:paraId="1C7525F3" w14:textId="77777777" w:rsidR="00DF5295" w:rsidRDefault="00000000">
      <w:pPr>
        <w:spacing w:after="0" w:line="240" w:lineRule="auto"/>
      </w:pPr>
      <w:r>
        <w:rPr>
          <w:b/>
          <w:color w:val="000000"/>
          <w:sz w:val="24"/>
        </w:rPr>
        <w:t>Đáp án: A</w:t>
      </w:r>
    </w:p>
    <w:p w14:paraId="553DADEC" w14:textId="77777777" w:rsidR="00DF5295" w:rsidRDefault="00000000">
      <w:pPr>
        <w:spacing w:after="0" w:line="240" w:lineRule="auto"/>
      </w:pPr>
      <w:r>
        <w:rPr>
          <w:color w:val="000000"/>
          <w:sz w:val="24"/>
        </w:rPr>
        <w:t>Chuyển động thẳng biến đổi đều là chuyển động có gia tốc không đổi theo thời gian.</w:t>
      </w:r>
    </w:p>
    <w:p w14:paraId="3A461DFC" w14:textId="77777777" w:rsidR="00DF5295" w:rsidRDefault="00000000">
      <w:pPr>
        <w:keepNext/>
        <w:spacing w:after="0" w:line="240" w:lineRule="auto"/>
      </w:pPr>
      <w:r>
        <w:rPr>
          <w:b/>
          <w:color w:val="000000"/>
          <w:sz w:val="24"/>
        </w:rPr>
        <w:lastRenderedPageBreak/>
        <w:t xml:space="preserve">Câu 16. </w:t>
      </w:r>
      <w:r>
        <w:rPr>
          <w:color w:val="000000"/>
          <w:sz w:val="24"/>
        </w:rPr>
        <w:t>Một xe máy tăng tốc đều từ 8 m/s lên 20 m/s trên quãng đường 42 m. Gia tốc của xe bằng</w:t>
      </w:r>
    </w:p>
    <w:p w14:paraId="2EF931ED" w14:textId="77777777" w:rsidR="00DF5295" w:rsidRDefault="00000000">
      <w:pPr>
        <w:keepNext/>
        <w:spacing w:after="0" w:line="240" w:lineRule="auto"/>
        <w:ind w:left="510" w:hanging="255"/>
      </w:pPr>
      <w:r>
        <w:rPr>
          <w:b/>
          <w:color w:val="CC3300"/>
          <w:sz w:val="24"/>
        </w:rPr>
        <w:t>A.</w:t>
      </w:r>
      <w:r>
        <w:rPr>
          <w:color w:val="000000"/>
          <w:sz w:val="24"/>
        </w:rPr>
        <w:t xml:space="preserve"> 2 m/s².</w:t>
      </w:r>
    </w:p>
    <w:p w14:paraId="28FD21B9" w14:textId="77777777" w:rsidR="00DF5295" w:rsidRDefault="00000000">
      <w:pPr>
        <w:keepNext/>
        <w:spacing w:after="0" w:line="240" w:lineRule="auto"/>
        <w:ind w:left="510" w:hanging="255"/>
      </w:pPr>
      <w:r>
        <w:rPr>
          <w:b/>
          <w:color w:val="CC3300"/>
          <w:sz w:val="24"/>
        </w:rPr>
        <w:t>B.</w:t>
      </w:r>
      <w:r>
        <w:rPr>
          <w:color w:val="000000"/>
          <w:sz w:val="24"/>
        </w:rPr>
        <w:t xml:space="preserve"> 4 m/s².</w:t>
      </w:r>
    </w:p>
    <w:p w14:paraId="12037AC5" w14:textId="77777777" w:rsidR="00DF5295" w:rsidRDefault="00000000">
      <w:pPr>
        <w:keepNext/>
        <w:spacing w:after="0" w:line="240" w:lineRule="auto"/>
        <w:ind w:left="510" w:hanging="255"/>
      </w:pPr>
      <w:r>
        <w:rPr>
          <w:b/>
          <w:color w:val="CC3300"/>
          <w:sz w:val="24"/>
        </w:rPr>
        <w:t>C.</w:t>
      </w:r>
      <w:r>
        <w:rPr>
          <w:color w:val="000000"/>
          <w:sz w:val="24"/>
        </w:rPr>
        <w:t xml:space="preserve"> 6 m/s².</w:t>
      </w:r>
    </w:p>
    <w:p w14:paraId="2A8992C3" w14:textId="77777777" w:rsidR="00DF5295" w:rsidRDefault="00000000">
      <w:pPr>
        <w:spacing w:after="0" w:line="240" w:lineRule="auto"/>
        <w:ind w:left="510" w:hanging="255"/>
      </w:pPr>
      <w:r>
        <w:rPr>
          <w:b/>
          <w:color w:val="CC3300"/>
          <w:sz w:val="24"/>
        </w:rPr>
        <w:t>D.</w:t>
      </w:r>
      <w:r>
        <w:rPr>
          <w:color w:val="000000"/>
          <w:sz w:val="24"/>
        </w:rPr>
        <w:t xml:space="preserve"> 8 m/s².</w:t>
      </w:r>
    </w:p>
    <w:p w14:paraId="7AD00958" w14:textId="77777777" w:rsidR="00DF5295" w:rsidRDefault="00000000">
      <w:pPr>
        <w:spacing w:after="0" w:line="240" w:lineRule="auto"/>
      </w:pPr>
      <w:r>
        <w:rPr>
          <w:b/>
          <w:color w:val="000000"/>
          <w:sz w:val="24"/>
        </w:rPr>
        <w:t>Đáp án: B</w:t>
      </w:r>
    </w:p>
    <w:p w14:paraId="1A037240" w14:textId="77777777" w:rsidR="00DF5295" w:rsidRDefault="00000000">
      <w:pPr>
        <w:spacing w:after="0" w:line="240" w:lineRule="auto"/>
      </w:pPr>
      <w:r>
        <w:rPr>
          <w:color w:val="000000"/>
          <w:sz w:val="24"/>
        </w:rPr>
        <w:t xml:space="preserve">Áp dụng </w:t>
      </w:r>
      <m:oMath>
        <m:r>
          <w:rPr>
            <w:rFonts w:ascii="Cambria Math" w:hAnsi="Cambria Math"/>
          </w:rPr>
          <m:t>v² - v₀² = 2as: a = (20² - 8²)/(2 × 42) = 4 m/s²</m:t>
        </m:r>
      </m:oMath>
      <w:r>
        <w:rPr>
          <w:color w:val="000000"/>
          <w:sz w:val="24"/>
        </w:rPr>
        <w:t>.</w:t>
      </w:r>
    </w:p>
    <w:p w14:paraId="1142CFB4" w14:textId="77777777" w:rsidR="00DF5295" w:rsidRDefault="00000000">
      <w:pPr>
        <w:keepNext/>
        <w:spacing w:after="0" w:line="240" w:lineRule="auto"/>
      </w:pPr>
      <w:r>
        <w:rPr>
          <w:b/>
          <w:color w:val="000000"/>
          <w:sz w:val="24"/>
        </w:rPr>
        <w:t xml:space="preserve">Câu 17. </w:t>
      </w:r>
      <w:r>
        <w:rPr>
          <w:color w:val="000000"/>
          <w:sz w:val="24"/>
        </w:rPr>
        <w:t>Trong rơi tự do từ trạng thái nghỉ, quãng đường vật đi được trong các giây liên tiếp</w:t>
      </w:r>
    </w:p>
    <w:p w14:paraId="4B26E6AF" w14:textId="77777777" w:rsidR="00DF5295" w:rsidRDefault="00000000">
      <w:pPr>
        <w:keepNext/>
        <w:spacing w:after="0" w:line="240" w:lineRule="auto"/>
        <w:ind w:left="510" w:hanging="255"/>
      </w:pPr>
      <w:r>
        <w:rPr>
          <w:b/>
          <w:color w:val="CC3300"/>
          <w:sz w:val="24"/>
        </w:rPr>
        <w:t>A.</w:t>
      </w:r>
      <w:r>
        <w:rPr>
          <w:color w:val="000000"/>
          <w:sz w:val="24"/>
        </w:rPr>
        <w:t xml:space="preserve"> bằng nhau.</w:t>
      </w:r>
    </w:p>
    <w:p w14:paraId="2E6CAD8E" w14:textId="77777777" w:rsidR="00DF5295" w:rsidRDefault="00000000">
      <w:pPr>
        <w:keepNext/>
        <w:spacing w:after="0" w:line="240" w:lineRule="auto"/>
        <w:ind w:left="510" w:hanging="255"/>
      </w:pPr>
      <w:r>
        <w:rPr>
          <w:b/>
          <w:color w:val="CC3300"/>
          <w:sz w:val="24"/>
        </w:rPr>
        <w:t>B.</w:t>
      </w:r>
      <w:r>
        <w:rPr>
          <w:color w:val="000000"/>
          <w:sz w:val="24"/>
        </w:rPr>
        <w:t xml:space="preserve"> tăng theo tỉ lệ các số lẻ 1 : 3 : 5 : …</w:t>
      </w:r>
    </w:p>
    <w:p w14:paraId="1A4ADC3B" w14:textId="77777777" w:rsidR="00DF5295" w:rsidRDefault="00000000">
      <w:pPr>
        <w:keepNext/>
        <w:spacing w:after="0" w:line="240" w:lineRule="auto"/>
        <w:ind w:left="510" w:hanging="255"/>
      </w:pPr>
      <w:r>
        <w:rPr>
          <w:b/>
          <w:color w:val="CC3300"/>
          <w:sz w:val="24"/>
        </w:rPr>
        <w:t>C.</w:t>
      </w:r>
      <w:r>
        <w:rPr>
          <w:color w:val="000000"/>
          <w:sz w:val="24"/>
        </w:rPr>
        <w:t xml:space="preserve"> tăng theo tỉ lệ 1 : 2 : 3 : …</w:t>
      </w:r>
    </w:p>
    <w:p w14:paraId="44EF8D63" w14:textId="77777777" w:rsidR="00DF5295" w:rsidRDefault="00000000">
      <w:pPr>
        <w:spacing w:after="0" w:line="240" w:lineRule="auto"/>
        <w:ind w:left="510" w:hanging="255"/>
      </w:pPr>
      <w:r>
        <w:rPr>
          <w:b/>
          <w:color w:val="CC3300"/>
          <w:sz w:val="24"/>
        </w:rPr>
        <w:t>D.</w:t>
      </w:r>
      <w:r>
        <w:rPr>
          <w:color w:val="000000"/>
          <w:sz w:val="24"/>
        </w:rPr>
        <w:t xml:space="preserve"> giảm dần.</w:t>
      </w:r>
    </w:p>
    <w:p w14:paraId="350FF385" w14:textId="77777777" w:rsidR="00DF5295" w:rsidRDefault="00000000">
      <w:pPr>
        <w:spacing w:after="0" w:line="240" w:lineRule="auto"/>
      </w:pPr>
      <w:r>
        <w:rPr>
          <w:b/>
          <w:color w:val="000000"/>
          <w:sz w:val="24"/>
        </w:rPr>
        <w:t>Đáp án: B</w:t>
      </w:r>
    </w:p>
    <w:p w14:paraId="3FFE0604" w14:textId="77777777" w:rsidR="00DF5295" w:rsidRDefault="00000000">
      <w:pPr>
        <w:spacing w:after="0" w:line="240" w:lineRule="auto"/>
      </w:pPr>
      <w:r>
        <w:rPr>
          <w:color w:val="000000"/>
          <w:sz w:val="24"/>
        </w:rPr>
        <w:t>Trong các giây liên tiếp kể từ lúc thả, quãng đường tỉ lệ với 1 : 3 : 5 : …</w:t>
      </w:r>
    </w:p>
    <w:p w14:paraId="0F3992FC" w14:textId="77777777" w:rsidR="00DF5295" w:rsidRDefault="00000000">
      <w:pPr>
        <w:keepNext/>
        <w:spacing w:after="0" w:line="240" w:lineRule="auto"/>
      </w:pPr>
      <w:r>
        <w:rPr>
          <w:b/>
          <w:color w:val="000000"/>
          <w:sz w:val="24"/>
        </w:rPr>
        <w:t xml:space="preserve">Câu 18. </w:t>
      </w:r>
      <w:r>
        <w:rPr>
          <w:color w:val="000000"/>
          <w:sz w:val="24"/>
        </w:rPr>
        <w:t>Vật rơi tự do từ trạng thái nghỉ qua độ cao h. Tốc độ ngay trước khi chạm đất thỏa mãn</w:t>
      </w:r>
    </w:p>
    <w:p w14:paraId="2EC8849F" w14:textId="77777777" w:rsidR="00DF5295" w:rsidRDefault="00000000">
      <w:pPr>
        <w:keepNext/>
        <w:spacing w:after="0" w:line="240" w:lineRule="auto"/>
        <w:ind w:left="510" w:hanging="255"/>
      </w:pPr>
      <w:r>
        <w:rPr>
          <w:b/>
          <w:color w:val="CC3300"/>
          <w:sz w:val="24"/>
        </w:rPr>
        <w:t>A.</w:t>
      </w:r>
      <w:r>
        <w:rPr>
          <w:color w:val="000000"/>
          <w:sz w:val="24"/>
        </w:rPr>
        <w:t xml:space="preserve"> </w:t>
      </w:r>
      <m:oMath>
        <m:r>
          <w:rPr>
            <w:rFonts w:ascii="Cambria Math" w:hAnsi="Cambria Math"/>
          </w:rPr>
          <m:t>v² = 2gh</m:t>
        </m:r>
      </m:oMath>
      <w:r>
        <w:rPr>
          <w:color w:val="000000"/>
          <w:sz w:val="24"/>
        </w:rPr>
        <w:t>.</w:t>
      </w:r>
    </w:p>
    <w:p w14:paraId="5D948EA4" w14:textId="77777777" w:rsidR="00DF5295" w:rsidRDefault="00000000">
      <w:pPr>
        <w:keepNext/>
        <w:spacing w:after="0" w:line="240" w:lineRule="auto"/>
        <w:ind w:left="510" w:hanging="255"/>
      </w:pPr>
      <w:r>
        <w:rPr>
          <w:b/>
          <w:color w:val="CC3300"/>
          <w:sz w:val="24"/>
        </w:rPr>
        <w:t>B.</w:t>
      </w:r>
      <w:r>
        <w:rPr>
          <w:color w:val="000000"/>
          <w:sz w:val="24"/>
        </w:rPr>
        <w:t xml:space="preserve"> </w:t>
      </w:r>
      <m:oMath>
        <m:r>
          <w:rPr>
            <w:rFonts w:ascii="Cambria Math" w:hAnsi="Cambria Math"/>
          </w:rPr>
          <m:t>v = 2gh</m:t>
        </m:r>
      </m:oMath>
      <w:r>
        <w:rPr>
          <w:color w:val="000000"/>
          <w:sz w:val="24"/>
        </w:rPr>
        <w:t>.</w:t>
      </w:r>
    </w:p>
    <w:p w14:paraId="27312357" w14:textId="77777777" w:rsidR="00DF5295" w:rsidRDefault="00000000">
      <w:pPr>
        <w:keepNext/>
        <w:spacing w:after="0" w:line="240" w:lineRule="auto"/>
        <w:ind w:left="510" w:hanging="255"/>
      </w:pPr>
      <w:r>
        <w:rPr>
          <w:b/>
          <w:color w:val="CC3300"/>
          <w:sz w:val="24"/>
        </w:rPr>
        <w:t>C.</w:t>
      </w:r>
      <w:r>
        <w:rPr>
          <w:color w:val="000000"/>
          <w:sz w:val="24"/>
        </w:rPr>
        <w:t xml:space="preserve"> </w:t>
      </w:r>
      <m:oMath>
        <m:r>
          <w:rPr>
            <w:rFonts w:ascii="Cambria Math" w:hAnsi="Cambria Math"/>
          </w:rPr>
          <m:t>v² = gh/</m:t>
        </m:r>
        <m:r>
          <w:rPr>
            <w:rFonts w:ascii="Cambria Math" w:hAnsi="Cambria Math"/>
          </w:rPr>
          <m:t>2</m:t>
        </m:r>
      </m:oMath>
      <w:r>
        <w:rPr>
          <w:color w:val="000000"/>
          <w:sz w:val="24"/>
        </w:rPr>
        <w:t>.</w:t>
      </w:r>
    </w:p>
    <w:p w14:paraId="23257A74" w14:textId="77777777" w:rsidR="00DF5295" w:rsidRDefault="00000000">
      <w:pPr>
        <w:spacing w:after="0" w:line="240" w:lineRule="auto"/>
        <w:ind w:left="510" w:hanging="255"/>
      </w:pPr>
      <w:r>
        <w:rPr>
          <w:b/>
          <w:color w:val="CC3300"/>
          <w:sz w:val="24"/>
        </w:rPr>
        <w:t>D.</w:t>
      </w:r>
      <w:r>
        <w:rPr>
          <w:color w:val="000000"/>
          <w:sz w:val="24"/>
        </w:rPr>
        <w:t xml:space="preserve"> </w:t>
      </w:r>
      <m:oMath>
        <m:r>
          <w:rPr>
            <w:rFonts w:ascii="Cambria Math" w:hAnsi="Cambria Math"/>
          </w:rPr>
          <m:t>v = h/g</m:t>
        </m:r>
      </m:oMath>
      <w:r>
        <w:rPr>
          <w:color w:val="000000"/>
          <w:sz w:val="24"/>
        </w:rPr>
        <w:t>.</w:t>
      </w:r>
    </w:p>
    <w:p w14:paraId="6FD7704E" w14:textId="77777777" w:rsidR="00DF5295" w:rsidRDefault="00000000">
      <w:pPr>
        <w:spacing w:after="0" w:line="240" w:lineRule="auto"/>
      </w:pPr>
      <w:r>
        <w:rPr>
          <w:b/>
          <w:color w:val="000000"/>
          <w:sz w:val="24"/>
        </w:rPr>
        <w:t>Đáp án: A</w:t>
      </w:r>
    </w:p>
    <w:p w14:paraId="36FC5B12" w14:textId="77777777" w:rsidR="00DF5295" w:rsidRDefault="00000000">
      <w:pPr>
        <w:spacing w:after="0" w:line="240" w:lineRule="auto"/>
      </w:pPr>
      <w:r>
        <w:rPr>
          <w:color w:val="000000"/>
          <w:sz w:val="24"/>
        </w:rPr>
        <w:t xml:space="preserve">Với </w:t>
      </w:r>
      <m:oMath>
        <m:r>
          <w:rPr>
            <w:rFonts w:ascii="Cambria Math" w:hAnsi="Cambria Math"/>
          </w:rPr>
          <m:t>v₀ = 0</m:t>
        </m:r>
      </m:oMath>
      <w:r>
        <w:rPr>
          <w:color w:val="000000"/>
          <w:sz w:val="24"/>
        </w:rPr>
        <w:t xml:space="preserve"> và quãng đường h, hệ thức độc lập thời gian cho </w:t>
      </w:r>
      <m:oMath>
        <m:r>
          <w:rPr>
            <w:rFonts w:ascii="Cambria Math" w:hAnsi="Cambria Math"/>
          </w:rPr>
          <m:t>v² = 2gh</m:t>
        </m:r>
      </m:oMath>
      <w:r>
        <w:rPr>
          <w:color w:val="000000"/>
          <w:sz w:val="24"/>
        </w:rPr>
        <w:t>.</w:t>
      </w:r>
    </w:p>
    <w:p w14:paraId="0A3E8966" w14:textId="77777777" w:rsidR="00DF5295" w:rsidRPr="000608B2" w:rsidRDefault="00000000">
      <w:pPr>
        <w:spacing w:after="0" w:line="240" w:lineRule="auto"/>
        <w:rPr>
          <w:color w:val="002366"/>
        </w:rPr>
      </w:pPr>
      <w:r w:rsidRPr="000608B2">
        <w:rPr>
          <w:b/>
          <w:color w:val="002366"/>
          <w:sz w:val="24"/>
        </w:rPr>
        <w:t>PHẦN II. Câu trắc nghiệm đúng sai. Thí sinh trả lời từ câu 1 đến câu 4. Trong mỗi ý a), b), c), d) ở mỗi câu, thí sinh chọn đúng hoặc sai.</w:t>
      </w:r>
    </w:p>
    <w:p w14:paraId="1C29C8F3" w14:textId="77777777" w:rsidR="00DF5295" w:rsidRDefault="00000000">
      <w:pPr>
        <w:keepNext/>
        <w:spacing w:after="0" w:line="240" w:lineRule="auto"/>
      </w:pPr>
      <w:r>
        <w:rPr>
          <w:b/>
          <w:color w:val="000000"/>
          <w:sz w:val="24"/>
        </w:rPr>
        <w:t xml:space="preserve">Câu 1. </w:t>
      </w:r>
      <w:r>
        <w:rPr>
          <w:color w:val="000000"/>
          <w:sz w:val="24"/>
        </w:rPr>
        <w:t>Một người bơi có tốc độ 5 m/s đối với nước. Dòng nước chảy với tốc độ 3 m/s dọc theo bờ; sông rộng 80 m. Ban đầu người bơi hướng vuông góc với bờ.</w:t>
      </w:r>
    </w:p>
    <w:p w14:paraId="0A0EE347" w14:textId="77777777" w:rsidR="00DF5295" w:rsidRDefault="00000000">
      <w:pPr>
        <w:keepNext/>
        <w:spacing w:after="0" w:line="240" w:lineRule="auto"/>
      </w:pPr>
      <w:r>
        <w:rPr>
          <w:b/>
          <w:color w:val="CC3300"/>
          <w:sz w:val="24"/>
        </w:rPr>
        <w:t>a)</w:t>
      </w:r>
      <w:r>
        <w:rPr>
          <w:color w:val="000000"/>
          <w:sz w:val="24"/>
        </w:rPr>
        <w:t xml:space="preserve"> Vận tốc của người bơi đối với bờ là tổng vectơ vận tốc đối với nước và vận tốc dòng nước.</w:t>
      </w:r>
    </w:p>
    <w:p w14:paraId="7831DBD4" w14:textId="77777777" w:rsidR="00DF5295" w:rsidRDefault="00000000">
      <w:pPr>
        <w:keepNext/>
        <w:spacing w:after="0" w:line="240" w:lineRule="auto"/>
      </w:pPr>
      <w:r>
        <w:rPr>
          <w:b/>
          <w:color w:val="CC3300"/>
          <w:sz w:val="24"/>
        </w:rPr>
        <w:t>b)</w:t>
      </w:r>
      <w:r>
        <w:rPr>
          <w:color w:val="000000"/>
          <w:sz w:val="24"/>
        </w:rPr>
        <w:t xml:space="preserve"> Thời gian người đó sang bờ là 16 s.</w:t>
      </w:r>
    </w:p>
    <w:p w14:paraId="2BCB4755" w14:textId="77777777" w:rsidR="00DF5295" w:rsidRDefault="00000000">
      <w:pPr>
        <w:keepNext/>
        <w:spacing w:after="0" w:line="240" w:lineRule="auto"/>
      </w:pPr>
      <w:r>
        <w:rPr>
          <w:b/>
          <w:color w:val="CC3300"/>
          <w:sz w:val="24"/>
        </w:rPr>
        <w:t>c)</w:t>
      </w:r>
      <w:r>
        <w:rPr>
          <w:color w:val="000000"/>
          <w:sz w:val="24"/>
        </w:rPr>
        <w:t xml:space="preserve"> Điểm đến lệch theo dòng nước 48 m so với điểm đối diện.</w:t>
      </w:r>
    </w:p>
    <w:p w14:paraId="307C5056" w14:textId="77777777" w:rsidR="00DF5295" w:rsidRDefault="00000000">
      <w:pPr>
        <w:spacing w:after="0" w:line="240" w:lineRule="auto"/>
      </w:pPr>
      <w:r>
        <w:rPr>
          <w:b/>
          <w:color w:val="CC3300"/>
          <w:sz w:val="24"/>
        </w:rPr>
        <w:t>d)</w:t>
      </w:r>
      <w:r>
        <w:rPr>
          <w:color w:val="000000"/>
          <w:sz w:val="24"/>
        </w:rPr>
        <w:t xml:space="preserve"> Muốn đến đúng điểm đối diện, người đó phải hướng chếch lên thượng lưu và thời gian sang bờ là 16 s.</w:t>
      </w:r>
    </w:p>
    <w:p w14:paraId="2C22BF85" w14:textId="43AFCEF6" w:rsidR="00DF5295" w:rsidRDefault="000608B2">
      <w:pPr>
        <w:spacing w:after="0" w:line="240" w:lineRule="auto"/>
      </w:pPr>
      <w:r w:rsidRPr="000608B2">
        <w:rPr>
          <w:b/>
          <w:color w:val="CC3300"/>
          <w:sz w:val="24"/>
        </w:rPr>
        <w:t xml:space="preserve">Trả lời: </w:t>
      </w:r>
      <w:r w:rsidR="00000000">
        <w:rPr>
          <w:b/>
          <w:color w:val="000000"/>
          <w:sz w:val="24"/>
        </w:rPr>
        <w:t>a) Đúng; b) Đúng; c) Đúng; d) Sai</w:t>
      </w:r>
    </w:p>
    <w:p w14:paraId="4C1A27B5" w14:textId="77777777" w:rsidR="00DF5295" w:rsidRDefault="00000000">
      <w:pPr>
        <w:spacing w:after="0" w:line="240" w:lineRule="auto"/>
      </w:pPr>
      <w:r>
        <w:rPr>
          <w:b/>
          <w:color w:val="CC3300"/>
          <w:sz w:val="24"/>
        </w:rPr>
        <w:t>a)</w:t>
      </w:r>
      <w:r>
        <w:rPr>
          <w:color w:val="000000"/>
          <w:sz w:val="24"/>
        </w:rPr>
        <w:t xml:space="preserve"> Quy tắc cộng vận tốc cho </w:t>
      </w:r>
      <m:oMath>
        <m:r>
          <w:rPr>
            <w:rFonts w:ascii="Cambria Math" w:hAnsi="Cambria Math"/>
          </w:rPr>
          <m:t>v⃗người/bờ = v⃗người/nước + v⃗nước/bờ</m:t>
        </m:r>
      </m:oMath>
      <w:r>
        <w:rPr>
          <w:color w:val="000000"/>
          <w:sz w:val="24"/>
        </w:rPr>
        <w:t>.</w:t>
      </w:r>
    </w:p>
    <w:p w14:paraId="22723527" w14:textId="77777777" w:rsidR="00DF5295" w:rsidRDefault="00000000">
      <w:pPr>
        <w:spacing w:after="0" w:line="240" w:lineRule="auto"/>
      </w:pPr>
      <w:r>
        <w:rPr>
          <w:b/>
          <w:color w:val="CC3300"/>
          <w:sz w:val="24"/>
        </w:rPr>
        <w:t>b)</w:t>
      </w:r>
      <w:r>
        <w:rPr>
          <w:color w:val="000000"/>
          <w:sz w:val="24"/>
        </w:rPr>
        <w:t xml:space="preserve"> Thành phần vuông góc bờ là 5 m/s nên </w:t>
      </w:r>
      <m:oMath>
        <m:r>
          <w:rPr>
            <w:rFonts w:ascii="Cambria Math" w:hAnsi="Cambria Math"/>
          </w:rPr>
          <m:t>t = 80/5 = 16 s</m:t>
        </m:r>
      </m:oMath>
      <w:r>
        <w:rPr>
          <w:color w:val="000000"/>
          <w:sz w:val="24"/>
        </w:rPr>
        <w:t>.</w:t>
      </w:r>
    </w:p>
    <w:p w14:paraId="126DF050" w14:textId="77777777" w:rsidR="00DF5295" w:rsidRDefault="00000000">
      <w:pPr>
        <w:spacing w:after="0" w:line="240" w:lineRule="auto"/>
      </w:pPr>
      <w:r>
        <w:rPr>
          <w:b/>
          <w:color w:val="CC3300"/>
          <w:sz w:val="24"/>
        </w:rPr>
        <w:t>c)</w:t>
      </w:r>
      <w:r>
        <w:rPr>
          <w:color w:val="000000"/>
          <w:sz w:val="24"/>
        </w:rPr>
        <w:t xml:space="preserve"> Độ trôi theo dòng </w:t>
      </w:r>
      <m:oMath>
        <m:r>
          <w:rPr>
            <w:rFonts w:ascii="Cambria Math" w:hAnsi="Cambria Math"/>
          </w:rPr>
          <m:t>Δx = 3 × 16 = 48 m</m:t>
        </m:r>
      </m:oMath>
      <w:r>
        <w:rPr>
          <w:color w:val="000000"/>
          <w:sz w:val="24"/>
        </w:rPr>
        <w:t>.</w:t>
      </w:r>
    </w:p>
    <w:p w14:paraId="1EA8EA0E" w14:textId="77777777" w:rsidR="00DF5295" w:rsidRDefault="00000000">
      <w:pPr>
        <w:spacing w:after="0" w:line="240" w:lineRule="auto"/>
      </w:pPr>
      <w:r>
        <w:rPr>
          <w:b/>
          <w:color w:val="CC3300"/>
          <w:sz w:val="24"/>
        </w:rPr>
        <w:t>d)</w:t>
      </w:r>
      <w:r>
        <w:rPr>
          <w:color w:val="000000"/>
          <w:sz w:val="24"/>
        </w:rPr>
        <w:t xml:space="preserve"> Để triệt tiêu dòng chảy, thành phần ngược dòng bằng 3 m/s; thành phần qua sông </w:t>
      </w:r>
      <m:oMath>
        <m:r>
          <w:rPr>
            <w:rFonts w:ascii="Cambria Math" w:hAnsi="Cambria Math"/>
          </w:rPr>
          <m:t>vx = √(5² - 3²) = 4 m/s</m:t>
        </m:r>
      </m:oMath>
      <w:r>
        <w:rPr>
          <w:color w:val="000000"/>
          <w:sz w:val="24"/>
        </w:rPr>
        <w:t xml:space="preserve"> nên thời gian là </w:t>
      </w:r>
      <m:oMath>
        <m:r>
          <w:rPr>
            <w:rFonts w:ascii="Cambria Math" w:hAnsi="Cambria Math"/>
          </w:rPr>
          <m:t>80/4 = 20 s</m:t>
        </m:r>
      </m:oMath>
      <w:r>
        <w:rPr>
          <w:color w:val="000000"/>
          <w:sz w:val="24"/>
        </w:rPr>
        <w:t>.</w:t>
      </w:r>
    </w:p>
    <w:p w14:paraId="5127EF61" w14:textId="77777777" w:rsidR="00DF5295" w:rsidRDefault="00000000">
      <w:pPr>
        <w:keepNext/>
        <w:spacing w:after="0" w:line="240" w:lineRule="auto"/>
      </w:pPr>
      <w:r>
        <w:rPr>
          <w:b/>
          <w:color w:val="000000"/>
          <w:sz w:val="24"/>
        </w:rPr>
        <w:t xml:space="preserve">Câu 2. </w:t>
      </w:r>
      <w:r>
        <w:rPr>
          <w:color w:val="000000"/>
          <w:sz w:val="24"/>
        </w:rPr>
        <w:t>Đồ thị tọa độ - thời gian của một vật chuyển động thẳng được cho như hình.</w:t>
      </w:r>
    </w:p>
    <w:p w14:paraId="04174358" w14:textId="77777777" w:rsidR="00DF5295" w:rsidRDefault="00000000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5B4F49BE" wp14:editId="0BCCE6B4">
            <wp:extent cx="2057400" cy="1388094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t_tf3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388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7F380D" w14:textId="77777777" w:rsidR="00DF5295" w:rsidRDefault="00000000">
      <w:pPr>
        <w:keepNext/>
        <w:spacing w:after="0" w:line="240" w:lineRule="auto"/>
      </w:pPr>
      <w:r>
        <w:rPr>
          <w:b/>
          <w:color w:val="CC3300"/>
          <w:sz w:val="24"/>
        </w:rPr>
        <w:t>a)</w:t>
      </w:r>
      <w:r>
        <w:rPr>
          <w:color w:val="000000"/>
          <w:sz w:val="24"/>
        </w:rPr>
        <w:t xml:space="preserve"> Tại thời điểm ban đầu, vật ở gốc tọa độ.</w:t>
      </w:r>
    </w:p>
    <w:p w14:paraId="2A95FD3A" w14:textId="77777777" w:rsidR="00DF5295" w:rsidRDefault="00000000">
      <w:pPr>
        <w:keepNext/>
        <w:spacing w:after="0" w:line="240" w:lineRule="auto"/>
      </w:pPr>
      <w:r>
        <w:rPr>
          <w:b/>
          <w:color w:val="CC3300"/>
          <w:sz w:val="24"/>
        </w:rPr>
        <w:t>b)</w:t>
      </w:r>
      <w:r>
        <w:rPr>
          <w:color w:val="000000"/>
          <w:sz w:val="24"/>
        </w:rPr>
        <w:t xml:space="preserve"> Trong 2 s đầu, vận tốc của vật bằng 2 m/s.</w:t>
      </w:r>
    </w:p>
    <w:p w14:paraId="57205DE1" w14:textId="77777777" w:rsidR="00DF5295" w:rsidRDefault="00000000">
      <w:pPr>
        <w:keepNext/>
        <w:spacing w:after="0" w:line="240" w:lineRule="auto"/>
      </w:pPr>
      <w:r>
        <w:rPr>
          <w:b/>
          <w:color w:val="CC3300"/>
          <w:sz w:val="24"/>
        </w:rPr>
        <w:t>c)</w:t>
      </w:r>
      <w:r>
        <w:rPr>
          <w:color w:val="000000"/>
          <w:sz w:val="24"/>
        </w:rPr>
        <w:t xml:space="preserve"> Từ 2 s đến 5 s, vật đứng yên.</w:t>
      </w:r>
    </w:p>
    <w:p w14:paraId="0FBE6957" w14:textId="77777777" w:rsidR="00DF5295" w:rsidRDefault="00000000">
      <w:pPr>
        <w:spacing w:after="0" w:line="240" w:lineRule="auto"/>
      </w:pPr>
      <w:r>
        <w:rPr>
          <w:b/>
          <w:color w:val="CC3300"/>
          <w:sz w:val="24"/>
        </w:rPr>
        <w:t>d)</w:t>
      </w:r>
      <w:r>
        <w:rPr>
          <w:color w:val="000000"/>
          <w:sz w:val="24"/>
        </w:rPr>
        <w:t xml:space="preserve"> Tốc độ trung bình trong 7 s bằng 12/7 m/s.</w:t>
      </w:r>
    </w:p>
    <w:p w14:paraId="16DBF7F7" w14:textId="007E0FA5" w:rsidR="00DF5295" w:rsidRDefault="000608B2">
      <w:pPr>
        <w:spacing w:after="0" w:line="240" w:lineRule="auto"/>
      </w:pPr>
      <w:r w:rsidRPr="000608B2">
        <w:rPr>
          <w:b/>
          <w:color w:val="CC3300"/>
          <w:sz w:val="24"/>
        </w:rPr>
        <w:t xml:space="preserve">Trả lời: </w:t>
      </w:r>
      <w:r w:rsidR="00000000">
        <w:rPr>
          <w:b/>
          <w:color w:val="000000"/>
          <w:sz w:val="24"/>
        </w:rPr>
        <w:t>a) Đúng; b) Đúng; c) Đúng; d) Sai</w:t>
      </w:r>
    </w:p>
    <w:p w14:paraId="0FC46B8A" w14:textId="77777777" w:rsidR="00DF5295" w:rsidRDefault="00000000">
      <w:pPr>
        <w:spacing w:after="0" w:line="240" w:lineRule="auto"/>
      </w:pPr>
      <w:r>
        <w:rPr>
          <w:b/>
          <w:color w:val="CC3300"/>
          <w:sz w:val="24"/>
        </w:rPr>
        <w:t>a)</w:t>
      </w:r>
      <w:r>
        <w:rPr>
          <w:color w:val="000000"/>
          <w:sz w:val="24"/>
        </w:rPr>
        <w:t xml:space="preserve"> Đồ thị đi qua điểm (0; 0).</w:t>
      </w:r>
    </w:p>
    <w:p w14:paraId="7D5E586F" w14:textId="77777777" w:rsidR="00DF5295" w:rsidRDefault="00000000">
      <w:pPr>
        <w:spacing w:after="0" w:line="240" w:lineRule="auto"/>
      </w:pPr>
      <w:r>
        <w:rPr>
          <w:b/>
          <w:color w:val="CC3300"/>
          <w:sz w:val="24"/>
        </w:rPr>
        <w:t>b)</w:t>
      </w:r>
      <w:r>
        <w:rPr>
          <w:color w:val="000000"/>
          <w:sz w:val="24"/>
        </w:rPr>
        <w:t xml:space="preserve"> </w:t>
      </w:r>
      <m:oMath>
        <m:r>
          <w:rPr>
            <w:rFonts w:ascii="Cambria Math" w:hAnsi="Cambria Math"/>
          </w:rPr>
          <m:t>v = (4 - 0)/(2 - 0) = 2 m/s</m:t>
        </m:r>
      </m:oMath>
      <w:r>
        <w:rPr>
          <w:color w:val="000000"/>
          <w:sz w:val="24"/>
        </w:rPr>
        <w:t>.</w:t>
      </w:r>
    </w:p>
    <w:p w14:paraId="27738938" w14:textId="77777777" w:rsidR="00DF5295" w:rsidRDefault="00000000">
      <w:pPr>
        <w:spacing w:after="0" w:line="240" w:lineRule="auto"/>
      </w:pPr>
      <w:r>
        <w:rPr>
          <w:b/>
          <w:color w:val="CC3300"/>
          <w:sz w:val="24"/>
        </w:rPr>
        <w:t>c)</w:t>
      </w:r>
      <w:r>
        <w:rPr>
          <w:color w:val="000000"/>
          <w:sz w:val="24"/>
        </w:rPr>
        <w:t xml:space="preserve"> Tọa độ không đổi bằng 4 m trong khoảng từ 2 s đến 5 s.</w:t>
      </w:r>
    </w:p>
    <w:p w14:paraId="1663FC98" w14:textId="77777777" w:rsidR="00DF5295" w:rsidRDefault="00000000">
      <w:pPr>
        <w:spacing w:after="0" w:line="240" w:lineRule="auto"/>
      </w:pPr>
      <w:r>
        <w:rPr>
          <w:b/>
          <w:color w:val="CC3300"/>
          <w:sz w:val="24"/>
        </w:rPr>
        <w:t>d)</w:t>
      </w:r>
      <w:r>
        <w:rPr>
          <w:color w:val="000000"/>
          <w:sz w:val="24"/>
        </w:rPr>
        <w:t xml:space="preserve"> Tổng quãng đường </w:t>
      </w:r>
      <m:oMath>
        <m:r>
          <w:rPr>
            <w:rFonts w:ascii="Cambria Math" w:hAnsi="Cambria Math"/>
          </w:rPr>
          <m:t>s = 4 + 6 = 10 m</m:t>
        </m:r>
      </m:oMath>
      <w:r>
        <w:rPr>
          <w:color w:val="000000"/>
          <w:sz w:val="24"/>
        </w:rPr>
        <w:t xml:space="preserve"> nên tốc độ trung bình </w:t>
      </w:r>
      <m:oMath>
        <m:r>
          <w:rPr>
            <w:rFonts w:ascii="Cambria Math" w:hAnsi="Cambria Math"/>
          </w:rPr>
          <m:t>vtb = 10/7 m/s</m:t>
        </m:r>
      </m:oMath>
      <w:r>
        <w:rPr>
          <w:color w:val="000000"/>
          <w:sz w:val="24"/>
        </w:rPr>
        <w:t>, không phải 12/7 m/s.</w:t>
      </w:r>
    </w:p>
    <w:p w14:paraId="14DDFF21" w14:textId="77777777" w:rsidR="00DF5295" w:rsidRDefault="00000000">
      <w:pPr>
        <w:keepNext/>
        <w:spacing w:after="0" w:line="240" w:lineRule="auto"/>
      </w:pPr>
      <w:r>
        <w:rPr>
          <w:b/>
          <w:color w:val="000000"/>
          <w:sz w:val="24"/>
        </w:rPr>
        <w:lastRenderedPageBreak/>
        <w:t xml:space="preserve">Câu 3. </w:t>
      </w:r>
      <w:r>
        <w:rPr>
          <w:color w:val="000000"/>
          <w:sz w:val="24"/>
        </w:rPr>
        <w:t>Đồ thị vận tốc - thời gian của một vật được cho như hình.</w:t>
      </w:r>
    </w:p>
    <w:p w14:paraId="23915966" w14:textId="77777777" w:rsidR="00DF5295" w:rsidRDefault="00000000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4EBB315A" wp14:editId="7E6118BE">
            <wp:extent cx="2148840" cy="1437053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t_tf3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48840" cy="1437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1F71AD" w14:textId="77777777" w:rsidR="00DF5295" w:rsidRDefault="00000000">
      <w:pPr>
        <w:keepNext/>
        <w:spacing w:after="0" w:line="240" w:lineRule="auto"/>
      </w:pPr>
      <w:r>
        <w:rPr>
          <w:b/>
          <w:color w:val="CC3300"/>
          <w:sz w:val="24"/>
        </w:rPr>
        <w:t>a)</w:t>
      </w:r>
      <w:r>
        <w:rPr>
          <w:color w:val="000000"/>
          <w:sz w:val="24"/>
        </w:rPr>
        <w:t xml:space="preserve"> Trong suốt 14 s, vật không đổi chiều chuyển động.</w:t>
      </w:r>
    </w:p>
    <w:p w14:paraId="4358C899" w14:textId="77777777" w:rsidR="00DF5295" w:rsidRDefault="00000000">
      <w:pPr>
        <w:keepNext/>
        <w:spacing w:after="0" w:line="240" w:lineRule="auto"/>
      </w:pPr>
      <w:r>
        <w:rPr>
          <w:b/>
          <w:color w:val="CC3300"/>
          <w:sz w:val="24"/>
        </w:rPr>
        <w:t>b)</w:t>
      </w:r>
      <w:r>
        <w:rPr>
          <w:color w:val="000000"/>
          <w:sz w:val="24"/>
        </w:rPr>
        <w:t xml:space="preserve"> Gia tốc trong 4 s đầu bằng 2 m/s².</w:t>
      </w:r>
    </w:p>
    <w:p w14:paraId="40146BC0" w14:textId="77777777" w:rsidR="00DF5295" w:rsidRDefault="00000000">
      <w:pPr>
        <w:keepNext/>
        <w:spacing w:after="0" w:line="240" w:lineRule="auto"/>
      </w:pPr>
      <w:r>
        <w:rPr>
          <w:b/>
          <w:color w:val="CC3300"/>
          <w:sz w:val="24"/>
        </w:rPr>
        <w:t>c)</w:t>
      </w:r>
      <w:r>
        <w:rPr>
          <w:color w:val="000000"/>
          <w:sz w:val="24"/>
        </w:rPr>
        <w:t xml:space="preserve"> Độ dịch chuyển trong 10 s đầu bằng 114 m.</w:t>
      </w:r>
    </w:p>
    <w:p w14:paraId="6A767A3E" w14:textId="77777777" w:rsidR="00DF5295" w:rsidRDefault="00000000">
      <w:pPr>
        <w:spacing w:after="0" w:line="240" w:lineRule="auto"/>
      </w:pPr>
      <w:r>
        <w:rPr>
          <w:b/>
          <w:color w:val="CC3300"/>
          <w:sz w:val="24"/>
        </w:rPr>
        <w:t>d)</w:t>
      </w:r>
      <w:r>
        <w:rPr>
          <w:color w:val="000000"/>
          <w:sz w:val="24"/>
        </w:rPr>
        <w:t xml:space="preserve"> Tốc độ trung bình trong 14 s bằng 11 m/s.</w:t>
      </w:r>
    </w:p>
    <w:p w14:paraId="5E3C8007" w14:textId="29B128E7" w:rsidR="00DF5295" w:rsidRDefault="000608B2">
      <w:pPr>
        <w:spacing w:after="0" w:line="240" w:lineRule="auto"/>
      </w:pPr>
      <w:r w:rsidRPr="000608B2">
        <w:rPr>
          <w:b/>
          <w:color w:val="CC3300"/>
          <w:sz w:val="24"/>
        </w:rPr>
        <w:t xml:space="preserve">Trả lời: </w:t>
      </w:r>
      <w:r w:rsidR="00000000">
        <w:rPr>
          <w:b/>
          <w:color w:val="000000"/>
          <w:sz w:val="24"/>
        </w:rPr>
        <w:t>a) Đúng; b) Đúng; c) Đúng; d) Sai</w:t>
      </w:r>
    </w:p>
    <w:p w14:paraId="52086EC6" w14:textId="77777777" w:rsidR="00DF5295" w:rsidRDefault="00000000">
      <w:pPr>
        <w:spacing w:after="0" w:line="240" w:lineRule="auto"/>
      </w:pPr>
      <w:r>
        <w:rPr>
          <w:b/>
          <w:color w:val="CC3300"/>
          <w:sz w:val="24"/>
        </w:rPr>
        <w:t>a)</w:t>
      </w:r>
      <w:r>
        <w:rPr>
          <w:color w:val="000000"/>
          <w:sz w:val="24"/>
        </w:rPr>
        <w:t xml:space="preserve"> Vận tốc luôn không âm nên vật không đổi chiều.</w:t>
      </w:r>
    </w:p>
    <w:p w14:paraId="288E80CA" w14:textId="77777777" w:rsidR="00DF5295" w:rsidRDefault="00000000">
      <w:pPr>
        <w:spacing w:after="0" w:line="240" w:lineRule="auto"/>
      </w:pPr>
      <w:r>
        <w:rPr>
          <w:b/>
          <w:color w:val="CC3300"/>
          <w:sz w:val="24"/>
        </w:rPr>
        <w:t>b)</w:t>
      </w:r>
      <w:r>
        <w:rPr>
          <w:color w:val="000000"/>
          <w:sz w:val="24"/>
        </w:rPr>
        <w:t xml:space="preserve"> </w:t>
      </w:r>
      <m:oMath>
        <m:r>
          <w:rPr>
            <w:rFonts w:ascii="Cambria Math" w:hAnsi="Cambria Math"/>
          </w:rPr>
          <m:t>a = (13 - 5)/4 = 2 m/s²</m:t>
        </m:r>
      </m:oMath>
      <w:r>
        <w:rPr>
          <w:color w:val="000000"/>
          <w:sz w:val="24"/>
        </w:rPr>
        <w:t>.</w:t>
      </w:r>
    </w:p>
    <w:p w14:paraId="7DEF9D92" w14:textId="77777777" w:rsidR="00DF5295" w:rsidRDefault="00000000">
      <w:pPr>
        <w:spacing w:after="0" w:line="240" w:lineRule="auto"/>
      </w:pPr>
      <w:r>
        <w:rPr>
          <w:b/>
          <w:color w:val="CC3300"/>
          <w:sz w:val="24"/>
        </w:rPr>
        <w:t>c)</w:t>
      </w:r>
      <w:r>
        <w:rPr>
          <w:color w:val="000000"/>
          <w:sz w:val="24"/>
        </w:rPr>
        <w:t xml:space="preserve"> Độ dịch chuyển là diện tích dưới đồ thị: </w:t>
      </w:r>
      <m:oMath>
        <m:r>
          <w:rPr>
            <w:rFonts w:ascii="Cambria Math" w:hAnsi="Cambria Math"/>
          </w:rPr>
          <m:t>s₁₀ = (5 + 13) × 4/2 + 13 × 6 = 114 m</m:t>
        </m:r>
      </m:oMath>
      <w:r>
        <w:rPr>
          <w:color w:val="000000"/>
          <w:sz w:val="24"/>
        </w:rPr>
        <w:t>.</w:t>
      </w:r>
    </w:p>
    <w:p w14:paraId="6C7CE239" w14:textId="77777777" w:rsidR="00DF5295" w:rsidRDefault="00000000">
      <w:pPr>
        <w:spacing w:after="0" w:line="240" w:lineRule="auto"/>
      </w:pPr>
      <w:r>
        <w:rPr>
          <w:b/>
          <w:color w:val="CC3300"/>
          <w:sz w:val="24"/>
        </w:rPr>
        <w:t>d)</w:t>
      </w:r>
      <w:r>
        <w:rPr>
          <w:color w:val="000000"/>
          <w:sz w:val="24"/>
        </w:rPr>
        <w:t xml:space="preserve"> Tổng diện tích dưới đồ thị là </w:t>
      </w:r>
      <m:oMath>
        <m:r>
          <w:rPr>
            <w:rFonts w:ascii="Cambria Math" w:hAnsi="Cambria Math"/>
          </w:rPr>
          <m:t>114 + 13 × 4/2 = 140 m</m:t>
        </m:r>
      </m:oMath>
      <w:r>
        <w:rPr>
          <w:color w:val="000000"/>
          <w:sz w:val="24"/>
        </w:rPr>
        <w:t xml:space="preserve">; do đó </w:t>
      </w:r>
      <m:oMath>
        <m:r>
          <w:rPr>
            <w:rFonts w:ascii="Cambria Math" w:hAnsi="Cambria Math"/>
          </w:rPr>
          <m:t>vtb = 140/14 = 10 m/s</m:t>
        </m:r>
      </m:oMath>
      <w:r>
        <w:rPr>
          <w:color w:val="000000"/>
          <w:sz w:val="24"/>
        </w:rPr>
        <w:t>, không phải 11 m/s.</w:t>
      </w:r>
    </w:p>
    <w:p w14:paraId="0DFF8C09" w14:textId="77777777" w:rsidR="00DF5295" w:rsidRDefault="00000000">
      <w:pPr>
        <w:keepNext/>
        <w:spacing w:after="0" w:line="240" w:lineRule="auto"/>
      </w:pPr>
      <w:r>
        <w:rPr>
          <w:b/>
          <w:color w:val="000000"/>
          <w:sz w:val="24"/>
        </w:rPr>
        <w:t xml:space="preserve">Câu 4. </w:t>
      </w:r>
      <w:r>
        <w:rPr>
          <w:color w:val="000000"/>
          <w:sz w:val="24"/>
        </w:rPr>
        <w:t xml:space="preserve">Một vật được thả rơi tự do từ trạng thái nghỉ. Xét chuyển động của vật trong 3 s đầu, lấy </w:t>
      </w:r>
      <m:oMath>
        <m:r>
          <w:rPr>
            <w:rFonts w:ascii="Cambria Math" w:hAnsi="Cambria Math"/>
          </w:rPr>
          <m:t>g = 10 m/s²</m:t>
        </m:r>
      </m:oMath>
      <w:r>
        <w:rPr>
          <w:color w:val="000000"/>
          <w:sz w:val="24"/>
        </w:rPr>
        <w:t>.</w:t>
      </w:r>
    </w:p>
    <w:p w14:paraId="1FABFB54" w14:textId="77777777" w:rsidR="00DF5295" w:rsidRDefault="00000000">
      <w:pPr>
        <w:keepNext/>
        <w:spacing w:after="0" w:line="240" w:lineRule="auto"/>
      </w:pPr>
      <w:r>
        <w:rPr>
          <w:b/>
          <w:color w:val="CC3300"/>
          <w:sz w:val="24"/>
        </w:rPr>
        <w:t>a)</w:t>
      </w:r>
      <w:r>
        <w:rPr>
          <w:color w:val="000000"/>
          <w:sz w:val="24"/>
        </w:rPr>
        <w:t xml:space="preserve"> Gia tốc của vật hướng thẳng đứng xuống.</w:t>
      </w:r>
    </w:p>
    <w:p w14:paraId="23D598FD" w14:textId="77777777" w:rsidR="00DF5295" w:rsidRDefault="00000000">
      <w:pPr>
        <w:keepNext/>
        <w:spacing w:after="0" w:line="240" w:lineRule="auto"/>
      </w:pPr>
      <w:r>
        <w:rPr>
          <w:b/>
          <w:color w:val="CC3300"/>
          <w:sz w:val="24"/>
        </w:rPr>
        <w:t>b)</w:t>
      </w:r>
      <w:r>
        <w:rPr>
          <w:color w:val="000000"/>
          <w:sz w:val="24"/>
        </w:rPr>
        <w:t xml:space="preserve"> Sau 3 s, tốc độ của vật bằng 30 m/s.</w:t>
      </w:r>
    </w:p>
    <w:p w14:paraId="545AE2B9" w14:textId="77777777" w:rsidR="00DF5295" w:rsidRDefault="00000000">
      <w:pPr>
        <w:keepNext/>
        <w:spacing w:after="0" w:line="240" w:lineRule="auto"/>
      </w:pPr>
      <w:r>
        <w:rPr>
          <w:b/>
          <w:color w:val="CC3300"/>
          <w:sz w:val="24"/>
        </w:rPr>
        <w:t>c)</w:t>
      </w:r>
      <w:r>
        <w:rPr>
          <w:color w:val="000000"/>
          <w:sz w:val="24"/>
        </w:rPr>
        <w:t xml:space="preserve"> Trong giây thứ hai, vật rơi được 15 m.</w:t>
      </w:r>
    </w:p>
    <w:p w14:paraId="3DB8B19E" w14:textId="77777777" w:rsidR="00DF5295" w:rsidRDefault="00000000">
      <w:pPr>
        <w:spacing w:after="0" w:line="240" w:lineRule="auto"/>
      </w:pPr>
      <w:r>
        <w:rPr>
          <w:b/>
          <w:color w:val="CC3300"/>
          <w:sz w:val="24"/>
        </w:rPr>
        <w:t>d)</w:t>
      </w:r>
      <w:r>
        <w:rPr>
          <w:color w:val="000000"/>
          <w:sz w:val="24"/>
        </w:rPr>
        <w:t xml:space="preserve"> Tốc độ trung bình của vật trong 3 s đầu bằng 20 m/s.</w:t>
      </w:r>
    </w:p>
    <w:p w14:paraId="7182CF24" w14:textId="612EFB23" w:rsidR="00DF5295" w:rsidRDefault="000608B2">
      <w:pPr>
        <w:spacing w:after="0" w:line="240" w:lineRule="auto"/>
      </w:pPr>
      <w:r w:rsidRPr="000608B2">
        <w:rPr>
          <w:b/>
          <w:color w:val="CC3300"/>
          <w:sz w:val="24"/>
        </w:rPr>
        <w:t xml:space="preserve">Trả lời: </w:t>
      </w:r>
      <w:r w:rsidR="00000000">
        <w:rPr>
          <w:b/>
          <w:color w:val="000000"/>
          <w:sz w:val="24"/>
        </w:rPr>
        <w:t>a) Đúng; b) Đúng; c) Đúng; d) Sai</w:t>
      </w:r>
    </w:p>
    <w:p w14:paraId="425182A0" w14:textId="77777777" w:rsidR="00DF5295" w:rsidRDefault="00000000">
      <w:pPr>
        <w:spacing w:after="0" w:line="240" w:lineRule="auto"/>
      </w:pPr>
      <w:r>
        <w:rPr>
          <w:b/>
          <w:color w:val="CC3300"/>
          <w:sz w:val="24"/>
        </w:rPr>
        <w:t>a)</w:t>
      </w:r>
      <w:r>
        <w:rPr>
          <w:color w:val="000000"/>
          <w:sz w:val="24"/>
        </w:rPr>
        <w:t xml:space="preserve"> Gia tốc rơi tự do có phương thẳng đứng, chiều hướng xuống.</w:t>
      </w:r>
    </w:p>
    <w:p w14:paraId="4C0D195A" w14:textId="77777777" w:rsidR="00DF5295" w:rsidRDefault="00000000">
      <w:pPr>
        <w:spacing w:after="0" w:line="240" w:lineRule="auto"/>
      </w:pPr>
      <w:r>
        <w:rPr>
          <w:b/>
          <w:color w:val="CC3300"/>
          <w:sz w:val="24"/>
        </w:rPr>
        <w:t>b)</w:t>
      </w:r>
      <w:r>
        <w:rPr>
          <w:color w:val="000000"/>
          <w:sz w:val="24"/>
        </w:rPr>
        <w:t xml:space="preserve"> </w:t>
      </w:r>
      <m:oMath>
        <m:r>
          <w:rPr>
            <w:rFonts w:ascii="Cambria Math" w:hAnsi="Cambria Math"/>
          </w:rPr>
          <m:t>v = gt = 10 × 3 = 30 m/s</m:t>
        </m:r>
      </m:oMath>
      <w:r>
        <w:rPr>
          <w:color w:val="000000"/>
          <w:sz w:val="24"/>
        </w:rPr>
        <w:t>.</w:t>
      </w:r>
    </w:p>
    <w:p w14:paraId="2D927ABF" w14:textId="77777777" w:rsidR="00DF5295" w:rsidRDefault="00000000">
      <w:pPr>
        <w:spacing w:after="0" w:line="240" w:lineRule="auto"/>
      </w:pPr>
      <w:r>
        <w:rPr>
          <w:b/>
          <w:color w:val="CC3300"/>
          <w:sz w:val="24"/>
        </w:rPr>
        <w:t>c)</w:t>
      </w:r>
      <w:r>
        <w:rPr>
          <w:color w:val="000000"/>
          <w:sz w:val="24"/>
        </w:rPr>
        <w:t xml:space="preserve"> Quãng đường trong giây thứ hai </w:t>
      </w:r>
      <m:oMath>
        <m:r>
          <w:rPr>
            <w:rFonts w:ascii="Cambria Math" w:hAnsi="Cambria Math"/>
          </w:rPr>
          <m:t>Δs₂ = g(2 × 2 - 1)/2 = 15 m</m:t>
        </m:r>
      </m:oMath>
      <w:r>
        <w:rPr>
          <w:color w:val="000000"/>
          <w:sz w:val="24"/>
        </w:rPr>
        <w:t>.</w:t>
      </w:r>
    </w:p>
    <w:p w14:paraId="677BBE30" w14:textId="77777777" w:rsidR="00DF5295" w:rsidRDefault="00000000">
      <w:pPr>
        <w:spacing w:after="0" w:line="240" w:lineRule="auto"/>
      </w:pPr>
      <w:r>
        <w:rPr>
          <w:b/>
          <w:color w:val="CC3300"/>
          <w:sz w:val="24"/>
        </w:rPr>
        <w:t>d)</w:t>
      </w:r>
      <w:r>
        <w:rPr>
          <w:color w:val="000000"/>
          <w:sz w:val="24"/>
        </w:rPr>
        <w:t xml:space="preserve"> Trong 3 s vật rơi </w:t>
      </w:r>
      <m:oMath>
        <m:r>
          <w:rPr>
            <w:rFonts w:ascii="Cambria Math" w:hAnsi="Cambria Math"/>
          </w:rPr>
          <m:t>s = gt²/2 = 45 m</m:t>
        </m:r>
      </m:oMath>
      <w:r>
        <w:rPr>
          <w:color w:val="000000"/>
          <w:sz w:val="24"/>
        </w:rPr>
        <w:t xml:space="preserve"> nên tốc độ trung bình </w:t>
      </w:r>
      <m:oMath>
        <m:r>
          <w:rPr>
            <w:rFonts w:ascii="Cambria Math" w:hAnsi="Cambria Math"/>
          </w:rPr>
          <m:t>vtb = 45/3 = 15 m/s</m:t>
        </m:r>
      </m:oMath>
      <w:r>
        <w:rPr>
          <w:color w:val="000000"/>
          <w:sz w:val="24"/>
        </w:rPr>
        <w:t>, không phải 20 m/s.</w:t>
      </w:r>
    </w:p>
    <w:p w14:paraId="113C183F" w14:textId="77777777" w:rsidR="00DF5295" w:rsidRPr="000608B2" w:rsidRDefault="00000000">
      <w:pPr>
        <w:spacing w:after="0" w:line="240" w:lineRule="auto"/>
        <w:rPr>
          <w:color w:val="002366"/>
        </w:rPr>
      </w:pPr>
      <w:r w:rsidRPr="000608B2">
        <w:rPr>
          <w:b/>
          <w:color w:val="002366"/>
          <w:sz w:val="24"/>
        </w:rPr>
        <w:t>PHẦN III. Câu trắc nghiệm trả lời ngắn. Thí sinh trả lời từ câu 1 đến câu 6.</w:t>
      </w:r>
    </w:p>
    <w:p w14:paraId="497AF670" w14:textId="77777777" w:rsidR="00DF5295" w:rsidRDefault="00000000">
      <w:pPr>
        <w:spacing w:after="0" w:line="240" w:lineRule="auto"/>
      </w:pPr>
      <w:r>
        <w:rPr>
          <w:b/>
          <w:color w:val="000000"/>
          <w:sz w:val="24"/>
        </w:rPr>
        <w:t xml:space="preserve">Câu 1. </w:t>
      </w:r>
      <w:r>
        <w:rPr>
          <w:color w:val="000000"/>
          <w:sz w:val="24"/>
        </w:rPr>
        <w:t xml:space="preserve">Đường kính và chiều cao của một hình trụ được đo lần lượt là </w:t>
      </w:r>
      <m:oMath>
        <m:r>
          <w:rPr>
            <w:rFonts w:ascii="Cambria Math" w:hAnsi="Cambria Math"/>
          </w:rPr>
          <m:t>d = (20,0 ± 0,1) mm</m:t>
        </m:r>
      </m:oMath>
      <w:r>
        <w:rPr>
          <w:color w:val="000000"/>
          <w:sz w:val="24"/>
        </w:rPr>
        <w:t xml:space="preserve"> và </w:t>
      </w:r>
      <m:oMath>
        <m:r>
          <w:rPr>
            <w:rFonts w:ascii="Cambria Math" w:hAnsi="Cambria Math"/>
          </w:rPr>
          <m:t>h = (50,0 ± 0,2) mm</m:t>
        </m:r>
      </m:oMath>
      <w:r>
        <w:rPr>
          <w:color w:val="000000"/>
          <w:sz w:val="24"/>
        </w:rPr>
        <w:t>. Sai số tỉ đối cực đại của phép đo thể tích hình trụ bằng bao nhiêu phần trăm?</w:t>
      </w:r>
    </w:p>
    <w:p w14:paraId="0D4D0074" w14:textId="6373D8E0" w:rsidR="00DF5295" w:rsidRDefault="000608B2">
      <w:pPr>
        <w:spacing w:after="0" w:line="240" w:lineRule="auto"/>
      </w:pPr>
      <w:r w:rsidRPr="000608B2">
        <w:rPr>
          <w:b/>
          <w:color w:val="CC3300"/>
          <w:sz w:val="24"/>
        </w:rPr>
        <w:t xml:space="preserve">Trả lời: </w:t>
      </w:r>
      <w:r w:rsidR="00000000">
        <w:rPr>
          <w:b/>
          <w:color w:val="000000"/>
          <w:sz w:val="24"/>
        </w:rPr>
        <w:t>1,4</w:t>
      </w:r>
    </w:p>
    <w:p w14:paraId="5E172CD8" w14:textId="172132B0" w:rsidR="00DF5295" w:rsidRDefault="000608B2">
      <w:pPr>
        <w:keepNext/>
        <w:spacing w:after="0" w:line="240" w:lineRule="auto"/>
      </w:pPr>
      <w:r w:rsidRPr="000608B2">
        <w:rPr>
          <w:b/>
          <w:color w:val="002366"/>
          <w:sz w:val="24"/>
        </w:rPr>
        <w:t>Hướng dẫn:</w:t>
      </w:r>
    </w:p>
    <w:p w14:paraId="3A2037FB" w14:textId="77777777" w:rsidR="00DF5295" w:rsidRDefault="00000000">
      <w:pPr>
        <w:keepNext/>
        <w:spacing w:after="0" w:line="240" w:lineRule="auto"/>
      </w:pPr>
      <w:r>
        <w:rPr>
          <w:color w:val="000000"/>
          <w:sz w:val="24"/>
        </w:rPr>
        <w:t xml:space="preserve">Thể tích hình trụ </w:t>
      </w:r>
      <m:oMath>
        <m:r>
          <w:rPr>
            <w:rFonts w:ascii="Cambria Math" w:hAnsi="Cambria Math"/>
          </w:rPr>
          <m:t>V = πd²h/</m:t>
        </m:r>
        <m:r>
          <w:rPr>
            <w:rFonts w:ascii="Cambria Math" w:hAnsi="Cambria Math"/>
          </w:rPr>
          <m:t>4</m:t>
        </m:r>
      </m:oMath>
      <w:r>
        <w:rPr>
          <w:color w:val="000000"/>
          <w:sz w:val="24"/>
        </w:rPr>
        <w:t>.</w:t>
      </w:r>
    </w:p>
    <w:p w14:paraId="0110660A" w14:textId="77777777" w:rsidR="00DF5295" w:rsidRDefault="00000000">
      <w:pPr>
        <w:keepNext/>
        <w:spacing w:after="0" w:line="240" w:lineRule="auto"/>
      </w:pPr>
      <w:r>
        <w:rPr>
          <w:color w:val="000000"/>
          <w:sz w:val="24"/>
        </w:rPr>
        <w:t xml:space="preserve">Sai số tỉ đối cực đại: </w:t>
      </w:r>
      <m:oMath>
        <m:r>
          <w:rPr>
            <w:rFonts w:ascii="Cambria Math" w:hAnsi="Cambria Math"/>
          </w:rPr>
          <m:t xml:space="preserve">δV = 2δd + δh = </m:t>
        </m:r>
        <m:r>
          <w:rPr>
            <w:rFonts w:ascii="Cambria Math" w:hAnsi="Cambria Math"/>
          </w:rPr>
          <m:t>2 × 0,1/20,0 × 100% + 0,2/50,0 × 100% = 1,4%</m:t>
        </m:r>
      </m:oMath>
      <w:r>
        <w:rPr>
          <w:color w:val="000000"/>
          <w:sz w:val="24"/>
        </w:rPr>
        <w:t>.</w:t>
      </w:r>
    </w:p>
    <w:p w14:paraId="6D27368B" w14:textId="77777777" w:rsidR="00DF5295" w:rsidRDefault="00000000">
      <w:pPr>
        <w:spacing w:after="0" w:line="240" w:lineRule="auto"/>
      </w:pPr>
      <w:r>
        <w:rPr>
          <w:color w:val="000000"/>
          <w:sz w:val="24"/>
        </w:rPr>
        <w:t>Vậy đáp số là 1,4%.</w:t>
      </w:r>
    </w:p>
    <w:p w14:paraId="14645315" w14:textId="77777777" w:rsidR="00DF5295" w:rsidRDefault="00000000">
      <w:pPr>
        <w:keepNext/>
        <w:spacing w:after="0" w:line="240" w:lineRule="auto"/>
      </w:pPr>
      <w:r>
        <w:rPr>
          <w:b/>
          <w:color w:val="000000"/>
          <w:sz w:val="24"/>
        </w:rPr>
        <w:t xml:space="preserve">Câu 2. </w:t>
      </w:r>
      <w:r>
        <w:rPr>
          <w:color w:val="000000"/>
          <w:sz w:val="24"/>
        </w:rPr>
        <w:t>Một vật chuyển động theo đồ thị tọa độ - thời gian như hình. Tốc độ trung bình của vật trong 9 s bằng bao nhiêu m/s? Làm tròn đến hàng phần trăm.</w:t>
      </w:r>
    </w:p>
    <w:p w14:paraId="67D410E3" w14:textId="77777777" w:rsidR="00DF5295" w:rsidRDefault="00000000">
      <w:pPr>
        <w:spacing w:after="40"/>
        <w:jc w:val="center"/>
      </w:pPr>
      <w:r>
        <w:rPr>
          <w:noProof/>
        </w:rPr>
        <w:drawing>
          <wp:inline distT="0" distB="0" distL="0" distR="0" wp14:anchorId="6DFF2310" wp14:editId="6FF10855">
            <wp:extent cx="2148840" cy="1449787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t_short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48840" cy="1449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98C083" w14:textId="26542338" w:rsidR="00DF5295" w:rsidRDefault="000608B2">
      <w:pPr>
        <w:spacing w:after="0" w:line="240" w:lineRule="auto"/>
      </w:pPr>
      <w:r w:rsidRPr="000608B2">
        <w:rPr>
          <w:b/>
          <w:color w:val="CC3300"/>
          <w:sz w:val="24"/>
        </w:rPr>
        <w:t xml:space="preserve">Trả lời: </w:t>
      </w:r>
      <w:r w:rsidR="00000000">
        <w:rPr>
          <w:b/>
          <w:color w:val="000000"/>
          <w:sz w:val="24"/>
        </w:rPr>
        <w:t>3,11</w:t>
      </w:r>
    </w:p>
    <w:p w14:paraId="781E3894" w14:textId="3F48AF9A" w:rsidR="00DF5295" w:rsidRDefault="000608B2">
      <w:pPr>
        <w:keepNext/>
        <w:spacing w:after="0" w:line="240" w:lineRule="auto"/>
      </w:pPr>
      <w:r w:rsidRPr="000608B2">
        <w:rPr>
          <w:b/>
          <w:color w:val="002366"/>
          <w:sz w:val="24"/>
        </w:rPr>
        <w:lastRenderedPageBreak/>
        <w:t>Hướng dẫn:</w:t>
      </w:r>
    </w:p>
    <w:p w14:paraId="3A6D818C" w14:textId="77777777" w:rsidR="00DF5295" w:rsidRDefault="00000000">
      <w:pPr>
        <w:keepNext/>
        <w:spacing w:after="0" w:line="240" w:lineRule="auto"/>
      </w:pPr>
      <w:r>
        <w:rPr>
          <w:color w:val="000000"/>
          <w:sz w:val="24"/>
        </w:rPr>
        <w:t>Quãng đường trên ba chặng lần lượt là 12 m, 0 m và 16 m.</w:t>
      </w:r>
    </w:p>
    <w:p w14:paraId="160FB466" w14:textId="77777777" w:rsidR="00DF5295" w:rsidRDefault="00000000">
      <w:pPr>
        <w:keepNext/>
        <w:spacing w:after="0" w:line="240" w:lineRule="auto"/>
      </w:pPr>
      <w:r>
        <w:rPr>
          <w:color w:val="000000"/>
          <w:sz w:val="24"/>
        </w:rPr>
        <w:t xml:space="preserve">Tổng quãng đường </w:t>
      </w:r>
      <m:oMath>
        <m:r>
          <w:rPr>
            <w:rFonts w:ascii="Cambria Math" w:hAnsi="Cambria Math"/>
          </w:rPr>
          <m:t>s = 12 + 16 = 28 m</m:t>
        </m:r>
      </m:oMath>
      <w:r>
        <w:rPr>
          <w:color w:val="000000"/>
          <w:sz w:val="24"/>
        </w:rPr>
        <w:t>.</w:t>
      </w:r>
    </w:p>
    <w:p w14:paraId="73886D0A" w14:textId="77777777" w:rsidR="00DF5295" w:rsidRDefault="00000000">
      <w:pPr>
        <w:spacing w:after="0" w:line="240" w:lineRule="auto"/>
      </w:pPr>
      <w:r>
        <w:rPr>
          <w:color w:val="000000"/>
          <w:sz w:val="24"/>
        </w:rPr>
        <w:t xml:space="preserve">Tốc độ trung bình </w:t>
      </w:r>
      <m:oMath>
        <m:r>
          <w:rPr>
            <w:rFonts w:ascii="Cambria Math" w:hAnsi="Cambria Math"/>
          </w:rPr>
          <m:t>vtb = 28/9 ≈ 3,11 m/s</m:t>
        </m:r>
      </m:oMath>
      <w:r>
        <w:rPr>
          <w:color w:val="000000"/>
          <w:sz w:val="24"/>
        </w:rPr>
        <w:t>.</w:t>
      </w:r>
    </w:p>
    <w:p w14:paraId="53CC1D7B" w14:textId="77777777" w:rsidR="00DF5295" w:rsidRDefault="00000000">
      <w:pPr>
        <w:spacing w:after="0" w:line="240" w:lineRule="auto"/>
      </w:pPr>
      <w:r>
        <w:rPr>
          <w:b/>
          <w:color w:val="000000"/>
          <w:sz w:val="24"/>
        </w:rPr>
        <w:t xml:space="preserve">Câu 3. </w:t>
      </w:r>
      <w:r>
        <w:rPr>
          <w:color w:val="000000"/>
          <w:sz w:val="24"/>
        </w:rPr>
        <w:t>Trong hai khoảng thời gian liên tiếp, mỗi khoảng dài 1 s, một vật chuyển động thẳng nhanh dần đều đi được lần lượt 15 m và 25 m. Gia tốc của vật bằng bao nhiêu m/s²?</w:t>
      </w:r>
    </w:p>
    <w:p w14:paraId="5893D378" w14:textId="7B73E0B1" w:rsidR="00DF5295" w:rsidRDefault="000608B2">
      <w:pPr>
        <w:spacing w:after="0" w:line="240" w:lineRule="auto"/>
      </w:pPr>
      <w:r w:rsidRPr="000608B2">
        <w:rPr>
          <w:b/>
          <w:color w:val="CC3300"/>
          <w:sz w:val="24"/>
        </w:rPr>
        <w:t xml:space="preserve">Trả lời: </w:t>
      </w:r>
      <w:r w:rsidR="00000000">
        <w:rPr>
          <w:b/>
          <w:color w:val="000000"/>
          <w:sz w:val="24"/>
        </w:rPr>
        <w:t>10</w:t>
      </w:r>
    </w:p>
    <w:p w14:paraId="3A248FFD" w14:textId="350103D5" w:rsidR="00DF5295" w:rsidRDefault="000608B2">
      <w:pPr>
        <w:keepNext/>
        <w:spacing w:after="0" w:line="240" w:lineRule="auto"/>
      </w:pPr>
      <w:r w:rsidRPr="000608B2">
        <w:rPr>
          <w:b/>
          <w:color w:val="002366"/>
          <w:sz w:val="24"/>
        </w:rPr>
        <w:t>Hướng dẫn:</w:t>
      </w:r>
    </w:p>
    <w:p w14:paraId="27B4BE3E" w14:textId="77777777" w:rsidR="00DF5295" w:rsidRDefault="00000000">
      <w:pPr>
        <w:keepNext/>
        <w:spacing w:after="0" w:line="240" w:lineRule="auto"/>
      </w:pPr>
      <w:r>
        <w:rPr>
          <w:color w:val="000000"/>
          <w:sz w:val="24"/>
        </w:rPr>
        <w:t>Trong chuyển động thẳng biến đổi đều, hiệu quãng đường đi trong hai khoảng thời gian liên tiếp bằng aΔt².</w:t>
      </w:r>
    </w:p>
    <w:p w14:paraId="5BF3287D" w14:textId="77777777" w:rsidR="00DF5295" w:rsidRDefault="00000000">
      <w:pPr>
        <w:spacing w:after="0" w:line="240" w:lineRule="auto"/>
      </w:pPr>
      <w:r>
        <w:rPr>
          <w:color w:val="000000"/>
          <w:sz w:val="24"/>
        </w:rPr>
        <w:t xml:space="preserve">Với </w:t>
      </w:r>
      <m:oMath>
        <m:r>
          <w:rPr>
            <w:rFonts w:ascii="Cambria Math" w:hAnsi="Cambria Math"/>
          </w:rPr>
          <m:t>Δt = 1 s: a = 25 - 15 = 10 m/s²</m:t>
        </m:r>
      </m:oMath>
      <w:r>
        <w:rPr>
          <w:color w:val="000000"/>
          <w:sz w:val="24"/>
        </w:rPr>
        <w:t>.</w:t>
      </w:r>
    </w:p>
    <w:p w14:paraId="1A6526B1" w14:textId="77777777" w:rsidR="00DF5295" w:rsidRDefault="00000000">
      <w:pPr>
        <w:spacing w:after="0" w:line="240" w:lineRule="auto"/>
      </w:pPr>
      <w:r>
        <w:rPr>
          <w:b/>
          <w:color w:val="000000"/>
          <w:sz w:val="24"/>
        </w:rPr>
        <w:t xml:space="preserve">Câu 4. </w:t>
      </w:r>
      <w:r>
        <w:rPr>
          <w:color w:val="000000"/>
          <w:sz w:val="24"/>
        </w:rPr>
        <w:t>Một vật bắt đầu chuyển động thẳng nhanh dần đều. Trong nửa đầu của khoảng thời gian 8 s vật đi được 24 m, trong nửa sau đi được 72 m. Gia tốc của vật bằng bao nhiêu m/s²?</w:t>
      </w:r>
    </w:p>
    <w:p w14:paraId="358A21A1" w14:textId="729D9EE1" w:rsidR="00DF5295" w:rsidRDefault="000608B2">
      <w:pPr>
        <w:spacing w:after="0" w:line="240" w:lineRule="auto"/>
      </w:pPr>
      <w:r w:rsidRPr="000608B2">
        <w:rPr>
          <w:b/>
          <w:color w:val="CC3300"/>
          <w:sz w:val="24"/>
        </w:rPr>
        <w:t xml:space="preserve">Trả lời: </w:t>
      </w:r>
      <w:r w:rsidR="00000000">
        <w:rPr>
          <w:b/>
          <w:color w:val="000000"/>
          <w:sz w:val="24"/>
        </w:rPr>
        <w:t>3</w:t>
      </w:r>
    </w:p>
    <w:p w14:paraId="0F38E25A" w14:textId="38F26984" w:rsidR="00DF5295" w:rsidRDefault="000608B2">
      <w:pPr>
        <w:keepNext/>
        <w:spacing w:after="0" w:line="240" w:lineRule="auto"/>
      </w:pPr>
      <w:r w:rsidRPr="000608B2">
        <w:rPr>
          <w:b/>
          <w:color w:val="002366"/>
          <w:sz w:val="24"/>
        </w:rPr>
        <w:t>Hướng dẫn:</w:t>
      </w:r>
    </w:p>
    <w:p w14:paraId="14504767" w14:textId="77777777" w:rsidR="00DF5295" w:rsidRDefault="00000000">
      <w:pPr>
        <w:keepNext/>
        <w:spacing w:after="0" w:line="240" w:lineRule="auto"/>
      </w:pPr>
      <w:r>
        <w:rPr>
          <w:color w:val="000000"/>
          <w:sz w:val="24"/>
        </w:rPr>
        <w:t>Gọi vận tốc đầu là v₀ và gia tốc là a.</w:t>
      </w:r>
    </w:p>
    <w:p w14:paraId="66CFF070" w14:textId="77777777" w:rsidR="00DF5295" w:rsidRDefault="00000000">
      <w:pPr>
        <w:keepNext/>
        <w:spacing w:after="0" w:line="240" w:lineRule="auto"/>
      </w:pPr>
      <w:r>
        <w:rPr>
          <w:color w:val="000000"/>
          <w:sz w:val="24"/>
        </w:rPr>
        <w:t xml:space="preserve">Trong 4 s đầu: </w:t>
      </w:r>
      <m:oMath>
        <m:r>
          <w:rPr>
            <w:rFonts w:ascii="Cambria Math" w:hAnsi="Cambria Math"/>
          </w:rPr>
          <m:t>4v₀ + 8a = 24</m:t>
        </m:r>
      </m:oMath>
      <w:r>
        <w:rPr>
          <w:color w:val="000000"/>
          <w:sz w:val="24"/>
        </w:rPr>
        <w:t>.</w:t>
      </w:r>
    </w:p>
    <w:p w14:paraId="5247F777" w14:textId="77777777" w:rsidR="00DF5295" w:rsidRDefault="00000000">
      <w:pPr>
        <w:keepNext/>
        <w:spacing w:after="0" w:line="240" w:lineRule="auto"/>
      </w:pPr>
      <w:r>
        <w:rPr>
          <w:color w:val="000000"/>
          <w:sz w:val="24"/>
        </w:rPr>
        <w:t xml:space="preserve">Trong 4 s sau: </w:t>
      </w:r>
      <m:oMath>
        <m:r>
          <w:rPr>
            <w:rFonts w:ascii="Cambria Math" w:hAnsi="Cambria Math"/>
          </w:rPr>
          <m:t>4v₀ + 24a = 72</m:t>
        </m:r>
      </m:oMath>
      <w:r>
        <w:rPr>
          <w:color w:val="000000"/>
          <w:sz w:val="24"/>
        </w:rPr>
        <w:t>.</w:t>
      </w:r>
    </w:p>
    <w:p w14:paraId="2DED76F5" w14:textId="77777777" w:rsidR="00DF5295" w:rsidRDefault="00000000">
      <w:pPr>
        <w:spacing w:after="0" w:line="240" w:lineRule="auto"/>
      </w:pPr>
      <w:r>
        <w:rPr>
          <w:color w:val="000000"/>
          <w:sz w:val="24"/>
        </w:rPr>
        <w:t xml:space="preserve">Lấy phương trình sau trừ phương trình trước: </w:t>
      </w:r>
      <m:oMath>
        <m:r>
          <w:rPr>
            <w:rFonts w:ascii="Cambria Math" w:hAnsi="Cambria Math"/>
          </w:rPr>
          <m:t>16a = 48</m:t>
        </m:r>
      </m:oMath>
      <w:r>
        <w:rPr>
          <w:color w:val="000000"/>
          <w:sz w:val="24"/>
        </w:rPr>
        <w:t xml:space="preserve">, suy ra </w:t>
      </w:r>
      <m:oMath>
        <m:r>
          <w:rPr>
            <w:rFonts w:ascii="Cambria Math" w:hAnsi="Cambria Math"/>
          </w:rPr>
          <m:t>a = 3 m/s²</m:t>
        </m:r>
      </m:oMath>
      <w:r>
        <w:rPr>
          <w:color w:val="000000"/>
          <w:sz w:val="24"/>
        </w:rPr>
        <w:t>.</w:t>
      </w:r>
    </w:p>
    <w:p w14:paraId="09F96FF8" w14:textId="77777777" w:rsidR="00DF5295" w:rsidRDefault="00000000">
      <w:pPr>
        <w:spacing w:after="0" w:line="240" w:lineRule="auto"/>
      </w:pPr>
      <w:r>
        <w:rPr>
          <w:b/>
          <w:color w:val="000000"/>
          <w:sz w:val="24"/>
        </w:rPr>
        <w:t xml:space="preserve">Câu 5. </w:t>
      </w:r>
      <w:r>
        <w:rPr>
          <w:color w:val="000000"/>
          <w:sz w:val="24"/>
        </w:rPr>
        <w:t xml:space="preserve">Một vật được thả rơi tự do từ trạng thái nghỉ. Vật đi qua hai điểm A và B cách nhau 35 m trong thời gian 1 s. Lấy </w:t>
      </w:r>
      <m:oMath>
        <m:r>
          <w:rPr>
            <w:rFonts w:ascii="Cambria Math" w:hAnsi="Cambria Math"/>
          </w:rPr>
          <m:t>g = 10 m/s²</m:t>
        </m:r>
      </m:oMath>
      <w:r>
        <w:rPr>
          <w:color w:val="000000"/>
          <w:sz w:val="24"/>
        </w:rPr>
        <w:t>. Quãng đường từ nơi thả đến điểm A bằng bao nhiêu mét?</w:t>
      </w:r>
    </w:p>
    <w:p w14:paraId="41494433" w14:textId="286F903A" w:rsidR="00DF5295" w:rsidRDefault="000608B2">
      <w:pPr>
        <w:spacing w:after="0" w:line="240" w:lineRule="auto"/>
      </w:pPr>
      <w:r w:rsidRPr="000608B2">
        <w:rPr>
          <w:b/>
          <w:color w:val="CC3300"/>
          <w:sz w:val="24"/>
        </w:rPr>
        <w:t xml:space="preserve">Trả lời: </w:t>
      </w:r>
      <w:r w:rsidR="00000000">
        <w:rPr>
          <w:b/>
          <w:color w:val="000000"/>
          <w:sz w:val="24"/>
        </w:rPr>
        <w:t>45</w:t>
      </w:r>
    </w:p>
    <w:p w14:paraId="32CA40D4" w14:textId="540733EF" w:rsidR="00DF5295" w:rsidRDefault="000608B2">
      <w:pPr>
        <w:keepNext/>
        <w:spacing w:after="0" w:line="240" w:lineRule="auto"/>
      </w:pPr>
      <w:r w:rsidRPr="000608B2">
        <w:rPr>
          <w:b/>
          <w:color w:val="002366"/>
          <w:sz w:val="24"/>
        </w:rPr>
        <w:t>Hướng dẫn:</w:t>
      </w:r>
    </w:p>
    <w:p w14:paraId="1425D8DD" w14:textId="77777777" w:rsidR="00DF5295" w:rsidRDefault="00000000">
      <w:pPr>
        <w:keepNext/>
        <w:spacing w:after="0" w:line="240" w:lineRule="auto"/>
      </w:pPr>
      <w:r>
        <w:rPr>
          <w:color w:val="000000"/>
          <w:sz w:val="24"/>
        </w:rPr>
        <w:t xml:space="preserve">Gọi vA là tốc độ của vật tại A. Trên đoạn AB: </w:t>
      </w:r>
      <m:oMath>
        <m:r>
          <w:rPr>
            <w:rFonts w:ascii="Cambria Math" w:hAnsi="Cambria Math"/>
          </w:rPr>
          <m:t>35 = vA × 1 + g × 1²/2</m:t>
        </m:r>
      </m:oMath>
      <w:r>
        <w:rPr>
          <w:color w:val="000000"/>
          <w:sz w:val="24"/>
        </w:rPr>
        <w:t xml:space="preserve"> nên </w:t>
      </w:r>
      <m:oMath>
        <m:r>
          <w:rPr>
            <w:rFonts w:ascii="Cambria Math" w:hAnsi="Cambria Math"/>
          </w:rPr>
          <m:t>vA = 30 m/s</m:t>
        </m:r>
      </m:oMath>
      <w:r>
        <w:rPr>
          <w:color w:val="000000"/>
          <w:sz w:val="24"/>
        </w:rPr>
        <w:t>.</w:t>
      </w:r>
    </w:p>
    <w:p w14:paraId="0AFD5394" w14:textId="77777777" w:rsidR="00DF5295" w:rsidRDefault="00000000">
      <w:pPr>
        <w:spacing w:after="0" w:line="240" w:lineRule="auto"/>
      </w:pPr>
      <w:r>
        <w:rPr>
          <w:color w:val="000000"/>
          <w:sz w:val="24"/>
        </w:rPr>
        <w:t xml:space="preserve">Từ </w:t>
      </w:r>
      <m:oMath>
        <m:r>
          <w:rPr>
            <w:rFonts w:ascii="Cambria Math" w:hAnsi="Cambria Math"/>
          </w:rPr>
          <m:t>vA² = 2gsA</m:t>
        </m:r>
      </m:oMath>
      <w:r>
        <w:rPr>
          <w:color w:val="000000"/>
          <w:sz w:val="24"/>
        </w:rPr>
        <w:t xml:space="preserve"> suy ra </w:t>
      </w:r>
      <m:oMath>
        <m:r>
          <w:rPr>
            <w:rFonts w:ascii="Cambria Math" w:hAnsi="Cambria Math"/>
          </w:rPr>
          <m:t>sA = 30²/(2 × 10) = 45 m</m:t>
        </m:r>
      </m:oMath>
      <w:r>
        <w:rPr>
          <w:color w:val="000000"/>
          <w:sz w:val="24"/>
        </w:rPr>
        <w:t>.</w:t>
      </w:r>
    </w:p>
    <w:p w14:paraId="337C1E92" w14:textId="77777777" w:rsidR="00DF5295" w:rsidRDefault="00000000">
      <w:pPr>
        <w:spacing w:after="0" w:line="240" w:lineRule="auto"/>
      </w:pPr>
      <w:r>
        <w:rPr>
          <w:b/>
          <w:color w:val="000000"/>
          <w:sz w:val="24"/>
        </w:rPr>
        <w:t xml:space="preserve">Câu 6. </w:t>
      </w:r>
      <w:r>
        <w:rPr>
          <w:color w:val="000000"/>
          <w:sz w:val="24"/>
        </w:rPr>
        <w:t xml:space="preserve">Từ cùng một điểm, vật thứ nhất được thả rơi tự do; sau đó 1 s vật thứ hai cũng được thả rơi. Lấy </w:t>
      </w:r>
      <m:oMath>
        <m:r>
          <w:rPr>
            <w:rFonts w:ascii="Cambria Math" w:hAnsi="Cambria Math"/>
          </w:rPr>
          <m:t>g = 10 m/s²</m:t>
        </m:r>
      </m:oMath>
      <w:r>
        <w:rPr>
          <w:color w:val="000000"/>
          <w:sz w:val="24"/>
        </w:rPr>
        <w:t>. Khi khoảng cách giữa hai vật bằng 25 m, tốc độ của vật thứ hai bằng bao nhiêu m/s?</w:t>
      </w:r>
    </w:p>
    <w:p w14:paraId="3BAD9DA8" w14:textId="2F02A9DD" w:rsidR="00DF5295" w:rsidRDefault="000608B2">
      <w:pPr>
        <w:spacing w:after="0" w:line="240" w:lineRule="auto"/>
      </w:pPr>
      <w:r w:rsidRPr="000608B2">
        <w:rPr>
          <w:b/>
          <w:color w:val="CC3300"/>
          <w:sz w:val="24"/>
        </w:rPr>
        <w:t xml:space="preserve">Trả lời: </w:t>
      </w:r>
      <w:r w:rsidR="00000000">
        <w:rPr>
          <w:b/>
          <w:color w:val="000000"/>
          <w:sz w:val="24"/>
        </w:rPr>
        <w:t>20</w:t>
      </w:r>
    </w:p>
    <w:p w14:paraId="0E860EF9" w14:textId="0B36DEED" w:rsidR="00DF5295" w:rsidRDefault="000608B2">
      <w:pPr>
        <w:keepNext/>
        <w:spacing w:after="0" w:line="240" w:lineRule="auto"/>
      </w:pPr>
      <w:r w:rsidRPr="000608B2">
        <w:rPr>
          <w:b/>
          <w:color w:val="002366"/>
          <w:sz w:val="24"/>
        </w:rPr>
        <w:t>Hướng dẫn:</w:t>
      </w:r>
    </w:p>
    <w:p w14:paraId="47F9313C" w14:textId="77777777" w:rsidR="00DF5295" w:rsidRDefault="00000000">
      <w:pPr>
        <w:keepNext/>
        <w:spacing w:after="0" w:line="240" w:lineRule="auto"/>
      </w:pPr>
      <w:r>
        <w:rPr>
          <w:color w:val="000000"/>
          <w:sz w:val="24"/>
        </w:rPr>
        <w:t>Gọi t là thời gian tính từ lúc thả vật thứ nhất; thời gian rơi của vật thứ hai là t − 1.</w:t>
      </w:r>
    </w:p>
    <w:p w14:paraId="3DE2AF47" w14:textId="77777777" w:rsidR="00DF5295" w:rsidRDefault="00000000">
      <w:pPr>
        <w:keepNext/>
        <w:spacing w:after="0" w:line="240" w:lineRule="auto"/>
      </w:pPr>
      <w:r>
        <w:rPr>
          <w:color w:val="000000"/>
          <w:sz w:val="24"/>
        </w:rPr>
        <w:t xml:space="preserve">Khoảng cách </w:t>
      </w:r>
      <m:oMath>
        <m:r>
          <w:rPr>
            <w:rFonts w:ascii="Cambria Math" w:hAnsi="Cambria Math"/>
          </w:rPr>
          <m:t>Δs = gt²/2 - g(t - 1)²/2 = 5(2t - 1)</m:t>
        </m:r>
      </m:oMath>
      <w:r>
        <w:rPr>
          <w:color w:val="000000"/>
          <w:sz w:val="24"/>
        </w:rPr>
        <w:t>.</w:t>
      </w:r>
    </w:p>
    <w:p w14:paraId="3C6B0086" w14:textId="77777777" w:rsidR="00DF5295" w:rsidRDefault="00000000">
      <w:pPr>
        <w:keepNext/>
        <w:spacing w:after="0" w:line="240" w:lineRule="auto"/>
      </w:pPr>
      <w:r>
        <w:rPr>
          <w:color w:val="000000"/>
          <w:sz w:val="24"/>
        </w:rPr>
        <w:t xml:space="preserve">Từ </w:t>
      </w:r>
      <m:oMath>
        <m:r>
          <w:rPr>
            <w:rFonts w:ascii="Cambria Math" w:hAnsi="Cambria Math"/>
          </w:rPr>
          <m:t>5(2t - 1) = 25</m:t>
        </m:r>
      </m:oMath>
      <w:r>
        <w:rPr>
          <w:color w:val="000000"/>
          <w:sz w:val="24"/>
        </w:rPr>
        <w:t xml:space="preserve"> suy ra </w:t>
      </w:r>
      <m:oMath>
        <m:r>
          <w:rPr>
            <w:rFonts w:ascii="Cambria Math" w:hAnsi="Cambria Math"/>
          </w:rPr>
          <m:t>t = 3 s</m:t>
        </m:r>
      </m:oMath>
      <w:r>
        <w:rPr>
          <w:color w:val="000000"/>
          <w:sz w:val="24"/>
        </w:rPr>
        <w:t>.</w:t>
      </w:r>
    </w:p>
    <w:p w14:paraId="6FFFE453" w14:textId="77777777" w:rsidR="00DF5295" w:rsidRDefault="00000000">
      <w:pPr>
        <w:spacing w:after="0" w:line="240" w:lineRule="auto"/>
      </w:pPr>
      <w:r>
        <w:rPr>
          <w:color w:val="000000"/>
          <w:sz w:val="24"/>
        </w:rPr>
        <w:t xml:space="preserve">Vật thứ hai đã rơi 2 s nên </w:t>
      </w:r>
      <m:oMath>
        <m:r>
          <w:rPr>
            <w:rFonts w:ascii="Cambria Math" w:hAnsi="Cambria Math"/>
          </w:rPr>
          <m:t>v₂ = g(t - 1) = 20 m/s</m:t>
        </m:r>
      </m:oMath>
      <w:r>
        <w:rPr>
          <w:color w:val="000000"/>
          <w:sz w:val="24"/>
        </w:rPr>
        <w:t>.</w:t>
      </w:r>
    </w:p>
    <w:p w14:paraId="69567B3B" w14:textId="77777777" w:rsidR="000608B2" w:rsidRDefault="000608B2">
      <w:pPr>
        <w:spacing w:after="0" w:line="240" w:lineRule="auto"/>
        <w:jc w:val="center"/>
        <w:rPr>
          <w:b/>
          <w:color w:val="000000"/>
          <w:sz w:val="24"/>
        </w:rPr>
      </w:pPr>
    </w:p>
    <w:p w14:paraId="46E74794" w14:textId="04D7E41A" w:rsidR="00DF5295" w:rsidRDefault="00000000">
      <w:pPr>
        <w:spacing w:after="0" w:line="240" w:lineRule="auto"/>
        <w:jc w:val="center"/>
      </w:pPr>
      <w:r>
        <w:rPr>
          <w:b/>
          <w:color w:val="000000"/>
          <w:sz w:val="24"/>
        </w:rPr>
        <w:t>........Hết........</w:t>
      </w:r>
    </w:p>
    <w:sectPr w:rsidR="00DF5295" w:rsidSect="00034616">
      <w:footerReference w:type="even" r:id="rId14"/>
      <w:footerReference w:type="default" r:id="rId15"/>
      <w:footerReference w:type="first" r:id="rId16"/>
      <w:pgSz w:w="11906" w:h="16838"/>
      <w:pgMar w:top="709" w:right="822" w:bottom="709" w:left="82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7E52D1" w14:textId="77777777" w:rsidR="00AD27C2" w:rsidRDefault="00AD27C2">
      <w:pPr>
        <w:spacing w:after="0" w:line="240" w:lineRule="auto"/>
      </w:pPr>
      <w:r>
        <w:separator/>
      </w:r>
    </w:p>
  </w:endnote>
  <w:endnote w:type="continuationSeparator" w:id="0">
    <w:p w14:paraId="43A0D9C4" w14:textId="77777777" w:rsidR="00AD27C2" w:rsidRDefault="00AD27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5131"/>
      <w:gridCol w:w="5131"/>
    </w:tblGrid>
    <w:tr w:rsidR="00DF5295" w14:paraId="60A4AFC1" w14:textId="77777777">
      <w:tc>
        <w:tcPr>
          <w:tcW w:w="5131" w:type="dxa"/>
          <w:vAlign w:val="center"/>
        </w:tcPr>
        <w:p w14:paraId="345299ED" w14:textId="77777777" w:rsidR="00DF5295" w:rsidRDefault="00000000">
          <w:r>
            <w:rPr>
              <w:i/>
              <w:color w:val="4472C4"/>
              <w:sz w:val="16"/>
            </w:rPr>
            <w:t>Physics Team | https://physicsteam.vn</w:t>
          </w:r>
        </w:p>
      </w:tc>
      <w:tc>
        <w:tcPr>
          <w:tcW w:w="5131" w:type="dxa"/>
          <w:vAlign w:val="center"/>
        </w:tcPr>
        <w:p w14:paraId="5FE7F4BC" w14:textId="77777777" w:rsidR="00DF5295" w:rsidRDefault="00000000">
          <w:pPr>
            <w:jc w:val="right"/>
          </w:pPr>
          <w:r>
            <w:rPr>
              <w:i/>
              <w:color w:val="4472C4"/>
              <w:sz w:val="16"/>
            </w:rPr>
            <w:t xml:space="preserve">Trang </w:t>
          </w:r>
          <w:r>
            <w:fldChar w:fldCharType="begin"/>
          </w:r>
          <w:r>
            <w:instrText>PAGE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i/>
              <w:color w:val="4472C4"/>
              <w:sz w:val="16"/>
            </w:rPr>
            <w:t>/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i/>
              <w:color w:val="4472C4"/>
              <w:sz w:val="16"/>
            </w:rPr>
            <w:t xml:space="preserve">  Mã đề: </w:t>
          </w:r>
          <w:r>
            <w:rPr>
              <w:i/>
              <w:color w:val="CC3300"/>
              <w:sz w:val="16"/>
            </w:rPr>
            <w:t>003</w:t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5131"/>
      <w:gridCol w:w="5131"/>
    </w:tblGrid>
    <w:tr w:rsidR="00DF5295" w14:paraId="563662F2" w14:textId="77777777">
      <w:tc>
        <w:tcPr>
          <w:tcW w:w="5131" w:type="dxa"/>
          <w:vAlign w:val="center"/>
        </w:tcPr>
        <w:p w14:paraId="3677FF28" w14:textId="77777777" w:rsidR="00DF5295" w:rsidRDefault="00000000">
          <w:r>
            <w:rPr>
              <w:i/>
              <w:color w:val="4472C4"/>
              <w:sz w:val="16"/>
            </w:rPr>
            <w:t>Physics Team | https://physicsteam.vn</w:t>
          </w:r>
        </w:p>
      </w:tc>
      <w:tc>
        <w:tcPr>
          <w:tcW w:w="5131" w:type="dxa"/>
          <w:vAlign w:val="center"/>
        </w:tcPr>
        <w:p w14:paraId="3484657E" w14:textId="77777777" w:rsidR="00DF5295" w:rsidRDefault="00000000">
          <w:pPr>
            <w:jc w:val="right"/>
          </w:pPr>
          <w:r>
            <w:rPr>
              <w:i/>
              <w:color w:val="4472C4"/>
              <w:sz w:val="16"/>
            </w:rPr>
            <w:t xml:space="preserve">Trang </w:t>
          </w:r>
          <w:r>
            <w:fldChar w:fldCharType="begin"/>
          </w:r>
          <w:r>
            <w:instrText>PAGE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i/>
              <w:color w:val="4472C4"/>
              <w:sz w:val="16"/>
            </w:rPr>
            <w:t>/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i/>
              <w:color w:val="4472C4"/>
              <w:sz w:val="16"/>
            </w:rPr>
            <w:t xml:space="preserve">  Mã đề: </w:t>
          </w:r>
          <w:r>
            <w:rPr>
              <w:i/>
              <w:color w:val="CC3300"/>
              <w:sz w:val="16"/>
            </w:rPr>
            <w:t>003</w:t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5131"/>
      <w:gridCol w:w="5131"/>
    </w:tblGrid>
    <w:tr w:rsidR="00DF5295" w14:paraId="2B899F46" w14:textId="77777777">
      <w:tc>
        <w:tcPr>
          <w:tcW w:w="5131" w:type="dxa"/>
          <w:vAlign w:val="center"/>
        </w:tcPr>
        <w:p w14:paraId="3D676140" w14:textId="77777777" w:rsidR="00DF5295" w:rsidRDefault="00000000">
          <w:r>
            <w:rPr>
              <w:i/>
              <w:color w:val="4472C4"/>
              <w:sz w:val="16"/>
            </w:rPr>
            <w:t>Physics Team | https://physicsteam.vn</w:t>
          </w:r>
        </w:p>
      </w:tc>
      <w:tc>
        <w:tcPr>
          <w:tcW w:w="5131" w:type="dxa"/>
          <w:vAlign w:val="center"/>
        </w:tcPr>
        <w:p w14:paraId="420A9883" w14:textId="77777777" w:rsidR="00DF5295" w:rsidRDefault="00000000">
          <w:pPr>
            <w:jc w:val="right"/>
          </w:pPr>
          <w:r>
            <w:rPr>
              <w:i/>
              <w:color w:val="4472C4"/>
              <w:sz w:val="16"/>
            </w:rPr>
            <w:t xml:space="preserve">Trang </w:t>
          </w:r>
          <w:r>
            <w:fldChar w:fldCharType="begin"/>
          </w:r>
          <w:r>
            <w:instrText>PAGE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i/>
              <w:color w:val="4472C4"/>
              <w:sz w:val="16"/>
            </w:rPr>
            <w:t>/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i/>
              <w:color w:val="4472C4"/>
              <w:sz w:val="16"/>
            </w:rPr>
            <w:t xml:space="preserve">  Mã đề: </w:t>
          </w:r>
          <w:r>
            <w:rPr>
              <w:i/>
              <w:color w:val="CC3300"/>
              <w:sz w:val="16"/>
            </w:rPr>
            <w:t>003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C72478" w14:textId="77777777" w:rsidR="00AD27C2" w:rsidRDefault="00AD27C2">
      <w:pPr>
        <w:spacing w:after="0" w:line="240" w:lineRule="auto"/>
      </w:pPr>
      <w:r>
        <w:separator/>
      </w:r>
    </w:p>
  </w:footnote>
  <w:footnote w:type="continuationSeparator" w:id="0">
    <w:p w14:paraId="7AC0AC52" w14:textId="77777777" w:rsidR="00AD27C2" w:rsidRDefault="00AD27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39772210">
    <w:abstractNumId w:val="8"/>
  </w:num>
  <w:num w:numId="2" w16cid:durableId="125124131">
    <w:abstractNumId w:val="6"/>
  </w:num>
  <w:num w:numId="3" w16cid:durableId="1219827491">
    <w:abstractNumId w:val="5"/>
  </w:num>
  <w:num w:numId="4" w16cid:durableId="946229189">
    <w:abstractNumId w:val="4"/>
  </w:num>
  <w:num w:numId="5" w16cid:durableId="1610621214">
    <w:abstractNumId w:val="7"/>
  </w:num>
  <w:num w:numId="6" w16cid:durableId="912550253">
    <w:abstractNumId w:val="3"/>
  </w:num>
  <w:num w:numId="7" w16cid:durableId="1777603779">
    <w:abstractNumId w:val="2"/>
  </w:num>
  <w:num w:numId="8" w16cid:durableId="231433083">
    <w:abstractNumId w:val="1"/>
  </w:num>
  <w:num w:numId="9" w16cid:durableId="3972409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608B2"/>
    <w:rsid w:val="000B3F43"/>
    <w:rsid w:val="0015074B"/>
    <w:rsid w:val="00211418"/>
    <w:rsid w:val="0029639D"/>
    <w:rsid w:val="00326F90"/>
    <w:rsid w:val="003825F2"/>
    <w:rsid w:val="00455E93"/>
    <w:rsid w:val="00571574"/>
    <w:rsid w:val="00583F55"/>
    <w:rsid w:val="006D6255"/>
    <w:rsid w:val="008311BD"/>
    <w:rsid w:val="00850D63"/>
    <w:rsid w:val="0093474B"/>
    <w:rsid w:val="00A563F1"/>
    <w:rsid w:val="00AA1D8D"/>
    <w:rsid w:val="00AD27C2"/>
    <w:rsid w:val="00B45F08"/>
    <w:rsid w:val="00B47730"/>
    <w:rsid w:val="00B7700F"/>
    <w:rsid w:val="00BF0BA4"/>
    <w:rsid w:val="00CB0664"/>
    <w:rsid w:val="00CE1BAF"/>
    <w:rsid w:val="00D9078A"/>
    <w:rsid w:val="00DF5295"/>
    <w:rsid w:val="00FC693F"/>
    <w:rsid w:val="00FE6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9670470"/>
  <w14:defaultImageDpi w14:val="300"/>
  <w15:docId w15:val="{07981B6D-9D24-4BB8-8E7E-714217FC5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sz w:val="23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1568</Words>
  <Characters>8940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10488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Viet Tran Van</cp:lastModifiedBy>
  <cp:revision>9</cp:revision>
  <dcterms:created xsi:type="dcterms:W3CDTF">2013-12-23T23:15:00Z</dcterms:created>
  <dcterms:modified xsi:type="dcterms:W3CDTF">2026-09-15T01:53:00Z</dcterms:modified>
  <cp:category/>
</cp:coreProperties>
</file>