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989"/>
        <w:gridCol w:w="4989"/>
      </w:tblGrid>
      <w:tr w:rsidR="000D400E" w:rsidRPr="00A36E85" w14:paraId="228DC904" w14:textId="77777777">
        <w:trPr>
          <w:jc w:val="center"/>
        </w:trPr>
        <w:tc>
          <w:tcPr>
            <w:tcW w:w="4989" w:type="dxa"/>
            <w:tcBorders>
              <w:top w:val="nil"/>
              <w:left w:val="nil"/>
              <w:bottom w:val="nil"/>
              <w:right w:val="nil"/>
            </w:tcBorders>
          </w:tcPr>
          <w:p w14:paraId="427C3910" w14:textId="24BA5AF1" w:rsidR="000D400E" w:rsidRPr="00A36E85" w:rsidRDefault="00000000">
            <w:pPr>
              <w:jc w:val="center"/>
              <w:rPr>
                <w:color w:val="002366"/>
              </w:rPr>
            </w:pPr>
            <w:r w:rsidRPr="00A36E85">
              <w:rPr>
                <w:b/>
                <w:color w:val="002366"/>
                <w:sz w:val="20"/>
              </w:rPr>
              <w:t>TRƯỜNG THPT</w:t>
            </w:r>
          </w:p>
        </w:tc>
        <w:tc>
          <w:tcPr>
            <w:tcW w:w="4989" w:type="dxa"/>
            <w:tcBorders>
              <w:top w:val="nil"/>
              <w:left w:val="nil"/>
              <w:bottom w:val="nil"/>
              <w:right w:val="nil"/>
            </w:tcBorders>
          </w:tcPr>
          <w:p w14:paraId="32A5ED4F" w14:textId="77777777" w:rsidR="000D400E" w:rsidRPr="00A36E85" w:rsidRDefault="00000000">
            <w:pPr>
              <w:jc w:val="center"/>
              <w:rPr>
                <w:color w:val="002366"/>
              </w:rPr>
            </w:pPr>
            <w:r w:rsidRPr="00A36E85">
              <w:rPr>
                <w:b/>
                <w:color w:val="002366"/>
                <w:sz w:val="22"/>
              </w:rPr>
              <w:t>KIỂM TRA GIỮA HỌC KÌ I</w:t>
            </w:r>
          </w:p>
        </w:tc>
      </w:tr>
      <w:tr w:rsidR="000D400E" w:rsidRPr="00A36E85" w14:paraId="460DC9E0" w14:textId="77777777">
        <w:trPr>
          <w:jc w:val="center"/>
        </w:trPr>
        <w:tc>
          <w:tcPr>
            <w:tcW w:w="4989" w:type="dxa"/>
            <w:tcBorders>
              <w:top w:val="nil"/>
              <w:left w:val="nil"/>
              <w:bottom w:val="nil"/>
              <w:right w:val="nil"/>
            </w:tcBorders>
          </w:tcPr>
          <w:p w14:paraId="346565B6" w14:textId="77777777" w:rsidR="000D400E" w:rsidRPr="00A36E85" w:rsidRDefault="00000000">
            <w:pPr>
              <w:jc w:val="center"/>
              <w:rPr>
                <w:color w:val="002366"/>
              </w:rPr>
            </w:pPr>
            <w:r w:rsidRPr="00A36E85">
              <w:rPr>
                <w:b/>
                <w:color w:val="002366"/>
                <w:sz w:val="20"/>
              </w:rPr>
              <w:t>TỔ VẬT LÍ</w:t>
            </w:r>
          </w:p>
        </w:tc>
        <w:tc>
          <w:tcPr>
            <w:tcW w:w="4989" w:type="dxa"/>
            <w:tcBorders>
              <w:top w:val="nil"/>
              <w:left w:val="nil"/>
              <w:bottom w:val="nil"/>
              <w:right w:val="nil"/>
            </w:tcBorders>
          </w:tcPr>
          <w:p w14:paraId="30FBC6FE" w14:textId="77777777" w:rsidR="000D400E" w:rsidRPr="00A36E85" w:rsidRDefault="00000000">
            <w:pPr>
              <w:jc w:val="center"/>
              <w:rPr>
                <w:color w:val="002366"/>
              </w:rPr>
            </w:pPr>
            <w:r w:rsidRPr="00A36E85">
              <w:rPr>
                <w:b/>
                <w:color w:val="002366"/>
                <w:sz w:val="22"/>
              </w:rPr>
              <w:t>MÔN VẬT LÍ 11</w:t>
            </w:r>
          </w:p>
        </w:tc>
      </w:tr>
    </w:tbl>
    <w:p w14:paraId="1A067AC8" w14:textId="77777777" w:rsidR="000D400E" w:rsidRPr="00A36E85" w:rsidRDefault="00000000">
      <w:pPr>
        <w:spacing w:after="40" w:line="259" w:lineRule="auto"/>
        <w:jc w:val="center"/>
        <w:rPr>
          <w:color w:val="002366"/>
        </w:rPr>
      </w:pPr>
      <w:r w:rsidRPr="00A36E85">
        <w:rPr>
          <w:b/>
          <w:color w:val="002366"/>
          <w:sz w:val="28"/>
        </w:rPr>
        <w:t>HƯỚNG DẪN CHẤM VÀ GIẢI CHI TIẾT</w:t>
      </w:r>
    </w:p>
    <w:p w14:paraId="05A10D6C" w14:textId="77777777" w:rsidR="000D400E" w:rsidRPr="00A36E85" w:rsidRDefault="00000000">
      <w:pPr>
        <w:spacing w:after="40" w:line="259" w:lineRule="auto"/>
        <w:jc w:val="center"/>
        <w:rPr>
          <w:color w:val="EE0000"/>
        </w:rPr>
      </w:pPr>
      <w:r w:rsidRPr="00A36E85">
        <w:rPr>
          <w:i/>
          <w:color w:val="EE0000"/>
          <w:sz w:val="22"/>
        </w:rPr>
        <w:t>Mã đề 002</w:t>
      </w:r>
    </w:p>
    <w:p w14:paraId="0E8C95A5" w14:textId="77777777" w:rsidR="000D400E" w:rsidRDefault="00000000">
      <w:pPr>
        <w:spacing w:after="80" w:line="259" w:lineRule="auto"/>
      </w:pPr>
      <w:r>
        <w:rPr>
          <w:b/>
          <w:sz w:val="23"/>
        </w:rPr>
        <w:t xml:space="preserve">QUY TẮC QUY ĐIỂM: </w:t>
      </w:r>
      <w:r>
        <w:rPr>
          <w:sz w:val="23"/>
        </w:rPr>
        <w:t>Phần I: mỗi câu đúng 0,25 điểm (tối đa 4,50 điểm). Phần II: trong mỗi câu, thí sinh chọn đúng 1 ý được 0,10 điểm; đúng 2 ý được 0,25 điểm; đúng 3 ý được 0,50 điểm; đúng cả 4 ý được 1,00 điểm (tối đa 4,00 điểm). Phần III: mỗi câu đúng 0,25 điểm (tối đa 1,50 điểm). Tổng điểm toàn bài: 10,00 điểm.</w:t>
      </w:r>
    </w:p>
    <w:p w14:paraId="42559144" w14:textId="77777777" w:rsidR="000D400E" w:rsidRPr="00A36E85" w:rsidRDefault="00000000">
      <w:pPr>
        <w:keepNext/>
        <w:spacing w:after="80" w:line="259" w:lineRule="auto"/>
        <w:rPr>
          <w:color w:val="002366"/>
        </w:rPr>
      </w:pPr>
      <w:r w:rsidRPr="00A36E85">
        <w:rPr>
          <w:b/>
          <w:color w:val="002366"/>
        </w:rPr>
        <w:t>PHẦN I. Câu trắc nghiệm nhiều phương án lựa chọn.</w:t>
      </w:r>
    </w:p>
    <w:p w14:paraId="67B2ABA0" w14:textId="77777777" w:rsidR="000D400E" w:rsidRDefault="00000000">
      <w:pPr>
        <w:keepNext/>
        <w:spacing w:after="60" w:line="259" w:lineRule="auto"/>
      </w:pPr>
      <w:r>
        <w:rPr>
          <w:b/>
          <w:sz w:val="23"/>
        </w:rPr>
        <w:t xml:space="preserve">Câu 1. </w:t>
      </w:r>
      <w:r>
        <w:rPr>
          <w:sz w:val="23"/>
        </w:rPr>
        <w:t>Số dao động toàn phần vật thực hiện được trong một giây được gọi là</w:t>
      </w:r>
    </w:p>
    <w:p w14:paraId="4C6F15BB" w14:textId="77777777" w:rsidR="000D400E" w:rsidRDefault="00000000">
      <w:pPr>
        <w:keepLines/>
        <w:spacing w:after="20" w:line="259" w:lineRule="auto"/>
      </w:pPr>
      <w:r>
        <w:rPr>
          <w:b/>
          <w:sz w:val="23"/>
        </w:rPr>
        <w:t xml:space="preserve">A. </w:t>
      </w:r>
      <w:r>
        <w:rPr>
          <w:sz w:val="23"/>
        </w:rPr>
        <w:t>biên độ.</w:t>
      </w:r>
    </w:p>
    <w:p w14:paraId="5CA18365" w14:textId="77777777" w:rsidR="000D400E" w:rsidRDefault="00000000">
      <w:pPr>
        <w:keepLines/>
        <w:spacing w:after="20" w:line="259" w:lineRule="auto"/>
      </w:pPr>
      <w:r>
        <w:rPr>
          <w:b/>
          <w:sz w:val="23"/>
        </w:rPr>
        <w:t xml:space="preserve">B. </w:t>
      </w:r>
      <w:r>
        <w:rPr>
          <w:sz w:val="23"/>
        </w:rPr>
        <w:t>tần số.</w:t>
      </w:r>
    </w:p>
    <w:p w14:paraId="3B3A9913" w14:textId="77777777" w:rsidR="000D400E" w:rsidRDefault="00000000">
      <w:pPr>
        <w:keepLines/>
        <w:spacing w:after="20" w:line="259" w:lineRule="auto"/>
      </w:pPr>
      <w:r>
        <w:rPr>
          <w:b/>
          <w:sz w:val="23"/>
        </w:rPr>
        <w:t xml:space="preserve">C. </w:t>
      </w:r>
      <w:r>
        <w:rPr>
          <w:sz w:val="23"/>
        </w:rPr>
        <w:t>chu kì.</w:t>
      </w:r>
    </w:p>
    <w:p w14:paraId="520F5082" w14:textId="77777777" w:rsidR="000D400E" w:rsidRDefault="00000000">
      <w:pPr>
        <w:keepLines/>
        <w:spacing w:after="20" w:line="259" w:lineRule="auto"/>
      </w:pPr>
      <w:r>
        <w:rPr>
          <w:b/>
          <w:sz w:val="23"/>
        </w:rPr>
        <w:t xml:space="preserve">D. </w:t>
      </w:r>
      <w:r>
        <w:rPr>
          <w:sz w:val="23"/>
        </w:rPr>
        <w:t>pha dao động.</w:t>
      </w:r>
    </w:p>
    <w:p w14:paraId="30906691" w14:textId="77777777" w:rsidR="000D400E" w:rsidRDefault="00000000">
      <w:pPr>
        <w:spacing w:after="40" w:line="259" w:lineRule="auto"/>
      </w:pPr>
      <w:r>
        <w:rPr>
          <w:b/>
          <w:color w:val="C00000"/>
          <w:sz w:val="23"/>
        </w:rPr>
        <w:t xml:space="preserve">Đáp án: </w:t>
      </w:r>
      <w:r>
        <w:rPr>
          <w:b/>
          <w:sz w:val="23"/>
        </w:rPr>
        <w:t>B</w:t>
      </w:r>
    </w:p>
    <w:p w14:paraId="2EBB8C43" w14:textId="77777777" w:rsidR="000D400E" w:rsidRDefault="00000000">
      <w:pPr>
        <w:spacing w:after="40" w:line="259" w:lineRule="auto"/>
      </w:pPr>
      <w:r>
        <w:rPr>
          <w:b/>
          <w:sz w:val="23"/>
        </w:rPr>
        <w:t xml:space="preserve">Hướng dẫn: </w:t>
      </w:r>
      <w:r>
        <w:rPr>
          <w:sz w:val="23"/>
        </w:rPr>
        <w:t>Tần số là đại lượng cho biết số dao động toàn phần vật thực hiện trong một đơn vị thời gian. Vì đề hỏi số dao động trong một giây nên đại lượng đó là tần số.</w:t>
      </w:r>
    </w:p>
    <w:p w14:paraId="6C00BA08" w14:textId="77777777" w:rsidR="000D400E" w:rsidRDefault="00000000">
      <w:pPr>
        <w:keepNext/>
        <w:spacing w:after="60" w:line="259" w:lineRule="auto"/>
      </w:pPr>
      <w:r>
        <w:rPr>
          <w:b/>
          <w:sz w:val="23"/>
        </w:rPr>
        <w:t xml:space="preserve">Câu 2. </w:t>
      </w:r>
      <w:r>
        <w:rPr>
          <w:sz w:val="23"/>
        </w:rPr>
        <w:t>Một vật thực hiện 20 dao động toàn phần trong 8 s. Tần số dao động của vật bằng</w:t>
      </w:r>
    </w:p>
    <w:p w14:paraId="72EDC0FC" w14:textId="77777777" w:rsidR="000D400E" w:rsidRDefault="00000000">
      <w:pPr>
        <w:keepLines/>
        <w:spacing w:after="20" w:line="259" w:lineRule="auto"/>
      </w:pPr>
      <w:r>
        <w:rPr>
          <w:b/>
          <w:sz w:val="23"/>
        </w:rPr>
        <w:t xml:space="preserve">A. </w:t>
      </w:r>
      <w:r>
        <w:rPr>
          <w:sz w:val="23"/>
        </w:rPr>
        <w:t>0,4 Hz.</w:t>
      </w:r>
    </w:p>
    <w:p w14:paraId="26117BF5" w14:textId="77777777" w:rsidR="000D400E" w:rsidRDefault="00000000">
      <w:pPr>
        <w:keepLines/>
        <w:spacing w:after="20" w:line="259" w:lineRule="auto"/>
      </w:pPr>
      <w:r>
        <w:rPr>
          <w:b/>
          <w:sz w:val="23"/>
        </w:rPr>
        <w:t xml:space="preserve">B. </w:t>
      </w:r>
      <w:r>
        <w:rPr>
          <w:sz w:val="23"/>
        </w:rPr>
        <w:t>1,6 Hz.</w:t>
      </w:r>
    </w:p>
    <w:p w14:paraId="07CD3BF3" w14:textId="77777777" w:rsidR="000D400E" w:rsidRDefault="00000000">
      <w:pPr>
        <w:keepLines/>
        <w:spacing w:after="20" w:line="259" w:lineRule="auto"/>
      </w:pPr>
      <w:r>
        <w:rPr>
          <w:b/>
          <w:sz w:val="23"/>
        </w:rPr>
        <w:t xml:space="preserve">C. </w:t>
      </w:r>
      <w:r>
        <w:rPr>
          <w:sz w:val="23"/>
        </w:rPr>
        <w:t>2,5 Hz.</w:t>
      </w:r>
    </w:p>
    <w:p w14:paraId="678199DD" w14:textId="77777777" w:rsidR="000D400E" w:rsidRDefault="00000000">
      <w:pPr>
        <w:keepLines/>
        <w:spacing w:after="20" w:line="259" w:lineRule="auto"/>
      </w:pPr>
      <w:r>
        <w:rPr>
          <w:b/>
          <w:sz w:val="23"/>
        </w:rPr>
        <w:t xml:space="preserve">D. </w:t>
      </w:r>
      <w:r>
        <w:rPr>
          <w:sz w:val="23"/>
        </w:rPr>
        <w:t>160 Hz.</w:t>
      </w:r>
    </w:p>
    <w:p w14:paraId="71F8A326" w14:textId="77777777" w:rsidR="000D400E" w:rsidRDefault="00000000">
      <w:pPr>
        <w:spacing w:after="40" w:line="259" w:lineRule="auto"/>
      </w:pPr>
      <w:r>
        <w:rPr>
          <w:b/>
          <w:color w:val="C00000"/>
          <w:sz w:val="23"/>
        </w:rPr>
        <w:t xml:space="preserve">Đáp án: </w:t>
      </w:r>
      <w:r>
        <w:rPr>
          <w:b/>
          <w:sz w:val="23"/>
        </w:rPr>
        <w:t>C</w:t>
      </w:r>
    </w:p>
    <w:p w14:paraId="6A97F046" w14:textId="77777777" w:rsidR="000D400E" w:rsidRDefault="00000000">
      <w:pPr>
        <w:spacing w:after="40" w:line="259" w:lineRule="auto"/>
      </w:pPr>
      <w:r>
        <w:rPr>
          <w:b/>
          <w:sz w:val="23"/>
        </w:rPr>
        <w:t xml:space="preserve">Hướng dẫn: </w:t>
      </w:r>
      <w:r>
        <w:rPr>
          <w:sz w:val="23"/>
        </w:rPr>
        <w:t xml:space="preserve">Áp dụng định nghĩa tần số: </w:t>
      </w:r>
      <m:oMath>
        <m:r>
          <m:rPr>
            <m:sty m:val="p"/>
          </m:rPr>
          <w:rPr>
            <w:rFonts w:ascii="Cambria Math" w:hAnsi="Cambria Math"/>
          </w:rPr>
          <m:t>f = N/t = 20/8 = 2,5 Hz</m:t>
        </m:r>
      </m:oMath>
      <w:r>
        <w:rPr>
          <w:sz w:val="23"/>
        </w:rPr>
        <w:t>.</w:t>
      </w:r>
    </w:p>
    <w:p w14:paraId="61E996DA" w14:textId="77777777" w:rsidR="000D400E" w:rsidRDefault="00000000">
      <w:pPr>
        <w:keepNext/>
        <w:spacing w:after="60" w:line="259" w:lineRule="auto"/>
      </w:pPr>
      <w:r>
        <w:rPr>
          <w:b/>
          <w:sz w:val="23"/>
        </w:rPr>
        <w:t xml:space="preserve">Câu 3. </w:t>
      </w:r>
      <w:r>
        <w:rPr>
          <w:sz w:val="23"/>
        </w:rPr>
        <w:t>Đồ thị li độ - thời gian của một vật dao động điều hòa được cho như hình. Chu kì dao động của vật bằng</w:t>
      </w:r>
    </w:p>
    <w:p w14:paraId="594D18D6" w14:textId="77777777" w:rsidR="000D400E" w:rsidRDefault="00000000">
      <w:pPr>
        <w:keepNext/>
        <w:spacing w:after="40"/>
        <w:jc w:val="center"/>
      </w:pPr>
      <w:r>
        <w:rPr>
          <w:noProof/>
        </w:rPr>
        <w:drawing>
          <wp:inline distT="0" distB="0" distL="0" distR="0" wp14:anchorId="782AD18D" wp14:editId="1DB5F793">
            <wp:extent cx="3240000" cy="12455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mcq_xt.png"/>
                    <pic:cNvPicPr/>
                  </pic:nvPicPr>
                  <pic:blipFill>
                    <a:blip r:embed="rId6"/>
                    <a:stretch>
                      <a:fillRect/>
                    </a:stretch>
                  </pic:blipFill>
                  <pic:spPr>
                    <a:xfrm>
                      <a:off x="0" y="0"/>
                      <a:ext cx="3240000" cy="1245566"/>
                    </a:xfrm>
                    <a:prstGeom prst="rect">
                      <a:avLst/>
                    </a:prstGeom>
                  </pic:spPr>
                </pic:pic>
              </a:graphicData>
            </a:graphic>
          </wp:inline>
        </w:drawing>
      </w:r>
    </w:p>
    <w:p w14:paraId="7DBEBC4E" w14:textId="77777777" w:rsidR="000D400E" w:rsidRDefault="00000000">
      <w:pPr>
        <w:keepLines/>
        <w:spacing w:after="20" w:line="259" w:lineRule="auto"/>
      </w:pPr>
      <w:r>
        <w:rPr>
          <w:b/>
          <w:sz w:val="23"/>
        </w:rPr>
        <w:t xml:space="preserve">A. </w:t>
      </w:r>
      <w:r>
        <w:rPr>
          <w:sz w:val="23"/>
        </w:rPr>
        <w:t>1 s.</w:t>
      </w:r>
    </w:p>
    <w:p w14:paraId="194AF220" w14:textId="77777777" w:rsidR="000D400E" w:rsidRDefault="00000000">
      <w:pPr>
        <w:keepLines/>
        <w:spacing w:after="20" w:line="259" w:lineRule="auto"/>
      </w:pPr>
      <w:r>
        <w:rPr>
          <w:b/>
          <w:sz w:val="23"/>
        </w:rPr>
        <w:t xml:space="preserve">B. </w:t>
      </w:r>
      <w:r>
        <w:rPr>
          <w:sz w:val="23"/>
        </w:rPr>
        <w:t>2 s.</w:t>
      </w:r>
    </w:p>
    <w:p w14:paraId="6B377DC7" w14:textId="77777777" w:rsidR="000D400E" w:rsidRDefault="00000000">
      <w:pPr>
        <w:keepLines/>
        <w:spacing w:after="20" w:line="259" w:lineRule="auto"/>
      </w:pPr>
      <w:r>
        <w:rPr>
          <w:b/>
          <w:sz w:val="23"/>
        </w:rPr>
        <w:t xml:space="preserve">C. </w:t>
      </w:r>
      <w:r>
        <w:rPr>
          <w:sz w:val="23"/>
        </w:rPr>
        <w:t>4 s.</w:t>
      </w:r>
    </w:p>
    <w:p w14:paraId="4AE1386C" w14:textId="77777777" w:rsidR="000D400E" w:rsidRDefault="00000000">
      <w:pPr>
        <w:keepLines/>
        <w:spacing w:after="20" w:line="259" w:lineRule="auto"/>
      </w:pPr>
      <w:r>
        <w:rPr>
          <w:b/>
          <w:sz w:val="23"/>
        </w:rPr>
        <w:t xml:space="preserve">D. </w:t>
      </w:r>
      <w:r>
        <w:rPr>
          <w:sz w:val="23"/>
        </w:rPr>
        <w:t>5 s.</w:t>
      </w:r>
    </w:p>
    <w:p w14:paraId="3D3E6E43" w14:textId="77777777" w:rsidR="000D400E" w:rsidRDefault="00000000">
      <w:pPr>
        <w:spacing w:after="40" w:line="259" w:lineRule="auto"/>
      </w:pPr>
      <w:r>
        <w:rPr>
          <w:b/>
          <w:color w:val="C00000"/>
          <w:sz w:val="23"/>
        </w:rPr>
        <w:t xml:space="preserve">Đáp án: </w:t>
      </w:r>
      <w:r>
        <w:rPr>
          <w:b/>
          <w:sz w:val="23"/>
        </w:rPr>
        <w:t>C</w:t>
      </w:r>
    </w:p>
    <w:p w14:paraId="1F18D0D1" w14:textId="77777777" w:rsidR="000D400E" w:rsidRDefault="00000000">
      <w:pPr>
        <w:spacing w:after="40" w:line="259" w:lineRule="auto"/>
      </w:pPr>
      <w:r>
        <w:rPr>
          <w:b/>
          <w:sz w:val="23"/>
        </w:rPr>
        <w:t xml:space="preserve">Hướng dẫn: </w:t>
      </w:r>
      <w:r>
        <w:rPr>
          <w:sz w:val="23"/>
        </w:rPr>
        <w:t xml:space="preserve">Trên đồ thị, vật ở biên dương tại t = 0 s và trở lại đúng trạng thái này tại t = 4 s. Khoảng thời gian giữa hai trạng thái cùng pha liên tiếp là một chu kì, nên </w:t>
      </w:r>
      <m:oMath>
        <m:r>
          <m:rPr>
            <m:sty m:val="p"/>
          </m:rPr>
          <w:rPr>
            <w:rFonts w:ascii="Cambria Math" w:hAnsi="Cambria Math"/>
          </w:rPr>
          <m:t>T = 4 s</m:t>
        </m:r>
      </m:oMath>
      <w:r>
        <w:rPr>
          <w:sz w:val="23"/>
        </w:rPr>
        <w:t>.</w:t>
      </w:r>
    </w:p>
    <w:p w14:paraId="160F988D" w14:textId="77777777" w:rsidR="000D400E" w:rsidRDefault="00000000">
      <w:pPr>
        <w:keepNext/>
        <w:spacing w:after="60" w:line="259" w:lineRule="auto"/>
      </w:pPr>
      <w:r>
        <w:rPr>
          <w:b/>
          <w:sz w:val="23"/>
        </w:rPr>
        <w:lastRenderedPageBreak/>
        <w:t xml:space="preserve">Câu 4. </w:t>
      </w:r>
      <w:r>
        <w:rPr>
          <w:sz w:val="23"/>
        </w:rPr>
        <w:t>Đồ thị li độ - thời gian của hai dao động điều hòa được cho như hình. Độ lệch pha giữa hai dao động có độ lớn bằng</w:t>
      </w:r>
    </w:p>
    <w:p w14:paraId="6F5C1CA8" w14:textId="77777777" w:rsidR="000D400E" w:rsidRDefault="00000000">
      <w:pPr>
        <w:keepNext/>
        <w:spacing w:after="40"/>
        <w:jc w:val="center"/>
      </w:pPr>
      <w:r>
        <w:rPr>
          <w:noProof/>
        </w:rPr>
        <w:drawing>
          <wp:inline distT="0" distB="0" distL="0" distR="0" wp14:anchorId="68E784DD" wp14:editId="14E0F08C">
            <wp:extent cx="3240000" cy="128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mcq_phase.png"/>
                    <pic:cNvPicPr/>
                  </pic:nvPicPr>
                  <pic:blipFill>
                    <a:blip r:embed="rId7"/>
                    <a:stretch>
                      <a:fillRect/>
                    </a:stretch>
                  </pic:blipFill>
                  <pic:spPr>
                    <a:xfrm>
                      <a:off x="0" y="0"/>
                      <a:ext cx="3240000" cy="1282500"/>
                    </a:xfrm>
                    <a:prstGeom prst="rect">
                      <a:avLst/>
                    </a:prstGeom>
                  </pic:spPr>
                </pic:pic>
              </a:graphicData>
            </a:graphic>
          </wp:inline>
        </w:drawing>
      </w:r>
    </w:p>
    <w:p w14:paraId="3BC44527" w14:textId="77777777" w:rsidR="000D400E" w:rsidRDefault="00000000">
      <w:pPr>
        <w:keepLines/>
        <w:spacing w:after="20" w:line="259" w:lineRule="auto"/>
      </w:pPr>
      <w:r>
        <w:rPr>
          <w:b/>
          <w:sz w:val="23"/>
        </w:rPr>
        <w:t xml:space="preserve">A. </w:t>
      </w:r>
      <m:oMath>
        <m:r>
          <m:rPr>
            <m:sty m:val="p"/>
          </m:rPr>
          <w:rPr>
            <w:rFonts w:ascii="Cambria Math" w:hAnsi="Cambria Math"/>
          </w:rPr>
          <m:t>π/4 rad.</m:t>
        </m:r>
      </m:oMath>
    </w:p>
    <w:p w14:paraId="739DC733" w14:textId="77777777" w:rsidR="000D400E" w:rsidRDefault="00000000">
      <w:pPr>
        <w:keepLines/>
        <w:spacing w:after="20" w:line="259" w:lineRule="auto"/>
      </w:pPr>
      <w:r>
        <w:rPr>
          <w:b/>
          <w:sz w:val="23"/>
        </w:rPr>
        <w:t xml:space="preserve">B. </w:t>
      </w:r>
      <m:oMath>
        <m:r>
          <m:rPr>
            <m:sty m:val="p"/>
          </m:rPr>
          <w:rPr>
            <w:rFonts w:ascii="Cambria Math" w:hAnsi="Cambria Math"/>
          </w:rPr>
          <m:t>π/2 rad.</m:t>
        </m:r>
      </m:oMath>
    </w:p>
    <w:p w14:paraId="06EFEE29" w14:textId="77777777" w:rsidR="000D400E" w:rsidRDefault="00000000">
      <w:pPr>
        <w:keepLines/>
        <w:spacing w:after="20" w:line="259" w:lineRule="auto"/>
      </w:pPr>
      <w:r>
        <w:rPr>
          <w:b/>
          <w:sz w:val="23"/>
        </w:rPr>
        <w:t xml:space="preserve">C. </w:t>
      </w:r>
      <m:oMath>
        <m:r>
          <m:rPr>
            <m:sty m:val="p"/>
          </m:rPr>
          <w:rPr>
            <w:rFonts w:ascii="Cambria Math" w:hAnsi="Cambria Math"/>
          </w:rPr>
          <m:t>π rad.</m:t>
        </m:r>
      </m:oMath>
    </w:p>
    <w:p w14:paraId="3D904D79" w14:textId="77777777" w:rsidR="000D400E" w:rsidRDefault="00000000">
      <w:pPr>
        <w:keepLines/>
        <w:spacing w:after="20" w:line="259" w:lineRule="auto"/>
      </w:pPr>
      <w:r>
        <w:rPr>
          <w:b/>
          <w:sz w:val="23"/>
        </w:rPr>
        <w:t xml:space="preserve">D. </w:t>
      </w:r>
      <m:oMath>
        <m:r>
          <m:rPr>
            <m:sty m:val="p"/>
          </m:rPr>
          <w:rPr>
            <w:rFonts w:ascii="Cambria Math" w:hAnsi="Cambria Math"/>
          </w:rPr>
          <m:t>2π rad.</m:t>
        </m:r>
      </m:oMath>
    </w:p>
    <w:p w14:paraId="63F8E5BC" w14:textId="77777777" w:rsidR="000D400E" w:rsidRDefault="00000000">
      <w:pPr>
        <w:spacing w:after="40" w:line="259" w:lineRule="auto"/>
      </w:pPr>
      <w:r>
        <w:rPr>
          <w:b/>
          <w:color w:val="C00000"/>
          <w:sz w:val="23"/>
        </w:rPr>
        <w:t xml:space="preserve">Đáp án: </w:t>
      </w:r>
      <w:r>
        <w:rPr>
          <w:b/>
          <w:sz w:val="23"/>
        </w:rPr>
        <w:t>B</w:t>
      </w:r>
    </w:p>
    <w:p w14:paraId="5E9241C6" w14:textId="77777777" w:rsidR="000D400E" w:rsidRDefault="00000000">
      <w:pPr>
        <w:spacing w:after="40" w:line="259" w:lineRule="auto"/>
      </w:pPr>
      <w:r>
        <w:rPr>
          <w:b/>
          <w:sz w:val="23"/>
        </w:rPr>
        <w:t xml:space="preserve">Hướng dẫn: </w:t>
      </w:r>
      <w:r>
        <w:rPr>
          <w:sz w:val="23"/>
        </w:rPr>
        <w:t xml:space="preserve">Hai dao động có cùng chu kì </w:t>
      </w:r>
      <m:oMath>
        <m:r>
          <m:rPr>
            <m:sty m:val="p"/>
          </m:rPr>
          <w:rPr>
            <w:rFonts w:ascii="Cambria Math" w:hAnsi="Cambria Math"/>
          </w:rPr>
          <m:t>T = 2 s</m:t>
        </m:r>
      </m:oMath>
      <w:r>
        <w:rPr>
          <w:sz w:val="23"/>
        </w:rPr>
        <w:t xml:space="preserve">. Khi x₂ đạt cực đại tại t = 0 thì x₁ qua vị trí cân bằng theo chiều dương; độ lệch thời gian giữa hai trạng thái tương ứng là </w:t>
      </w:r>
      <m:oMath>
        <m:r>
          <m:rPr>
            <m:sty m:val="p"/>
          </m:rPr>
          <w:rPr>
            <w:rFonts w:ascii="Cambria Math" w:hAnsi="Cambria Math"/>
          </w:rPr>
          <m:t>Δt = T/4</m:t>
        </m:r>
      </m:oMath>
      <w:r>
        <w:rPr>
          <w:sz w:val="23"/>
        </w:rPr>
        <w:t xml:space="preserve">. Do đó </w:t>
      </w:r>
      <m:oMath>
        <m:r>
          <m:rPr>
            <m:sty m:val="p"/>
          </m:rPr>
          <w:rPr>
            <w:rFonts w:ascii="Cambria Math" w:hAnsi="Cambria Math"/>
          </w:rPr>
          <m:t>|Δφ| = 2πΔt/T = π/2 rad</m:t>
        </m:r>
      </m:oMath>
      <w:r>
        <w:rPr>
          <w:sz w:val="23"/>
        </w:rPr>
        <w:t>.</w:t>
      </w:r>
    </w:p>
    <w:p w14:paraId="2BF23906" w14:textId="77777777" w:rsidR="000D400E" w:rsidRDefault="00000000">
      <w:pPr>
        <w:keepNext/>
        <w:spacing w:after="60" w:line="259" w:lineRule="auto"/>
      </w:pPr>
      <w:r>
        <w:rPr>
          <w:b/>
          <w:sz w:val="23"/>
        </w:rPr>
        <w:t xml:space="preserve">Câu 5. </w:t>
      </w:r>
      <w:r>
        <w:rPr>
          <w:sz w:val="23"/>
        </w:rPr>
        <w:t xml:space="preserve">Trong 5 s, vật thứ nhất thực hiện 15 dao động; trong 10 s, vật thứ hai thực hiện 20 dao động. Tỉ số tần số </w:t>
      </w:r>
      <m:oMath>
        <m:r>
          <m:rPr>
            <m:sty m:val="p"/>
          </m:rPr>
          <w:rPr>
            <w:rFonts w:ascii="Cambria Math" w:hAnsi="Cambria Math"/>
          </w:rPr>
          <m:t>f₁/f₂</m:t>
        </m:r>
      </m:oMath>
      <w:r>
        <w:rPr>
          <w:sz w:val="23"/>
        </w:rPr>
        <w:t xml:space="preserve"> bằng</w:t>
      </w:r>
    </w:p>
    <w:p w14:paraId="06826AD5" w14:textId="77777777" w:rsidR="000D400E" w:rsidRDefault="00000000">
      <w:pPr>
        <w:keepLines/>
        <w:spacing w:after="20" w:line="259" w:lineRule="auto"/>
      </w:pPr>
      <w:r>
        <w:rPr>
          <w:b/>
          <w:sz w:val="23"/>
        </w:rPr>
        <w:t xml:space="preserve">A. </w:t>
      </w:r>
      <w:r>
        <w:rPr>
          <w:sz w:val="23"/>
        </w:rPr>
        <w:t>0,5.</w:t>
      </w:r>
    </w:p>
    <w:p w14:paraId="54492413" w14:textId="77777777" w:rsidR="000D400E" w:rsidRDefault="00000000">
      <w:pPr>
        <w:keepLines/>
        <w:spacing w:after="20" w:line="259" w:lineRule="auto"/>
      </w:pPr>
      <w:r>
        <w:rPr>
          <w:b/>
          <w:sz w:val="23"/>
        </w:rPr>
        <w:t xml:space="preserve">B. </w:t>
      </w:r>
      <w:r>
        <w:rPr>
          <w:sz w:val="23"/>
        </w:rPr>
        <w:t>1,0.</w:t>
      </w:r>
    </w:p>
    <w:p w14:paraId="14F9DDAC" w14:textId="77777777" w:rsidR="000D400E" w:rsidRDefault="00000000">
      <w:pPr>
        <w:keepLines/>
        <w:spacing w:after="20" w:line="259" w:lineRule="auto"/>
      </w:pPr>
      <w:r>
        <w:rPr>
          <w:b/>
          <w:sz w:val="23"/>
        </w:rPr>
        <w:t xml:space="preserve">C. </w:t>
      </w:r>
      <w:r>
        <w:rPr>
          <w:sz w:val="23"/>
        </w:rPr>
        <w:t>1,5.</w:t>
      </w:r>
    </w:p>
    <w:p w14:paraId="50B9D11F" w14:textId="77777777" w:rsidR="000D400E" w:rsidRDefault="00000000">
      <w:pPr>
        <w:keepLines/>
        <w:spacing w:after="20" w:line="259" w:lineRule="auto"/>
      </w:pPr>
      <w:r>
        <w:rPr>
          <w:b/>
          <w:sz w:val="23"/>
        </w:rPr>
        <w:t xml:space="preserve">D. </w:t>
      </w:r>
      <w:r>
        <w:rPr>
          <w:sz w:val="23"/>
        </w:rPr>
        <w:t>2,0.</w:t>
      </w:r>
    </w:p>
    <w:p w14:paraId="0398709A" w14:textId="77777777" w:rsidR="000D400E" w:rsidRDefault="00000000">
      <w:pPr>
        <w:spacing w:after="40" w:line="259" w:lineRule="auto"/>
      </w:pPr>
      <w:r>
        <w:rPr>
          <w:b/>
          <w:color w:val="C00000"/>
          <w:sz w:val="23"/>
        </w:rPr>
        <w:t xml:space="preserve">Đáp án: </w:t>
      </w:r>
      <w:r>
        <w:rPr>
          <w:b/>
          <w:sz w:val="23"/>
        </w:rPr>
        <w:t>C</w:t>
      </w:r>
    </w:p>
    <w:p w14:paraId="0A246B5C" w14:textId="77777777" w:rsidR="000D400E" w:rsidRDefault="00000000">
      <w:pPr>
        <w:spacing w:after="40" w:line="259" w:lineRule="auto"/>
      </w:pPr>
      <w:r>
        <w:rPr>
          <w:b/>
          <w:sz w:val="23"/>
        </w:rPr>
        <w:t xml:space="preserve">Hướng dẫn: </w:t>
      </w:r>
      <w:r>
        <w:rPr>
          <w:sz w:val="23"/>
        </w:rPr>
        <w:t xml:space="preserve">Tần số của từng vật là </w:t>
      </w:r>
      <m:oMath>
        <m:r>
          <m:rPr>
            <m:sty m:val="p"/>
          </m:rPr>
          <w:rPr>
            <w:rFonts w:ascii="Cambria Math" w:hAnsi="Cambria Math"/>
          </w:rPr>
          <m:t>f₁ = N₁/t₁ = 15/5 = 3 Hz</m:t>
        </m:r>
      </m:oMath>
      <w:r>
        <w:rPr>
          <w:sz w:val="23"/>
        </w:rPr>
        <w:t xml:space="preserve"> và </w:t>
      </w:r>
      <m:oMath>
        <m:r>
          <m:rPr>
            <m:sty m:val="p"/>
          </m:rPr>
          <w:rPr>
            <w:rFonts w:ascii="Cambria Math" w:hAnsi="Cambria Math"/>
          </w:rPr>
          <m:t>f₂ = N₂/t₂ = 20/10 = 2 Hz</m:t>
        </m:r>
      </m:oMath>
      <w:r>
        <w:rPr>
          <w:sz w:val="23"/>
        </w:rPr>
        <w:t xml:space="preserve">. Vì vậy </w:t>
      </w:r>
      <m:oMath>
        <m:r>
          <m:rPr>
            <m:sty m:val="p"/>
          </m:rPr>
          <w:rPr>
            <w:rFonts w:ascii="Cambria Math" w:hAnsi="Cambria Math"/>
          </w:rPr>
          <m:t>f₁/f₂ = 3/2 = 1,5</m:t>
        </m:r>
      </m:oMath>
      <w:r>
        <w:rPr>
          <w:sz w:val="23"/>
        </w:rPr>
        <w:t>.</w:t>
      </w:r>
    </w:p>
    <w:p w14:paraId="323770BB" w14:textId="77777777" w:rsidR="000D400E" w:rsidRDefault="00000000">
      <w:pPr>
        <w:keepNext/>
        <w:spacing w:after="60" w:line="259" w:lineRule="auto"/>
      </w:pPr>
      <w:r>
        <w:rPr>
          <w:b/>
          <w:sz w:val="23"/>
        </w:rPr>
        <w:t xml:space="preserve">Câu 6. </w:t>
      </w:r>
      <w:r>
        <w:rPr>
          <w:sz w:val="23"/>
        </w:rPr>
        <w:t xml:space="preserve">Trong phương trình </w:t>
      </w:r>
      <m:oMath>
        <m:r>
          <m:rPr>
            <m:sty m:val="p"/>
          </m:rPr>
          <w:rPr>
            <w:rFonts w:ascii="Cambria Math" w:hAnsi="Cambria Math"/>
          </w:rPr>
          <m:t>x = Acos(ωt + φ)</m:t>
        </m:r>
      </m:oMath>
      <w:r>
        <w:rPr>
          <w:sz w:val="23"/>
        </w:rPr>
        <w:t xml:space="preserve">, biểu thức </w:t>
      </w:r>
      <m:oMath>
        <m:r>
          <m:rPr>
            <m:sty m:val="p"/>
          </m:rPr>
          <w:rPr>
            <w:rFonts w:ascii="Cambria Math" w:hAnsi="Cambria Math"/>
          </w:rPr>
          <m:t>ωt + φ</m:t>
        </m:r>
      </m:oMath>
      <w:r>
        <w:rPr>
          <w:sz w:val="23"/>
        </w:rPr>
        <w:t xml:space="preserve"> được gọi là</w:t>
      </w:r>
    </w:p>
    <w:p w14:paraId="13EC7447" w14:textId="77777777" w:rsidR="000D400E" w:rsidRDefault="00000000">
      <w:pPr>
        <w:keepLines/>
        <w:spacing w:after="20" w:line="259" w:lineRule="auto"/>
      </w:pPr>
      <w:r>
        <w:rPr>
          <w:b/>
          <w:sz w:val="23"/>
        </w:rPr>
        <w:t xml:space="preserve">A. </w:t>
      </w:r>
      <w:r>
        <w:rPr>
          <w:sz w:val="23"/>
        </w:rPr>
        <w:t>biên độ dao động.</w:t>
      </w:r>
    </w:p>
    <w:p w14:paraId="71358010" w14:textId="77777777" w:rsidR="000D400E" w:rsidRDefault="00000000">
      <w:pPr>
        <w:keepLines/>
        <w:spacing w:after="20" w:line="259" w:lineRule="auto"/>
      </w:pPr>
      <w:r>
        <w:rPr>
          <w:b/>
          <w:sz w:val="23"/>
        </w:rPr>
        <w:t xml:space="preserve">B. </w:t>
      </w:r>
      <w:r>
        <w:rPr>
          <w:sz w:val="23"/>
        </w:rPr>
        <w:t>pha dao động.</w:t>
      </w:r>
    </w:p>
    <w:p w14:paraId="2C7ECF77" w14:textId="77777777" w:rsidR="000D400E" w:rsidRDefault="00000000">
      <w:pPr>
        <w:keepLines/>
        <w:spacing w:after="20" w:line="259" w:lineRule="auto"/>
      </w:pPr>
      <w:r>
        <w:rPr>
          <w:b/>
          <w:sz w:val="23"/>
        </w:rPr>
        <w:t xml:space="preserve">C. </w:t>
      </w:r>
      <w:r>
        <w:rPr>
          <w:sz w:val="23"/>
        </w:rPr>
        <w:t>chu kì dao động.</w:t>
      </w:r>
    </w:p>
    <w:p w14:paraId="17E9C034" w14:textId="77777777" w:rsidR="000D400E" w:rsidRDefault="00000000">
      <w:pPr>
        <w:keepLines/>
        <w:spacing w:after="20" w:line="259" w:lineRule="auto"/>
      </w:pPr>
      <w:r>
        <w:rPr>
          <w:b/>
          <w:sz w:val="23"/>
        </w:rPr>
        <w:t xml:space="preserve">D. </w:t>
      </w:r>
      <w:r>
        <w:rPr>
          <w:sz w:val="23"/>
        </w:rPr>
        <w:t>tần số dao động.</w:t>
      </w:r>
    </w:p>
    <w:p w14:paraId="7D7F58AA" w14:textId="77777777" w:rsidR="000D400E" w:rsidRDefault="00000000">
      <w:pPr>
        <w:spacing w:after="40" w:line="259" w:lineRule="auto"/>
      </w:pPr>
      <w:r>
        <w:rPr>
          <w:b/>
          <w:color w:val="C00000"/>
          <w:sz w:val="23"/>
        </w:rPr>
        <w:t xml:space="preserve">Đáp án: </w:t>
      </w:r>
      <w:r>
        <w:rPr>
          <w:b/>
          <w:sz w:val="23"/>
        </w:rPr>
        <w:t>B</w:t>
      </w:r>
    </w:p>
    <w:p w14:paraId="1979606E" w14:textId="77777777" w:rsidR="000D400E" w:rsidRDefault="00000000">
      <w:pPr>
        <w:spacing w:after="40" w:line="259" w:lineRule="auto"/>
      </w:pPr>
      <w:r>
        <w:rPr>
          <w:b/>
          <w:sz w:val="23"/>
        </w:rPr>
        <w:t xml:space="preserve">Hướng dẫn: </w:t>
      </w:r>
      <w:r>
        <w:rPr>
          <w:sz w:val="23"/>
        </w:rPr>
        <w:t xml:space="preserve">Trong phương trình </w:t>
      </w:r>
      <m:oMath>
        <m:r>
          <m:rPr>
            <m:sty m:val="p"/>
          </m:rPr>
          <w:rPr>
            <w:rFonts w:ascii="Cambria Math" w:hAnsi="Cambria Math"/>
          </w:rPr>
          <m:t>x = Acos(ωt + φ)</m:t>
        </m:r>
      </m:oMath>
      <w:r>
        <w:rPr>
          <w:sz w:val="23"/>
        </w:rPr>
        <w:t xml:space="preserve">, đại lượng </w:t>
      </w:r>
      <m:oMath>
        <m:r>
          <m:rPr>
            <m:sty m:val="p"/>
          </m:rPr>
          <w:rPr>
            <w:rFonts w:ascii="Cambria Math" w:hAnsi="Cambria Math"/>
          </w:rPr>
          <m:t>A</m:t>
        </m:r>
      </m:oMath>
      <w:r>
        <w:rPr>
          <w:sz w:val="23"/>
        </w:rPr>
        <w:t xml:space="preserve"> là biên độ, </w:t>
      </w:r>
      <m:oMath>
        <m:r>
          <m:rPr>
            <m:sty m:val="p"/>
          </m:rPr>
          <w:rPr>
            <w:rFonts w:ascii="Cambria Math" w:hAnsi="Cambria Math"/>
          </w:rPr>
          <m:t>ω</m:t>
        </m:r>
      </m:oMath>
      <w:r>
        <w:rPr>
          <w:sz w:val="23"/>
        </w:rPr>
        <w:t xml:space="preserve"> là tần số góc, còn </w:t>
      </w:r>
      <m:oMath>
        <m:r>
          <m:rPr>
            <m:sty m:val="p"/>
          </m:rPr>
          <w:rPr>
            <w:rFonts w:ascii="Cambria Math" w:hAnsi="Cambria Math"/>
          </w:rPr>
          <m:t>ωt + φ</m:t>
        </m:r>
      </m:oMath>
      <w:r>
        <w:rPr>
          <w:sz w:val="23"/>
        </w:rPr>
        <w:t xml:space="preserve"> là pha dao động tại thời điểm t.</w:t>
      </w:r>
    </w:p>
    <w:p w14:paraId="60751A60" w14:textId="77777777" w:rsidR="000D400E" w:rsidRDefault="00000000">
      <w:pPr>
        <w:keepNext/>
        <w:spacing w:after="60" w:line="259" w:lineRule="auto"/>
      </w:pPr>
      <w:r>
        <w:rPr>
          <w:b/>
          <w:sz w:val="23"/>
        </w:rPr>
        <w:t xml:space="preserve">Câu 7. </w:t>
      </w:r>
      <w:r>
        <w:rPr>
          <w:sz w:val="23"/>
        </w:rPr>
        <w:t xml:space="preserve">Vật dao động theo phương trình </w:t>
      </w:r>
      <m:oMath>
        <m:r>
          <m:rPr>
            <m:sty m:val="p"/>
          </m:rPr>
          <w:rPr>
            <w:rFonts w:ascii="Cambria Math" w:hAnsi="Cambria Math"/>
          </w:rPr>
          <m:t>x = 4cos(5πt + π/4) cm</m:t>
        </m:r>
      </m:oMath>
      <w:r>
        <w:rPr>
          <w:sz w:val="23"/>
        </w:rPr>
        <w:t>. Tại t = 0, vật</w:t>
      </w:r>
    </w:p>
    <w:p w14:paraId="0781BA7B" w14:textId="77777777" w:rsidR="000D400E" w:rsidRDefault="00000000">
      <w:pPr>
        <w:keepLines/>
        <w:spacing w:after="20" w:line="259" w:lineRule="auto"/>
      </w:pPr>
      <w:r>
        <w:rPr>
          <w:b/>
          <w:sz w:val="23"/>
        </w:rPr>
        <w:t xml:space="preserve">A. </w:t>
      </w:r>
      <w:r>
        <w:rPr>
          <w:sz w:val="23"/>
        </w:rPr>
        <w:t>ở biên dương.</w:t>
      </w:r>
    </w:p>
    <w:p w14:paraId="16DBBFDA" w14:textId="77777777" w:rsidR="000D400E" w:rsidRDefault="00000000">
      <w:pPr>
        <w:keepLines/>
        <w:spacing w:after="20" w:line="259" w:lineRule="auto"/>
      </w:pPr>
      <w:r>
        <w:rPr>
          <w:b/>
          <w:sz w:val="23"/>
        </w:rPr>
        <w:t xml:space="preserve">B. </w:t>
      </w:r>
      <w:r>
        <w:rPr>
          <w:sz w:val="23"/>
        </w:rPr>
        <w:t>qua vị trí cân bằng theo chiều dương.</w:t>
      </w:r>
    </w:p>
    <w:p w14:paraId="075BC665" w14:textId="77777777" w:rsidR="000D400E" w:rsidRDefault="00000000">
      <w:pPr>
        <w:keepLines/>
        <w:spacing w:after="20" w:line="259" w:lineRule="auto"/>
      </w:pPr>
      <w:r>
        <w:rPr>
          <w:b/>
          <w:sz w:val="23"/>
        </w:rPr>
        <w:t xml:space="preserve">C. </w:t>
      </w:r>
      <w:r>
        <w:rPr>
          <w:sz w:val="23"/>
        </w:rPr>
        <w:t>có li độ 2√2 cm và chuyển động theo chiều âm.</w:t>
      </w:r>
    </w:p>
    <w:p w14:paraId="66D6CD02" w14:textId="77777777" w:rsidR="000D400E" w:rsidRDefault="00000000">
      <w:pPr>
        <w:keepLines/>
        <w:spacing w:after="20" w:line="259" w:lineRule="auto"/>
      </w:pPr>
      <w:r>
        <w:rPr>
          <w:b/>
          <w:sz w:val="23"/>
        </w:rPr>
        <w:t xml:space="preserve">D. </w:t>
      </w:r>
      <w:r>
        <w:rPr>
          <w:sz w:val="23"/>
        </w:rPr>
        <w:t>có li độ -2√2 cm và chuyển động theo chiều dương.</w:t>
      </w:r>
    </w:p>
    <w:p w14:paraId="5983A808" w14:textId="77777777" w:rsidR="000D400E" w:rsidRDefault="00000000">
      <w:pPr>
        <w:spacing w:after="40" w:line="259" w:lineRule="auto"/>
      </w:pPr>
      <w:r>
        <w:rPr>
          <w:b/>
          <w:color w:val="C00000"/>
          <w:sz w:val="23"/>
        </w:rPr>
        <w:t xml:space="preserve">Đáp án: </w:t>
      </w:r>
      <w:r>
        <w:rPr>
          <w:b/>
          <w:sz w:val="23"/>
        </w:rPr>
        <w:t>C</w:t>
      </w:r>
    </w:p>
    <w:p w14:paraId="2AD220BC" w14:textId="77777777" w:rsidR="000D400E" w:rsidRDefault="00000000">
      <w:pPr>
        <w:spacing w:after="40" w:line="259" w:lineRule="auto"/>
      </w:pPr>
      <w:r>
        <w:rPr>
          <w:b/>
          <w:sz w:val="23"/>
        </w:rPr>
        <w:t xml:space="preserve">Hướng dẫn: </w:t>
      </w:r>
      <w:r>
        <w:rPr>
          <w:sz w:val="23"/>
        </w:rPr>
        <w:t xml:space="preserve">Tại t = 0: </w:t>
      </w:r>
      <m:oMath>
        <m:r>
          <m:rPr>
            <m:sty m:val="p"/>
          </m:rPr>
          <w:rPr>
            <w:rFonts w:ascii="Cambria Math" w:hAnsi="Cambria Math"/>
          </w:rPr>
          <m:t>x₀ = 4cos(π/4) = 2√2 cm</m:t>
        </m:r>
      </m:oMath>
      <w:r>
        <w:rPr>
          <w:sz w:val="23"/>
        </w:rPr>
        <w:t xml:space="preserve">. Vận tốc </w:t>
      </w:r>
      <m:oMath>
        <m:r>
          <m:rPr>
            <m:sty m:val="p"/>
          </m:rPr>
          <w:rPr>
            <w:rFonts w:ascii="Cambria Math" w:hAnsi="Cambria Math"/>
          </w:rPr>
          <m:t>v = -20πsin(5πt + π/4)</m:t>
        </m:r>
      </m:oMath>
      <w:r>
        <w:rPr>
          <w:sz w:val="23"/>
        </w:rPr>
        <w:t xml:space="preserve"> nên </w:t>
      </w:r>
      <m:oMath>
        <m:r>
          <m:rPr>
            <m:sty m:val="p"/>
          </m:rPr>
          <w:rPr>
            <w:rFonts w:ascii="Cambria Math" w:hAnsi="Cambria Math"/>
          </w:rPr>
          <m:t>v₀ = -10π√2 &lt; 0</m:t>
        </m:r>
      </m:oMath>
      <w:r>
        <w:rPr>
          <w:sz w:val="23"/>
        </w:rPr>
        <w:t xml:space="preserve">. Vật có li độ </w:t>
      </w:r>
      <m:oMath>
        <m:r>
          <m:rPr>
            <m:sty m:val="p"/>
          </m:rPr>
          <w:rPr>
            <w:rFonts w:ascii="Cambria Math" w:hAnsi="Cambria Math"/>
          </w:rPr>
          <m:t>2√2 cm</m:t>
        </m:r>
      </m:oMath>
      <w:r>
        <w:rPr>
          <w:sz w:val="23"/>
        </w:rPr>
        <w:t xml:space="preserve"> và chuyển động theo chiều âm.</w:t>
      </w:r>
    </w:p>
    <w:p w14:paraId="5A3EA05D" w14:textId="77777777" w:rsidR="000D400E" w:rsidRDefault="00000000">
      <w:pPr>
        <w:keepNext/>
        <w:spacing w:after="60" w:line="259" w:lineRule="auto"/>
      </w:pPr>
      <w:r>
        <w:rPr>
          <w:b/>
          <w:sz w:val="23"/>
        </w:rPr>
        <w:t xml:space="preserve">Câu 8. </w:t>
      </w:r>
      <w:r>
        <w:rPr>
          <w:sz w:val="23"/>
        </w:rPr>
        <w:t xml:space="preserve">Dao động </w:t>
      </w:r>
      <m:oMath>
        <m:r>
          <m:rPr>
            <m:sty m:val="p"/>
          </m:rPr>
          <w:rPr>
            <w:rFonts w:ascii="Cambria Math" w:hAnsi="Cambria Math"/>
          </w:rPr>
          <m:t>x = 7cos(6πt - π/5) cm</m:t>
        </m:r>
      </m:oMath>
      <w:r>
        <w:rPr>
          <w:sz w:val="23"/>
        </w:rPr>
        <w:t xml:space="preserve"> có pha ban đầu bằng</w:t>
      </w:r>
    </w:p>
    <w:p w14:paraId="2F9B0859" w14:textId="77777777" w:rsidR="000D400E" w:rsidRDefault="00000000">
      <w:pPr>
        <w:keepLines/>
        <w:spacing w:after="20" w:line="259" w:lineRule="auto"/>
      </w:pPr>
      <w:r>
        <w:rPr>
          <w:b/>
          <w:sz w:val="23"/>
        </w:rPr>
        <w:t xml:space="preserve">A. </w:t>
      </w:r>
      <m:oMath>
        <m:r>
          <m:rPr>
            <m:sty m:val="p"/>
          </m:rPr>
          <w:rPr>
            <w:rFonts w:ascii="Cambria Math" w:hAnsi="Cambria Math"/>
          </w:rPr>
          <m:t>6π rad.</m:t>
        </m:r>
      </m:oMath>
    </w:p>
    <w:p w14:paraId="699BFBC5" w14:textId="77777777" w:rsidR="000D400E" w:rsidRDefault="00000000">
      <w:pPr>
        <w:keepLines/>
        <w:spacing w:after="20" w:line="259" w:lineRule="auto"/>
      </w:pPr>
      <w:r>
        <w:rPr>
          <w:b/>
          <w:sz w:val="23"/>
        </w:rPr>
        <w:t xml:space="preserve">B. </w:t>
      </w:r>
      <m:oMath>
        <m:r>
          <m:rPr>
            <m:sty m:val="p"/>
          </m:rPr>
          <w:rPr>
            <w:rFonts w:ascii="Cambria Math" w:hAnsi="Cambria Math"/>
          </w:rPr>
          <m:t>-π/5 rad.</m:t>
        </m:r>
      </m:oMath>
    </w:p>
    <w:p w14:paraId="2016B2AC" w14:textId="77777777" w:rsidR="000D400E" w:rsidRDefault="00000000">
      <w:pPr>
        <w:keepLines/>
        <w:spacing w:after="20" w:line="259" w:lineRule="auto"/>
      </w:pPr>
      <w:r>
        <w:rPr>
          <w:b/>
          <w:sz w:val="23"/>
        </w:rPr>
        <w:t xml:space="preserve">C. </w:t>
      </w:r>
      <m:oMath>
        <m:r>
          <m:rPr>
            <m:sty m:val="p"/>
          </m:rPr>
          <w:rPr>
            <w:rFonts w:ascii="Cambria Math" w:hAnsi="Cambria Math"/>
          </w:rPr>
          <m:t>π/5 rad.</m:t>
        </m:r>
      </m:oMath>
    </w:p>
    <w:p w14:paraId="21D13EDD" w14:textId="77777777" w:rsidR="000D400E" w:rsidRDefault="00000000">
      <w:pPr>
        <w:keepLines/>
        <w:spacing w:after="20" w:line="259" w:lineRule="auto"/>
      </w:pPr>
      <w:r>
        <w:rPr>
          <w:b/>
          <w:sz w:val="23"/>
        </w:rPr>
        <w:t xml:space="preserve">D. </w:t>
      </w:r>
      <m:oMath>
        <m:r>
          <m:rPr>
            <m:sty m:val="p"/>
          </m:rPr>
          <w:rPr>
            <w:rFonts w:ascii="Cambria Math" w:hAnsi="Cambria Math"/>
          </w:rPr>
          <m:t>7 rad.</m:t>
        </m:r>
      </m:oMath>
    </w:p>
    <w:p w14:paraId="7365579C" w14:textId="77777777" w:rsidR="000D400E" w:rsidRDefault="00000000">
      <w:pPr>
        <w:spacing w:after="40" w:line="259" w:lineRule="auto"/>
      </w:pPr>
      <w:r>
        <w:rPr>
          <w:b/>
          <w:color w:val="C00000"/>
          <w:sz w:val="23"/>
        </w:rPr>
        <w:lastRenderedPageBreak/>
        <w:t xml:space="preserve">Đáp án: </w:t>
      </w:r>
      <w:r>
        <w:rPr>
          <w:b/>
          <w:sz w:val="23"/>
        </w:rPr>
        <w:t>B</w:t>
      </w:r>
    </w:p>
    <w:p w14:paraId="11DEE5C6" w14:textId="77777777" w:rsidR="000D400E" w:rsidRDefault="00000000">
      <w:pPr>
        <w:spacing w:after="40" w:line="259" w:lineRule="auto"/>
      </w:pPr>
      <w:r>
        <w:rPr>
          <w:b/>
          <w:sz w:val="23"/>
        </w:rPr>
        <w:t xml:space="preserve">Hướng dẫn: </w:t>
      </w:r>
      <w:r>
        <w:rPr>
          <w:sz w:val="23"/>
        </w:rPr>
        <w:t xml:space="preserve">Pha ban đầu là giá trị của pha tại t = 0, tức hằng số φ trong biểu thức pha. Suy ra </w:t>
      </w:r>
      <m:oMath>
        <m:r>
          <m:rPr>
            <m:sty m:val="p"/>
          </m:rPr>
          <w:rPr>
            <w:rFonts w:ascii="Cambria Math" w:hAnsi="Cambria Math"/>
          </w:rPr>
          <m:t>φ = -π/5 rad</m:t>
        </m:r>
      </m:oMath>
      <w:r>
        <w:rPr>
          <w:sz w:val="23"/>
        </w:rPr>
        <w:t>.</w:t>
      </w:r>
    </w:p>
    <w:p w14:paraId="2F219833" w14:textId="77777777" w:rsidR="000D400E" w:rsidRDefault="00000000">
      <w:pPr>
        <w:keepNext/>
        <w:spacing w:after="60" w:line="259" w:lineRule="auto"/>
      </w:pPr>
      <w:r>
        <w:rPr>
          <w:b/>
          <w:sz w:val="23"/>
        </w:rPr>
        <w:t xml:space="preserve">Câu 9. </w:t>
      </w:r>
      <w:r>
        <w:rPr>
          <w:sz w:val="23"/>
        </w:rPr>
        <w:t>Một vật dao động điều hòa có biên độ 3 cm, chu kì 0,8 s. Tại t = 0 vật ở biên dương. Phương trình dao động là</w:t>
      </w:r>
    </w:p>
    <w:p w14:paraId="36D8AA01" w14:textId="77777777" w:rsidR="000D400E" w:rsidRDefault="00000000">
      <w:pPr>
        <w:keepLines/>
        <w:spacing w:after="20" w:line="259" w:lineRule="auto"/>
      </w:pPr>
      <w:r>
        <w:rPr>
          <w:b/>
          <w:sz w:val="23"/>
        </w:rPr>
        <w:t xml:space="preserve">A. </w:t>
      </w:r>
      <m:oMath>
        <m:r>
          <m:rPr>
            <m:sty m:val="p"/>
          </m:rPr>
          <w:rPr>
            <w:rFonts w:ascii="Cambria Math" w:hAnsi="Cambria Math"/>
          </w:rPr>
          <m:t>x = 3cos(2,5πt) cm.</m:t>
        </m:r>
      </m:oMath>
    </w:p>
    <w:p w14:paraId="30FEBB29" w14:textId="77777777" w:rsidR="000D400E" w:rsidRDefault="00000000">
      <w:pPr>
        <w:keepLines/>
        <w:spacing w:after="20" w:line="259" w:lineRule="auto"/>
      </w:pPr>
      <w:r>
        <w:rPr>
          <w:b/>
          <w:sz w:val="23"/>
        </w:rPr>
        <w:t xml:space="preserve">B. </w:t>
      </w:r>
      <m:oMath>
        <m:r>
          <m:rPr>
            <m:sty m:val="p"/>
          </m:rPr>
          <w:rPr>
            <w:rFonts w:ascii="Cambria Math" w:hAnsi="Cambria Math"/>
          </w:rPr>
          <m:t>x = 3cos(1,25πt) cm.</m:t>
        </m:r>
      </m:oMath>
    </w:p>
    <w:p w14:paraId="375EE2B8" w14:textId="77777777" w:rsidR="000D400E" w:rsidRDefault="00000000">
      <w:pPr>
        <w:keepLines/>
        <w:spacing w:after="20" w:line="259" w:lineRule="auto"/>
      </w:pPr>
      <w:r>
        <w:rPr>
          <w:b/>
          <w:sz w:val="23"/>
        </w:rPr>
        <w:t xml:space="preserve">C. </w:t>
      </w:r>
      <m:oMath>
        <m:r>
          <m:rPr>
            <m:sty m:val="p"/>
          </m:rPr>
          <w:rPr>
            <w:rFonts w:ascii="Cambria Math" w:hAnsi="Cambria Math"/>
          </w:rPr>
          <m:t>x = 3sin(2,5πt) cm.</m:t>
        </m:r>
      </m:oMath>
    </w:p>
    <w:p w14:paraId="4E2C89FB" w14:textId="77777777" w:rsidR="000D400E" w:rsidRDefault="00000000">
      <w:pPr>
        <w:keepLines/>
        <w:spacing w:after="20" w:line="259" w:lineRule="auto"/>
      </w:pPr>
      <w:r>
        <w:rPr>
          <w:b/>
          <w:sz w:val="23"/>
        </w:rPr>
        <w:t xml:space="preserve">D. </w:t>
      </w:r>
      <m:oMath>
        <m:r>
          <m:rPr>
            <m:sty m:val="p"/>
          </m:rPr>
          <w:rPr>
            <w:rFonts w:ascii="Cambria Math" w:hAnsi="Cambria Math"/>
          </w:rPr>
          <m:t>x = 3cos(0,8πt) cm.</m:t>
        </m:r>
      </m:oMath>
    </w:p>
    <w:p w14:paraId="1DB6338F" w14:textId="77777777" w:rsidR="000D400E" w:rsidRDefault="00000000">
      <w:pPr>
        <w:spacing w:after="40" w:line="259" w:lineRule="auto"/>
      </w:pPr>
      <w:r>
        <w:rPr>
          <w:b/>
          <w:color w:val="C00000"/>
          <w:sz w:val="23"/>
        </w:rPr>
        <w:t xml:space="preserve">Đáp án: </w:t>
      </w:r>
      <w:r>
        <w:rPr>
          <w:b/>
          <w:sz w:val="23"/>
        </w:rPr>
        <w:t>A</w:t>
      </w:r>
    </w:p>
    <w:p w14:paraId="71E4B276" w14:textId="77777777" w:rsidR="000D400E" w:rsidRDefault="00000000">
      <w:pPr>
        <w:spacing w:after="40" w:line="259" w:lineRule="auto"/>
      </w:pPr>
      <w:r>
        <w:rPr>
          <w:b/>
          <w:sz w:val="23"/>
        </w:rPr>
        <w:t xml:space="preserve">Hướng dẫn: </w:t>
      </w:r>
      <w:r>
        <w:rPr>
          <w:sz w:val="23"/>
        </w:rPr>
        <w:t xml:space="preserve">Tần số góc </w:t>
      </w:r>
      <m:oMath>
        <m:r>
          <m:rPr>
            <m:sty m:val="p"/>
          </m:rPr>
          <w:rPr>
            <w:rFonts w:ascii="Cambria Math" w:hAnsi="Cambria Math"/>
          </w:rPr>
          <m:t>ω = 2π/T = 2π/0,8 = 2,5π rad/s</m:t>
        </m:r>
      </m:oMath>
      <w:r>
        <w:rPr>
          <w:sz w:val="23"/>
        </w:rPr>
        <w:t xml:space="preserve">. Tại t = 0 vật ở biên dương nên </w:t>
      </w:r>
      <m:oMath>
        <m:r>
          <m:rPr>
            <m:sty m:val="p"/>
          </m:rPr>
          <w:rPr>
            <w:rFonts w:ascii="Cambria Math" w:hAnsi="Cambria Math"/>
          </w:rPr>
          <m:t>x₀ = A</m:t>
        </m:r>
      </m:oMath>
      <w:r>
        <w:rPr>
          <w:sz w:val="23"/>
        </w:rPr>
        <w:t xml:space="preserve">, suy ra </w:t>
      </w:r>
      <m:oMath>
        <m:r>
          <m:rPr>
            <m:sty m:val="p"/>
          </m:rPr>
          <w:rPr>
            <w:rFonts w:ascii="Cambria Math" w:hAnsi="Cambria Math"/>
          </w:rPr>
          <m:t>φ = 0</m:t>
        </m:r>
      </m:oMath>
      <w:r>
        <w:rPr>
          <w:sz w:val="23"/>
        </w:rPr>
        <w:t xml:space="preserve">. Phương trình là </w:t>
      </w:r>
      <m:oMath>
        <m:r>
          <m:rPr>
            <m:sty m:val="p"/>
          </m:rPr>
          <w:rPr>
            <w:rFonts w:ascii="Cambria Math" w:hAnsi="Cambria Math"/>
          </w:rPr>
          <m:t>x = 3cos(2,5πt) cm</m:t>
        </m:r>
      </m:oMath>
      <w:r>
        <w:rPr>
          <w:sz w:val="23"/>
        </w:rPr>
        <w:t>.</w:t>
      </w:r>
    </w:p>
    <w:p w14:paraId="6D9F5DF0" w14:textId="77777777" w:rsidR="000D400E" w:rsidRDefault="00000000">
      <w:pPr>
        <w:keepNext/>
        <w:spacing w:after="60" w:line="259" w:lineRule="auto"/>
      </w:pPr>
      <w:r>
        <w:rPr>
          <w:b/>
          <w:sz w:val="23"/>
        </w:rPr>
        <w:t xml:space="preserve">Câu 10. </w:t>
      </w:r>
      <w:r>
        <w:rPr>
          <w:sz w:val="23"/>
        </w:rPr>
        <w:t xml:space="preserve">Nếu </w:t>
      </w:r>
      <m:oMath>
        <m:r>
          <m:rPr>
            <m:sty m:val="p"/>
          </m:rPr>
          <w:rPr>
            <w:rFonts w:ascii="Cambria Math" w:hAnsi="Cambria Math"/>
          </w:rPr>
          <m:t>x = Acos(ωt + φ)</m:t>
        </m:r>
      </m:oMath>
      <w:r>
        <w:rPr>
          <w:sz w:val="23"/>
        </w:rPr>
        <w:t xml:space="preserve"> thì vận tốc của vật được xác định bởi</w:t>
      </w:r>
    </w:p>
    <w:p w14:paraId="15E3B0CF" w14:textId="77777777" w:rsidR="000D400E" w:rsidRDefault="00000000">
      <w:pPr>
        <w:keepLines/>
        <w:spacing w:after="20" w:line="259" w:lineRule="auto"/>
      </w:pPr>
      <w:r>
        <w:rPr>
          <w:b/>
          <w:sz w:val="23"/>
        </w:rPr>
        <w:t xml:space="preserve">A. </w:t>
      </w:r>
      <m:oMath>
        <m:r>
          <m:rPr>
            <m:sty m:val="p"/>
          </m:rPr>
          <w:rPr>
            <w:rFonts w:ascii="Cambria Math" w:hAnsi="Cambria Math"/>
          </w:rPr>
          <m:t>v = ωAcos(ωt + φ).</m:t>
        </m:r>
      </m:oMath>
    </w:p>
    <w:p w14:paraId="5B02A8F9" w14:textId="77777777" w:rsidR="000D400E" w:rsidRDefault="00000000">
      <w:pPr>
        <w:keepLines/>
        <w:spacing w:after="20" w:line="259" w:lineRule="auto"/>
      </w:pPr>
      <w:r>
        <w:rPr>
          <w:b/>
          <w:sz w:val="23"/>
        </w:rPr>
        <w:t xml:space="preserve">B. </w:t>
      </w:r>
      <m:oMath>
        <m:r>
          <m:rPr>
            <m:sty m:val="p"/>
          </m:rPr>
          <w:rPr>
            <w:rFonts w:ascii="Cambria Math" w:hAnsi="Cambria Math"/>
          </w:rPr>
          <m:t>v = -ωAsin(ωt + φ).</m:t>
        </m:r>
      </m:oMath>
    </w:p>
    <w:p w14:paraId="10194601" w14:textId="77777777" w:rsidR="000D400E" w:rsidRDefault="00000000">
      <w:pPr>
        <w:keepLines/>
        <w:spacing w:after="20" w:line="259" w:lineRule="auto"/>
      </w:pPr>
      <w:r>
        <w:rPr>
          <w:b/>
          <w:sz w:val="23"/>
        </w:rPr>
        <w:t xml:space="preserve">C. </w:t>
      </w:r>
      <m:oMath>
        <m:r>
          <m:rPr>
            <m:sty m:val="p"/>
          </m:rPr>
          <w:rPr>
            <w:rFonts w:ascii="Cambria Math" w:hAnsi="Cambria Math"/>
          </w:rPr>
          <m:t>v = -ω²Acos(ωt + φ).</m:t>
        </m:r>
      </m:oMath>
    </w:p>
    <w:p w14:paraId="349F5D45" w14:textId="77777777" w:rsidR="000D400E" w:rsidRDefault="00000000">
      <w:pPr>
        <w:keepLines/>
        <w:spacing w:after="20" w:line="259" w:lineRule="auto"/>
      </w:pPr>
      <w:r>
        <w:rPr>
          <w:b/>
          <w:sz w:val="23"/>
        </w:rPr>
        <w:t xml:space="preserve">D. </w:t>
      </w:r>
      <m:oMath>
        <m:r>
          <m:rPr>
            <m:sty m:val="p"/>
          </m:rPr>
          <w:rPr>
            <w:rFonts w:ascii="Cambria Math" w:hAnsi="Cambria Math"/>
          </w:rPr>
          <m:t>v = ω²Asin(ωt + φ).</m:t>
        </m:r>
      </m:oMath>
    </w:p>
    <w:p w14:paraId="60C9EFCA" w14:textId="77777777" w:rsidR="000D400E" w:rsidRDefault="00000000">
      <w:pPr>
        <w:spacing w:after="40" w:line="259" w:lineRule="auto"/>
      </w:pPr>
      <w:r>
        <w:rPr>
          <w:b/>
          <w:color w:val="C00000"/>
          <w:sz w:val="23"/>
        </w:rPr>
        <w:t xml:space="preserve">Đáp án: </w:t>
      </w:r>
      <w:r>
        <w:rPr>
          <w:b/>
          <w:sz w:val="23"/>
        </w:rPr>
        <w:t>B</w:t>
      </w:r>
    </w:p>
    <w:p w14:paraId="3E00FC6A" w14:textId="77777777" w:rsidR="000D400E" w:rsidRDefault="00000000">
      <w:pPr>
        <w:spacing w:after="40" w:line="259" w:lineRule="auto"/>
      </w:pPr>
      <w:r>
        <w:rPr>
          <w:b/>
          <w:sz w:val="23"/>
        </w:rPr>
        <w:t xml:space="preserve">Hướng dẫn: </w:t>
      </w:r>
      <w:r>
        <w:rPr>
          <w:sz w:val="23"/>
        </w:rPr>
        <w:t xml:space="preserve">Lấy đạo hàm li độ theo thời gian: </w:t>
      </w:r>
      <m:oMath>
        <m:r>
          <m:rPr>
            <m:sty m:val="p"/>
          </m:rPr>
          <w:rPr>
            <w:rFonts w:ascii="Cambria Math" w:hAnsi="Cambria Math"/>
          </w:rPr>
          <m:t>v = dx/dt = -ωAsin(ωt + φ)</m:t>
        </m:r>
      </m:oMath>
      <w:r>
        <w:rPr>
          <w:sz w:val="23"/>
        </w:rPr>
        <w:t>.</w:t>
      </w:r>
    </w:p>
    <w:p w14:paraId="46E034CA" w14:textId="77777777" w:rsidR="000D400E" w:rsidRDefault="00000000">
      <w:pPr>
        <w:keepNext/>
        <w:spacing w:after="60" w:line="259" w:lineRule="auto"/>
      </w:pPr>
      <w:r>
        <w:rPr>
          <w:b/>
          <w:sz w:val="23"/>
        </w:rPr>
        <w:t xml:space="preserve">Câu 11. </w:t>
      </w:r>
      <w:r>
        <w:rPr>
          <w:sz w:val="23"/>
        </w:rPr>
        <w:t>Khi vật dao động điều hòa có li độ âm thì gia tốc của vật</w:t>
      </w:r>
    </w:p>
    <w:p w14:paraId="225611C3" w14:textId="77777777" w:rsidR="000D400E" w:rsidRDefault="00000000">
      <w:pPr>
        <w:keepLines/>
        <w:spacing w:after="20" w:line="259" w:lineRule="auto"/>
      </w:pPr>
      <w:r>
        <w:rPr>
          <w:b/>
          <w:sz w:val="23"/>
        </w:rPr>
        <w:t xml:space="preserve">A. </w:t>
      </w:r>
      <w:r>
        <w:rPr>
          <w:sz w:val="23"/>
        </w:rPr>
        <w:t>luôn âm.</w:t>
      </w:r>
    </w:p>
    <w:p w14:paraId="5AF41A4A" w14:textId="77777777" w:rsidR="000D400E" w:rsidRDefault="00000000">
      <w:pPr>
        <w:keepLines/>
        <w:spacing w:after="20" w:line="259" w:lineRule="auto"/>
      </w:pPr>
      <w:r>
        <w:rPr>
          <w:b/>
          <w:sz w:val="23"/>
        </w:rPr>
        <w:t xml:space="preserve">B. </w:t>
      </w:r>
      <w:r>
        <w:rPr>
          <w:sz w:val="23"/>
        </w:rPr>
        <w:t>luôn dương.</w:t>
      </w:r>
    </w:p>
    <w:p w14:paraId="61A1686A" w14:textId="77777777" w:rsidR="000D400E" w:rsidRDefault="00000000">
      <w:pPr>
        <w:keepLines/>
        <w:spacing w:after="20" w:line="259" w:lineRule="auto"/>
      </w:pPr>
      <w:r>
        <w:rPr>
          <w:b/>
          <w:sz w:val="23"/>
        </w:rPr>
        <w:t xml:space="preserve">C. </w:t>
      </w:r>
      <w:r>
        <w:rPr>
          <w:sz w:val="23"/>
        </w:rPr>
        <w:t>luôn bằng 0.</w:t>
      </w:r>
    </w:p>
    <w:p w14:paraId="082F9B0E" w14:textId="77777777" w:rsidR="000D400E" w:rsidRDefault="00000000">
      <w:pPr>
        <w:keepLines/>
        <w:spacing w:after="20" w:line="259" w:lineRule="auto"/>
      </w:pPr>
      <w:r>
        <w:rPr>
          <w:b/>
          <w:sz w:val="23"/>
        </w:rPr>
        <w:t xml:space="preserve">D. </w:t>
      </w:r>
      <w:r>
        <w:rPr>
          <w:sz w:val="23"/>
        </w:rPr>
        <w:t>có thể âm hoặc dương.</w:t>
      </w:r>
    </w:p>
    <w:p w14:paraId="255C14D2" w14:textId="77777777" w:rsidR="000D400E" w:rsidRDefault="00000000">
      <w:pPr>
        <w:spacing w:after="40" w:line="259" w:lineRule="auto"/>
      </w:pPr>
      <w:r>
        <w:rPr>
          <w:b/>
          <w:color w:val="C00000"/>
          <w:sz w:val="23"/>
        </w:rPr>
        <w:t xml:space="preserve">Đáp án: </w:t>
      </w:r>
      <w:r>
        <w:rPr>
          <w:b/>
          <w:sz w:val="23"/>
        </w:rPr>
        <w:t>B</w:t>
      </w:r>
    </w:p>
    <w:p w14:paraId="5897809F" w14:textId="77777777" w:rsidR="000D400E" w:rsidRDefault="00000000">
      <w:pPr>
        <w:spacing w:after="40" w:line="259" w:lineRule="auto"/>
      </w:pPr>
      <w:r>
        <w:rPr>
          <w:b/>
          <w:sz w:val="23"/>
        </w:rPr>
        <w:t xml:space="preserve">Hướng dẫn: </w:t>
      </w:r>
      <w:r>
        <w:rPr>
          <w:sz w:val="23"/>
        </w:rPr>
        <w:t xml:space="preserve">Gia tốc và li độ liên hệ bởi </w:t>
      </w:r>
      <m:oMath>
        <m:r>
          <m:rPr>
            <m:sty m:val="p"/>
          </m:rPr>
          <w:rPr>
            <w:rFonts w:ascii="Cambria Math" w:hAnsi="Cambria Math"/>
          </w:rPr>
          <m:t>a = -ω²x</m:t>
        </m:r>
      </m:oMath>
      <w:r>
        <w:rPr>
          <w:sz w:val="23"/>
        </w:rPr>
        <w:t xml:space="preserve">. Vì </w:t>
      </w:r>
      <m:oMath>
        <m:r>
          <m:rPr>
            <m:sty m:val="p"/>
          </m:rPr>
          <w:rPr>
            <w:rFonts w:ascii="Cambria Math" w:hAnsi="Cambria Math"/>
          </w:rPr>
          <m:t>ω² &gt; 0</m:t>
        </m:r>
      </m:oMath>
      <w:r>
        <w:rPr>
          <w:sz w:val="23"/>
        </w:rPr>
        <w:t xml:space="preserve"> nên khi </w:t>
      </w:r>
      <m:oMath>
        <m:r>
          <m:rPr>
            <m:sty m:val="p"/>
          </m:rPr>
          <w:rPr>
            <w:rFonts w:ascii="Cambria Math" w:hAnsi="Cambria Math"/>
          </w:rPr>
          <m:t>x &lt; 0</m:t>
        </m:r>
      </m:oMath>
      <w:r>
        <w:rPr>
          <w:sz w:val="23"/>
        </w:rPr>
        <w:t xml:space="preserve"> thì </w:t>
      </w:r>
      <m:oMath>
        <m:r>
          <m:rPr>
            <m:sty m:val="p"/>
          </m:rPr>
          <w:rPr>
            <w:rFonts w:ascii="Cambria Math" w:hAnsi="Cambria Math"/>
          </w:rPr>
          <m:t>a &gt; 0</m:t>
        </m:r>
      </m:oMath>
      <w:r>
        <w:rPr>
          <w:sz w:val="23"/>
        </w:rPr>
        <w:t>.</w:t>
      </w:r>
    </w:p>
    <w:p w14:paraId="472E46C7" w14:textId="77777777" w:rsidR="000D400E" w:rsidRDefault="00000000">
      <w:pPr>
        <w:keepNext/>
        <w:spacing w:after="60" w:line="259" w:lineRule="auto"/>
      </w:pPr>
      <w:r>
        <w:rPr>
          <w:b/>
          <w:sz w:val="23"/>
        </w:rPr>
        <w:t xml:space="preserve">Câu 12. </w:t>
      </w:r>
      <w:r>
        <w:rPr>
          <w:sz w:val="23"/>
        </w:rPr>
        <w:t>Đồ thị vận tốc - li độ của một vật dao động điều hòa được cho như hình. Khi vật có li độ x = 3 cm, tốc độ của vật bằng</w:t>
      </w:r>
    </w:p>
    <w:p w14:paraId="555E132A" w14:textId="77777777" w:rsidR="000D400E" w:rsidRDefault="00000000">
      <w:pPr>
        <w:keepNext/>
        <w:spacing w:after="40"/>
        <w:jc w:val="center"/>
      </w:pPr>
      <w:r>
        <w:rPr>
          <w:noProof/>
        </w:rPr>
        <w:drawing>
          <wp:inline distT="0" distB="0" distL="0" distR="0" wp14:anchorId="1478F1AB" wp14:editId="7EDBF98B">
            <wp:extent cx="2592000" cy="170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vx.png"/>
                    <pic:cNvPicPr/>
                  </pic:nvPicPr>
                  <pic:blipFill>
                    <a:blip r:embed="rId8"/>
                    <a:stretch>
                      <a:fillRect/>
                    </a:stretch>
                  </pic:blipFill>
                  <pic:spPr>
                    <a:xfrm>
                      <a:off x="0" y="0"/>
                      <a:ext cx="2592000" cy="1701000"/>
                    </a:xfrm>
                    <a:prstGeom prst="rect">
                      <a:avLst/>
                    </a:prstGeom>
                  </pic:spPr>
                </pic:pic>
              </a:graphicData>
            </a:graphic>
          </wp:inline>
        </w:drawing>
      </w:r>
    </w:p>
    <w:p w14:paraId="1512080E" w14:textId="77777777" w:rsidR="000D400E" w:rsidRDefault="00000000">
      <w:pPr>
        <w:keepLines/>
        <w:spacing w:after="20" w:line="259" w:lineRule="auto"/>
      </w:pPr>
      <w:r>
        <w:rPr>
          <w:b/>
          <w:sz w:val="23"/>
        </w:rPr>
        <w:t xml:space="preserve">A. </w:t>
      </w:r>
      <w:r>
        <w:rPr>
          <w:sz w:val="23"/>
        </w:rPr>
        <w:t>8 cm/s.</w:t>
      </w:r>
    </w:p>
    <w:p w14:paraId="6FCBB3BC" w14:textId="77777777" w:rsidR="000D400E" w:rsidRDefault="00000000">
      <w:pPr>
        <w:keepLines/>
        <w:spacing w:after="20" w:line="259" w:lineRule="auto"/>
      </w:pPr>
      <w:r>
        <w:rPr>
          <w:b/>
          <w:sz w:val="23"/>
        </w:rPr>
        <w:t xml:space="preserve">B. </w:t>
      </w:r>
      <w:r>
        <w:rPr>
          <w:sz w:val="23"/>
        </w:rPr>
        <w:t>12 cm/s.</w:t>
      </w:r>
    </w:p>
    <w:p w14:paraId="74BB2B67" w14:textId="77777777" w:rsidR="000D400E" w:rsidRDefault="00000000">
      <w:pPr>
        <w:keepLines/>
        <w:spacing w:after="20" w:line="259" w:lineRule="auto"/>
      </w:pPr>
      <w:r>
        <w:rPr>
          <w:b/>
          <w:sz w:val="23"/>
        </w:rPr>
        <w:t xml:space="preserve">C. </w:t>
      </w:r>
      <w:r>
        <w:rPr>
          <w:sz w:val="23"/>
        </w:rPr>
        <w:t>16 cm/s.</w:t>
      </w:r>
    </w:p>
    <w:p w14:paraId="4B7D1537" w14:textId="77777777" w:rsidR="000D400E" w:rsidRDefault="00000000">
      <w:pPr>
        <w:keepLines/>
        <w:spacing w:after="20" w:line="259" w:lineRule="auto"/>
      </w:pPr>
      <w:r>
        <w:rPr>
          <w:b/>
          <w:sz w:val="23"/>
        </w:rPr>
        <w:t xml:space="preserve">D. </w:t>
      </w:r>
      <w:r>
        <w:rPr>
          <w:sz w:val="23"/>
        </w:rPr>
        <w:t>20 cm/s.</w:t>
      </w:r>
    </w:p>
    <w:p w14:paraId="18A3B021" w14:textId="77777777" w:rsidR="000D400E" w:rsidRDefault="00000000">
      <w:pPr>
        <w:spacing w:after="40" w:line="259" w:lineRule="auto"/>
      </w:pPr>
      <w:r>
        <w:rPr>
          <w:b/>
          <w:color w:val="C00000"/>
          <w:sz w:val="23"/>
        </w:rPr>
        <w:t xml:space="preserve">Đáp án: </w:t>
      </w:r>
      <w:r>
        <w:rPr>
          <w:b/>
          <w:sz w:val="23"/>
        </w:rPr>
        <w:t>C</w:t>
      </w:r>
    </w:p>
    <w:p w14:paraId="5AA8B0F6" w14:textId="77777777" w:rsidR="000D400E" w:rsidRDefault="00000000">
      <w:pPr>
        <w:spacing w:after="40" w:line="259" w:lineRule="auto"/>
      </w:pPr>
      <w:r>
        <w:rPr>
          <w:b/>
          <w:sz w:val="23"/>
        </w:rPr>
        <w:t xml:space="preserve">Hướng dẫn: </w:t>
      </w:r>
      <w:r>
        <w:rPr>
          <w:sz w:val="23"/>
        </w:rPr>
        <w:t xml:space="preserve">Từ các giao điểm của elip với hai trục đọc được </w:t>
      </w:r>
      <m:oMath>
        <m:r>
          <m:rPr>
            <m:sty m:val="p"/>
          </m:rPr>
          <w:rPr>
            <w:rFonts w:ascii="Cambria Math" w:hAnsi="Cambria Math"/>
          </w:rPr>
          <m:t>A = 5 cm</m:t>
        </m:r>
      </m:oMath>
      <w:r>
        <w:rPr>
          <w:sz w:val="23"/>
        </w:rPr>
        <w:t xml:space="preserve"> và </w:t>
      </w:r>
      <m:oMath>
        <m:r>
          <m:rPr>
            <m:sty m:val="p"/>
          </m:rPr>
          <w:rPr>
            <w:rFonts w:ascii="Cambria Math" w:hAnsi="Cambria Math"/>
          </w:rPr>
          <m:t>vₘₐₓ = 20 cm/s</m:t>
        </m:r>
      </m:oMath>
      <w:r>
        <w:rPr>
          <w:sz w:val="23"/>
        </w:rPr>
        <w:t xml:space="preserve">. Hệ thức độc lập thời gian: </w:t>
      </w:r>
      <m:oMath>
        <m:r>
          <m:rPr>
            <m:sty m:val="p"/>
          </m:rPr>
          <w:rPr>
            <w:rFonts w:ascii="Cambria Math" w:hAnsi="Cambria Math"/>
          </w:rPr>
          <m:t>x²/A² + v²/vₘₐₓ² = 1</m:t>
        </m:r>
      </m:oMath>
      <w:r>
        <w:rPr>
          <w:sz w:val="23"/>
        </w:rPr>
        <w:t xml:space="preserve">. Với </w:t>
      </w:r>
      <m:oMath>
        <m:r>
          <m:rPr>
            <m:sty m:val="p"/>
          </m:rPr>
          <w:rPr>
            <w:rFonts w:ascii="Cambria Math" w:hAnsi="Cambria Math"/>
          </w:rPr>
          <m:t>x = 3 cm</m:t>
        </m:r>
      </m:oMath>
      <w:r>
        <w:rPr>
          <w:sz w:val="23"/>
        </w:rPr>
        <w:t xml:space="preserve">: </w:t>
      </w:r>
      <m:oMath>
        <m:r>
          <m:rPr>
            <m:sty m:val="p"/>
          </m:rPr>
          <w:rPr>
            <w:rFonts w:ascii="Cambria Math" w:hAnsi="Cambria Math"/>
          </w:rPr>
          <m:t>|v| = 20√(1 - 3²/5²) = 16 cm/s</m:t>
        </m:r>
      </m:oMath>
      <w:r>
        <w:rPr>
          <w:sz w:val="23"/>
        </w:rPr>
        <w:t>.</w:t>
      </w:r>
    </w:p>
    <w:p w14:paraId="1499B871" w14:textId="77777777" w:rsidR="000D400E" w:rsidRDefault="00000000">
      <w:pPr>
        <w:keepNext/>
        <w:spacing w:after="60" w:line="259" w:lineRule="auto"/>
      </w:pPr>
      <w:r>
        <w:rPr>
          <w:b/>
          <w:sz w:val="23"/>
        </w:rPr>
        <w:t xml:space="preserve">Câu 13. </w:t>
      </w:r>
      <w:r>
        <w:rPr>
          <w:sz w:val="23"/>
        </w:rPr>
        <w:t>Một vật dao động điều hòa có tần số góc 3 rad/s. Khi vật có li độ -2 cm, gia tốc của vật bằng</w:t>
      </w:r>
    </w:p>
    <w:p w14:paraId="6845902E" w14:textId="77777777" w:rsidR="000D400E" w:rsidRDefault="00000000">
      <w:pPr>
        <w:keepLines/>
        <w:spacing w:after="20" w:line="259" w:lineRule="auto"/>
      </w:pPr>
      <w:r>
        <w:rPr>
          <w:b/>
          <w:sz w:val="23"/>
        </w:rPr>
        <w:t xml:space="preserve">A. </w:t>
      </w:r>
      <w:r>
        <w:rPr>
          <w:sz w:val="23"/>
        </w:rPr>
        <w:t>-18 cm/s².</w:t>
      </w:r>
    </w:p>
    <w:p w14:paraId="4FB91957" w14:textId="77777777" w:rsidR="000D400E" w:rsidRDefault="00000000">
      <w:pPr>
        <w:keepLines/>
        <w:spacing w:after="20" w:line="259" w:lineRule="auto"/>
      </w:pPr>
      <w:r>
        <w:rPr>
          <w:b/>
          <w:sz w:val="23"/>
        </w:rPr>
        <w:t xml:space="preserve">B. </w:t>
      </w:r>
      <w:r>
        <w:rPr>
          <w:sz w:val="23"/>
        </w:rPr>
        <w:t>-6 cm/s².</w:t>
      </w:r>
    </w:p>
    <w:p w14:paraId="0B0DF646" w14:textId="77777777" w:rsidR="000D400E" w:rsidRDefault="00000000">
      <w:pPr>
        <w:keepLines/>
        <w:spacing w:after="20" w:line="259" w:lineRule="auto"/>
      </w:pPr>
      <w:r>
        <w:rPr>
          <w:b/>
          <w:sz w:val="23"/>
        </w:rPr>
        <w:lastRenderedPageBreak/>
        <w:t xml:space="preserve">C. </w:t>
      </w:r>
      <w:r>
        <w:rPr>
          <w:sz w:val="23"/>
        </w:rPr>
        <w:t>6 cm/s².</w:t>
      </w:r>
    </w:p>
    <w:p w14:paraId="31ADA2D6" w14:textId="77777777" w:rsidR="000D400E" w:rsidRDefault="00000000">
      <w:pPr>
        <w:keepLines/>
        <w:spacing w:after="20" w:line="259" w:lineRule="auto"/>
      </w:pPr>
      <w:r>
        <w:rPr>
          <w:b/>
          <w:sz w:val="23"/>
        </w:rPr>
        <w:t xml:space="preserve">D. </w:t>
      </w:r>
      <w:r>
        <w:rPr>
          <w:sz w:val="23"/>
        </w:rPr>
        <w:t>18 cm/s².</w:t>
      </w:r>
    </w:p>
    <w:p w14:paraId="6D4CC98D" w14:textId="77777777" w:rsidR="000D400E" w:rsidRDefault="00000000">
      <w:pPr>
        <w:spacing w:after="40" w:line="259" w:lineRule="auto"/>
      </w:pPr>
      <w:r>
        <w:rPr>
          <w:b/>
          <w:color w:val="C00000"/>
          <w:sz w:val="23"/>
        </w:rPr>
        <w:t xml:space="preserve">Đáp án: </w:t>
      </w:r>
      <w:r>
        <w:rPr>
          <w:b/>
          <w:sz w:val="23"/>
        </w:rPr>
        <w:t>D</w:t>
      </w:r>
    </w:p>
    <w:p w14:paraId="35DD0FF3" w14:textId="77777777" w:rsidR="000D400E" w:rsidRDefault="00000000">
      <w:pPr>
        <w:spacing w:after="40" w:line="259" w:lineRule="auto"/>
      </w:pPr>
      <w:r>
        <w:rPr>
          <w:b/>
          <w:sz w:val="23"/>
        </w:rPr>
        <w:t xml:space="preserve">Hướng dẫn: </w:t>
      </w:r>
      <w:r>
        <w:rPr>
          <w:sz w:val="23"/>
        </w:rPr>
        <w:t xml:space="preserve">Dùng hệ thức </w:t>
      </w:r>
      <m:oMath>
        <m:r>
          <m:rPr>
            <m:sty m:val="p"/>
          </m:rPr>
          <w:rPr>
            <w:rFonts w:ascii="Cambria Math" w:hAnsi="Cambria Math"/>
          </w:rPr>
          <m:t>a = -ω²x</m:t>
        </m:r>
      </m:oMath>
      <w:r>
        <w:rPr>
          <w:sz w:val="23"/>
        </w:rPr>
        <w:t xml:space="preserve">: </w:t>
      </w:r>
      <m:oMath>
        <m:r>
          <m:rPr>
            <m:sty m:val="p"/>
          </m:rPr>
          <w:rPr>
            <w:rFonts w:ascii="Cambria Math" w:hAnsi="Cambria Math"/>
          </w:rPr>
          <m:t>a = -3²·(-2) = 18 cm/s²</m:t>
        </m:r>
      </m:oMath>
      <w:r>
        <w:rPr>
          <w:sz w:val="23"/>
        </w:rPr>
        <w:t>.</w:t>
      </w:r>
    </w:p>
    <w:p w14:paraId="7CB99C24" w14:textId="77777777" w:rsidR="000D400E" w:rsidRDefault="00000000">
      <w:pPr>
        <w:keepNext/>
        <w:spacing w:after="60" w:line="259" w:lineRule="auto"/>
      </w:pPr>
      <w:r>
        <w:rPr>
          <w:b/>
          <w:sz w:val="23"/>
        </w:rPr>
        <w:t xml:space="preserve">Câu 14. </w:t>
      </w:r>
      <w:r>
        <w:rPr>
          <w:sz w:val="23"/>
        </w:rPr>
        <w:t>Tại vị trí biên của dao động điều hòa lí tưởng, đại lượng bằng 0 là</w:t>
      </w:r>
    </w:p>
    <w:p w14:paraId="77A7FA20" w14:textId="77777777" w:rsidR="000D400E" w:rsidRDefault="00000000">
      <w:pPr>
        <w:keepLines/>
        <w:spacing w:after="20" w:line="259" w:lineRule="auto"/>
      </w:pPr>
      <w:r>
        <w:rPr>
          <w:b/>
          <w:sz w:val="23"/>
        </w:rPr>
        <w:t xml:space="preserve">A. </w:t>
      </w:r>
      <w:r>
        <w:rPr>
          <w:sz w:val="23"/>
        </w:rPr>
        <w:t>động năng.</w:t>
      </w:r>
    </w:p>
    <w:p w14:paraId="023390F2" w14:textId="77777777" w:rsidR="000D400E" w:rsidRDefault="00000000">
      <w:pPr>
        <w:keepLines/>
        <w:spacing w:after="20" w:line="259" w:lineRule="auto"/>
      </w:pPr>
      <w:r>
        <w:rPr>
          <w:b/>
          <w:sz w:val="23"/>
        </w:rPr>
        <w:t xml:space="preserve">B. </w:t>
      </w:r>
      <w:r>
        <w:rPr>
          <w:sz w:val="23"/>
        </w:rPr>
        <w:t>thế năng.</w:t>
      </w:r>
    </w:p>
    <w:p w14:paraId="0F4C3602" w14:textId="77777777" w:rsidR="000D400E" w:rsidRDefault="00000000">
      <w:pPr>
        <w:keepLines/>
        <w:spacing w:after="20" w:line="259" w:lineRule="auto"/>
      </w:pPr>
      <w:r>
        <w:rPr>
          <w:b/>
          <w:sz w:val="23"/>
        </w:rPr>
        <w:t xml:space="preserve">C. </w:t>
      </w:r>
      <w:r>
        <w:rPr>
          <w:sz w:val="23"/>
        </w:rPr>
        <w:t>cơ năng.</w:t>
      </w:r>
    </w:p>
    <w:p w14:paraId="79C0B701" w14:textId="77777777" w:rsidR="000D400E" w:rsidRDefault="00000000">
      <w:pPr>
        <w:keepLines/>
        <w:spacing w:after="20" w:line="259" w:lineRule="auto"/>
      </w:pPr>
      <w:r>
        <w:rPr>
          <w:b/>
          <w:sz w:val="23"/>
        </w:rPr>
        <w:t xml:space="preserve">D. </w:t>
      </w:r>
      <w:r>
        <w:rPr>
          <w:sz w:val="23"/>
        </w:rPr>
        <w:t>gia tốc.</w:t>
      </w:r>
    </w:p>
    <w:p w14:paraId="71398EC2" w14:textId="77777777" w:rsidR="000D400E" w:rsidRDefault="00000000">
      <w:pPr>
        <w:spacing w:after="40" w:line="259" w:lineRule="auto"/>
      </w:pPr>
      <w:r>
        <w:rPr>
          <w:b/>
          <w:color w:val="C00000"/>
          <w:sz w:val="23"/>
        </w:rPr>
        <w:t xml:space="preserve">Đáp án: </w:t>
      </w:r>
      <w:r>
        <w:rPr>
          <w:b/>
          <w:sz w:val="23"/>
        </w:rPr>
        <w:t>A</w:t>
      </w:r>
    </w:p>
    <w:p w14:paraId="482689CF" w14:textId="77777777" w:rsidR="000D400E" w:rsidRDefault="00000000">
      <w:pPr>
        <w:spacing w:after="40" w:line="259" w:lineRule="auto"/>
      </w:pPr>
      <w:r>
        <w:rPr>
          <w:b/>
          <w:sz w:val="23"/>
        </w:rPr>
        <w:t xml:space="preserve">Hướng dẫn: </w:t>
      </w:r>
      <w:r>
        <w:rPr>
          <w:sz w:val="23"/>
        </w:rPr>
        <w:t xml:space="preserve">Ở vị trí biên, vật đổi chiều nên vận tốc tức thời bằng 0. Do đó động năng </w:t>
      </w:r>
      <m:oMath>
        <m:r>
          <m:rPr>
            <m:sty m:val="p"/>
          </m:rPr>
          <w:rPr>
            <w:rFonts w:ascii="Cambria Math" w:hAnsi="Cambria Math"/>
          </w:rPr>
          <m:t>K = mv²/2 = 0</m:t>
        </m:r>
      </m:oMath>
      <w:r>
        <w:rPr>
          <w:sz w:val="23"/>
        </w:rPr>
        <w:t>; thế năng và độ lớn gia tốc đạt cực đại.</w:t>
      </w:r>
    </w:p>
    <w:p w14:paraId="0981A23E" w14:textId="77777777" w:rsidR="000D400E" w:rsidRDefault="00000000">
      <w:pPr>
        <w:keepNext/>
        <w:spacing w:after="60" w:line="259" w:lineRule="auto"/>
      </w:pPr>
      <w:r>
        <w:rPr>
          <w:b/>
          <w:sz w:val="23"/>
        </w:rPr>
        <w:t xml:space="preserve">Câu 15. </w:t>
      </w:r>
      <w:r>
        <w:rPr>
          <w:sz w:val="23"/>
        </w:rPr>
        <w:t>Trong dao động điều hòa lí tưởng, khi vật chuyển động từ vị trí cân bằng đến vị trí biên thì</w:t>
      </w:r>
    </w:p>
    <w:p w14:paraId="4D39E868" w14:textId="77777777" w:rsidR="000D400E" w:rsidRDefault="00000000">
      <w:pPr>
        <w:keepLines/>
        <w:spacing w:after="20" w:line="259" w:lineRule="auto"/>
      </w:pPr>
      <w:r>
        <w:rPr>
          <w:b/>
          <w:sz w:val="23"/>
        </w:rPr>
        <w:t xml:space="preserve">A. </w:t>
      </w:r>
      <w:r>
        <w:rPr>
          <w:sz w:val="23"/>
        </w:rPr>
        <w:t>động năng tăng, thế năng giảm.</w:t>
      </w:r>
    </w:p>
    <w:p w14:paraId="4195CD5A" w14:textId="77777777" w:rsidR="000D400E" w:rsidRDefault="00000000">
      <w:pPr>
        <w:keepLines/>
        <w:spacing w:after="20" w:line="259" w:lineRule="auto"/>
      </w:pPr>
      <w:r>
        <w:rPr>
          <w:b/>
          <w:sz w:val="23"/>
        </w:rPr>
        <w:t xml:space="preserve">B. </w:t>
      </w:r>
      <w:r>
        <w:rPr>
          <w:sz w:val="23"/>
        </w:rPr>
        <w:t>động năng giảm, thế năng tăng.</w:t>
      </w:r>
    </w:p>
    <w:p w14:paraId="2AF3BAEE" w14:textId="77777777" w:rsidR="000D400E" w:rsidRDefault="00000000">
      <w:pPr>
        <w:keepLines/>
        <w:spacing w:after="20" w:line="259" w:lineRule="auto"/>
      </w:pPr>
      <w:r>
        <w:rPr>
          <w:b/>
          <w:sz w:val="23"/>
        </w:rPr>
        <w:t xml:space="preserve">C. </w:t>
      </w:r>
      <w:r>
        <w:rPr>
          <w:sz w:val="23"/>
        </w:rPr>
        <w:t>động năng và thế năng cùng tăng.</w:t>
      </w:r>
    </w:p>
    <w:p w14:paraId="63571001" w14:textId="77777777" w:rsidR="000D400E" w:rsidRDefault="00000000">
      <w:pPr>
        <w:keepLines/>
        <w:spacing w:after="20" w:line="259" w:lineRule="auto"/>
      </w:pPr>
      <w:r>
        <w:rPr>
          <w:b/>
          <w:sz w:val="23"/>
        </w:rPr>
        <w:t xml:space="preserve">D. </w:t>
      </w:r>
      <w:r>
        <w:rPr>
          <w:sz w:val="23"/>
        </w:rPr>
        <w:t>động năng và thế năng cùng giảm.</w:t>
      </w:r>
    </w:p>
    <w:p w14:paraId="1E0DE483" w14:textId="77777777" w:rsidR="000D400E" w:rsidRDefault="00000000">
      <w:pPr>
        <w:spacing w:after="40" w:line="259" w:lineRule="auto"/>
      </w:pPr>
      <w:r>
        <w:rPr>
          <w:b/>
          <w:color w:val="C00000"/>
          <w:sz w:val="23"/>
        </w:rPr>
        <w:t xml:space="preserve">Đáp án: </w:t>
      </w:r>
      <w:r>
        <w:rPr>
          <w:b/>
          <w:sz w:val="23"/>
        </w:rPr>
        <w:t>B</w:t>
      </w:r>
    </w:p>
    <w:p w14:paraId="16042985" w14:textId="77777777" w:rsidR="000D400E" w:rsidRDefault="00000000">
      <w:pPr>
        <w:spacing w:after="40" w:line="259" w:lineRule="auto"/>
      </w:pPr>
      <w:r>
        <w:rPr>
          <w:b/>
          <w:sz w:val="23"/>
        </w:rPr>
        <w:t xml:space="preserve">Hướng dẫn: </w:t>
      </w:r>
      <w:r>
        <w:rPr>
          <w:sz w:val="23"/>
        </w:rPr>
        <w:t>Từ vị trí cân bằng đến vị trí biên, tốc độ giảm từ cực đại về 0 nên động năng giảm. Cơ năng bảo toàn nên thế năng tăng tương ứng.</w:t>
      </w:r>
    </w:p>
    <w:p w14:paraId="38B98213" w14:textId="77777777" w:rsidR="000D400E" w:rsidRDefault="00000000">
      <w:pPr>
        <w:keepNext/>
        <w:spacing w:after="60" w:line="259" w:lineRule="auto"/>
      </w:pPr>
      <w:r>
        <w:rPr>
          <w:b/>
          <w:sz w:val="23"/>
        </w:rPr>
        <w:t xml:space="preserve">Câu 16. </w:t>
      </w:r>
      <w:r>
        <w:rPr>
          <w:sz w:val="23"/>
        </w:rPr>
        <w:t>Đồ thị thế năng U theo li độ x và đường cơ năng W được cho như hình. Khi x = 3 cm, động năng của vật bằng</w:t>
      </w:r>
    </w:p>
    <w:p w14:paraId="3FBFD391" w14:textId="77777777" w:rsidR="000D400E" w:rsidRDefault="00000000">
      <w:pPr>
        <w:keepNext/>
        <w:spacing w:after="40"/>
        <w:jc w:val="center"/>
      </w:pPr>
      <w:r>
        <w:rPr>
          <w:noProof/>
        </w:rPr>
        <w:drawing>
          <wp:inline distT="0" distB="0" distL="0" distR="0" wp14:anchorId="58015430" wp14:editId="460797AB">
            <wp:extent cx="3240000" cy="13066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energy_x.png"/>
                    <pic:cNvPicPr/>
                  </pic:nvPicPr>
                  <pic:blipFill>
                    <a:blip r:embed="rId9"/>
                    <a:stretch>
                      <a:fillRect/>
                    </a:stretch>
                  </pic:blipFill>
                  <pic:spPr>
                    <a:xfrm>
                      <a:off x="0" y="0"/>
                      <a:ext cx="3240000" cy="1306698"/>
                    </a:xfrm>
                    <a:prstGeom prst="rect">
                      <a:avLst/>
                    </a:prstGeom>
                  </pic:spPr>
                </pic:pic>
              </a:graphicData>
            </a:graphic>
          </wp:inline>
        </w:drawing>
      </w:r>
    </w:p>
    <w:p w14:paraId="3D243226" w14:textId="77777777" w:rsidR="000D400E" w:rsidRDefault="00000000">
      <w:pPr>
        <w:keepLines/>
        <w:spacing w:after="20" w:line="259" w:lineRule="auto"/>
      </w:pPr>
      <w:r>
        <w:rPr>
          <w:b/>
          <w:sz w:val="23"/>
        </w:rPr>
        <w:t xml:space="preserve">A. </w:t>
      </w:r>
      <w:r>
        <w:rPr>
          <w:sz w:val="23"/>
        </w:rPr>
        <w:t>3 mJ.</w:t>
      </w:r>
    </w:p>
    <w:p w14:paraId="30A4B8CB" w14:textId="77777777" w:rsidR="000D400E" w:rsidRDefault="00000000">
      <w:pPr>
        <w:keepLines/>
        <w:spacing w:after="20" w:line="259" w:lineRule="auto"/>
      </w:pPr>
      <w:r>
        <w:rPr>
          <w:b/>
          <w:sz w:val="23"/>
        </w:rPr>
        <w:t xml:space="preserve">B. </w:t>
      </w:r>
      <w:r>
        <w:rPr>
          <w:sz w:val="23"/>
        </w:rPr>
        <w:t>6 mJ.</w:t>
      </w:r>
    </w:p>
    <w:p w14:paraId="3A52072F" w14:textId="77777777" w:rsidR="000D400E" w:rsidRDefault="00000000">
      <w:pPr>
        <w:keepLines/>
        <w:spacing w:after="20" w:line="259" w:lineRule="auto"/>
      </w:pPr>
      <w:r>
        <w:rPr>
          <w:b/>
          <w:sz w:val="23"/>
        </w:rPr>
        <w:t xml:space="preserve">C. </w:t>
      </w:r>
      <w:r>
        <w:rPr>
          <w:sz w:val="23"/>
        </w:rPr>
        <w:t>9 mJ.</w:t>
      </w:r>
    </w:p>
    <w:p w14:paraId="77EA5BD4" w14:textId="77777777" w:rsidR="000D400E" w:rsidRDefault="00000000">
      <w:pPr>
        <w:keepLines/>
        <w:spacing w:after="20" w:line="259" w:lineRule="auto"/>
      </w:pPr>
      <w:r>
        <w:rPr>
          <w:b/>
          <w:sz w:val="23"/>
        </w:rPr>
        <w:t xml:space="preserve">D. </w:t>
      </w:r>
      <w:r>
        <w:rPr>
          <w:sz w:val="23"/>
        </w:rPr>
        <w:t>12 mJ.</w:t>
      </w:r>
    </w:p>
    <w:p w14:paraId="74D1D856" w14:textId="77777777" w:rsidR="000D400E" w:rsidRDefault="00000000">
      <w:pPr>
        <w:spacing w:after="40" w:line="259" w:lineRule="auto"/>
      </w:pPr>
      <w:r>
        <w:rPr>
          <w:b/>
          <w:color w:val="C00000"/>
          <w:sz w:val="23"/>
        </w:rPr>
        <w:t xml:space="preserve">Đáp án: </w:t>
      </w:r>
      <w:r>
        <w:rPr>
          <w:b/>
          <w:sz w:val="23"/>
        </w:rPr>
        <w:t>C</w:t>
      </w:r>
    </w:p>
    <w:p w14:paraId="3165530E" w14:textId="77777777" w:rsidR="000D400E" w:rsidRDefault="00000000">
      <w:pPr>
        <w:spacing w:after="40" w:line="259" w:lineRule="auto"/>
      </w:pPr>
      <w:r>
        <w:rPr>
          <w:b/>
          <w:sz w:val="23"/>
        </w:rPr>
        <w:t xml:space="preserve">Hướng dẫn: </w:t>
      </w:r>
      <w:r>
        <w:rPr>
          <w:sz w:val="23"/>
        </w:rPr>
        <w:t xml:space="preserve">Từ đồ thị đọc được cơ năng </w:t>
      </w:r>
      <m:oMath>
        <m:r>
          <m:rPr>
            <m:sty m:val="p"/>
          </m:rPr>
          <w:rPr>
            <w:rFonts w:ascii="Cambria Math" w:hAnsi="Cambria Math"/>
          </w:rPr>
          <m:t>W = 12 mJ</m:t>
        </m:r>
      </m:oMath>
      <w:r>
        <w:rPr>
          <w:sz w:val="23"/>
        </w:rPr>
        <w:t xml:space="preserve"> và tại </w:t>
      </w:r>
      <m:oMath>
        <m:r>
          <m:rPr>
            <m:sty m:val="p"/>
          </m:rPr>
          <w:rPr>
            <w:rFonts w:ascii="Cambria Math" w:hAnsi="Cambria Math"/>
          </w:rPr>
          <m:t>x = 3 cm</m:t>
        </m:r>
      </m:oMath>
      <w:r>
        <w:rPr>
          <w:sz w:val="23"/>
        </w:rPr>
        <w:t xml:space="preserve"> có thế năng </w:t>
      </w:r>
      <m:oMath>
        <m:r>
          <m:rPr>
            <m:sty m:val="p"/>
          </m:rPr>
          <w:rPr>
            <w:rFonts w:ascii="Cambria Math" w:hAnsi="Cambria Math"/>
          </w:rPr>
          <m:t>U = 3 mJ</m:t>
        </m:r>
      </m:oMath>
      <w:r>
        <w:rPr>
          <w:sz w:val="23"/>
        </w:rPr>
        <w:t xml:space="preserve">. Theo </w:t>
      </w:r>
      <m:oMath>
        <m:r>
          <m:rPr>
            <m:sty m:val="p"/>
          </m:rPr>
          <w:rPr>
            <w:rFonts w:ascii="Cambria Math" w:hAnsi="Cambria Math"/>
          </w:rPr>
          <m:t>W = K + U</m:t>
        </m:r>
      </m:oMath>
      <w:r>
        <w:rPr>
          <w:sz w:val="23"/>
        </w:rPr>
        <w:t xml:space="preserve">, suy ra </w:t>
      </w:r>
      <m:oMath>
        <m:r>
          <m:rPr>
            <m:sty m:val="p"/>
          </m:rPr>
          <w:rPr>
            <w:rFonts w:ascii="Cambria Math" w:hAnsi="Cambria Math"/>
          </w:rPr>
          <m:t>K = W - U = 12 - 3 = 9 mJ</m:t>
        </m:r>
      </m:oMath>
      <w:r>
        <w:rPr>
          <w:sz w:val="23"/>
        </w:rPr>
        <w:t>.</w:t>
      </w:r>
    </w:p>
    <w:p w14:paraId="173004A6" w14:textId="77777777" w:rsidR="000D400E" w:rsidRDefault="00000000">
      <w:pPr>
        <w:keepNext/>
        <w:spacing w:after="60" w:line="259" w:lineRule="auto"/>
      </w:pPr>
      <w:r>
        <w:rPr>
          <w:b/>
          <w:sz w:val="23"/>
        </w:rPr>
        <w:t xml:space="preserve">Câu 17. </w:t>
      </w:r>
      <w:r>
        <w:rPr>
          <w:sz w:val="23"/>
        </w:rPr>
        <w:t>Một chiếc xích đu được đẩy nhẹ tuần hoàn rồi dao động theo tần số của lực đẩy là ví dụ về</w:t>
      </w:r>
    </w:p>
    <w:p w14:paraId="282F0F80" w14:textId="77777777" w:rsidR="000D400E" w:rsidRDefault="00000000">
      <w:pPr>
        <w:keepLines/>
        <w:spacing w:after="20" w:line="259" w:lineRule="auto"/>
      </w:pPr>
      <w:r>
        <w:rPr>
          <w:b/>
          <w:sz w:val="23"/>
        </w:rPr>
        <w:t xml:space="preserve">A. </w:t>
      </w:r>
      <w:r>
        <w:rPr>
          <w:sz w:val="23"/>
        </w:rPr>
        <w:t>dao động tắt dần.</w:t>
      </w:r>
    </w:p>
    <w:p w14:paraId="30726802" w14:textId="77777777" w:rsidR="000D400E" w:rsidRDefault="00000000">
      <w:pPr>
        <w:keepLines/>
        <w:spacing w:after="20" w:line="259" w:lineRule="auto"/>
      </w:pPr>
      <w:r>
        <w:rPr>
          <w:b/>
          <w:sz w:val="23"/>
        </w:rPr>
        <w:t xml:space="preserve">B. </w:t>
      </w:r>
      <w:r>
        <w:rPr>
          <w:sz w:val="23"/>
        </w:rPr>
        <w:t>dao động cưỡng bức.</w:t>
      </w:r>
    </w:p>
    <w:p w14:paraId="300CEBA5" w14:textId="77777777" w:rsidR="000D400E" w:rsidRDefault="00000000">
      <w:pPr>
        <w:keepLines/>
        <w:spacing w:after="20" w:line="259" w:lineRule="auto"/>
      </w:pPr>
      <w:r>
        <w:rPr>
          <w:b/>
          <w:sz w:val="23"/>
        </w:rPr>
        <w:t xml:space="preserve">C. </w:t>
      </w:r>
      <w:r>
        <w:rPr>
          <w:sz w:val="23"/>
        </w:rPr>
        <w:t>dao động tự do.</w:t>
      </w:r>
    </w:p>
    <w:p w14:paraId="7AB8E763" w14:textId="77777777" w:rsidR="000D400E" w:rsidRDefault="00000000">
      <w:pPr>
        <w:keepLines/>
        <w:spacing w:after="20" w:line="259" w:lineRule="auto"/>
      </w:pPr>
      <w:r>
        <w:rPr>
          <w:b/>
          <w:sz w:val="23"/>
        </w:rPr>
        <w:t xml:space="preserve">D. </w:t>
      </w:r>
      <w:r>
        <w:rPr>
          <w:sz w:val="23"/>
        </w:rPr>
        <w:t>dao động duy trì.</w:t>
      </w:r>
    </w:p>
    <w:p w14:paraId="2291C7FD" w14:textId="77777777" w:rsidR="000D400E" w:rsidRDefault="00000000">
      <w:pPr>
        <w:spacing w:after="40" w:line="259" w:lineRule="auto"/>
      </w:pPr>
      <w:r>
        <w:rPr>
          <w:b/>
          <w:color w:val="C00000"/>
          <w:sz w:val="23"/>
        </w:rPr>
        <w:t xml:space="preserve">Đáp án: </w:t>
      </w:r>
      <w:r>
        <w:rPr>
          <w:b/>
          <w:sz w:val="23"/>
        </w:rPr>
        <w:t>B</w:t>
      </w:r>
    </w:p>
    <w:p w14:paraId="4DB1F4AC" w14:textId="77777777" w:rsidR="000D400E" w:rsidRDefault="00000000">
      <w:pPr>
        <w:spacing w:after="40" w:line="259" w:lineRule="auto"/>
      </w:pPr>
      <w:r>
        <w:rPr>
          <w:b/>
          <w:sz w:val="23"/>
        </w:rPr>
        <w:t xml:space="preserve">Hướng dẫn: </w:t>
      </w:r>
      <w:r>
        <w:rPr>
          <w:sz w:val="23"/>
        </w:rPr>
        <w:t>Xích đu chịu một ngoại lực tuần hoàn và sau giai đoạn chuyển tiếp dao động theo tần số của ngoại lực. Đây là dao động cưỡng bức.</w:t>
      </w:r>
    </w:p>
    <w:p w14:paraId="3F045A6D" w14:textId="77777777" w:rsidR="000D400E" w:rsidRDefault="00000000">
      <w:pPr>
        <w:keepNext/>
        <w:spacing w:after="60" w:line="259" w:lineRule="auto"/>
      </w:pPr>
      <w:r>
        <w:rPr>
          <w:b/>
          <w:sz w:val="23"/>
        </w:rPr>
        <w:t xml:space="preserve">Câu 18. </w:t>
      </w:r>
      <w:r>
        <w:rPr>
          <w:sz w:val="23"/>
        </w:rPr>
        <w:t>Một âm thanh đủ mạnh có tần số gần bằng tần số riêng của chiếc cốc làm cốc rung mạnh và có thể vỡ. Đây là tác hại của</w:t>
      </w:r>
    </w:p>
    <w:p w14:paraId="250DEFAD" w14:textId="77777777" w:rsidR="000D400E" w:rsidRDefault="00000000">
      <w:pPr>
        <w:keepLines/>
        <w:spacing w:after="20" w:line="259" w:lineRule="auto"/>
      </w:pPr>
      <w:r>
        <w:rPr>
          <w:b/>
          <w:sz w:val="23"/>
        </w:rPr>
        <w:t xml:space="preserve">A. </w:t>
      </w:r>
      <w:r>
        <w:rPr>
          <w:sz w:val="23"/>
        </w:rPr>
        <w:t>cộng hưởng.</w:t>
      </w:r>
    </w:p>
    <w:p w14:paraId="22B07ECA" w14:textId="77777777" w:rsidR="000D400E" w:rsidRDefault="00000000">
      <w:pPr>
        <w:keepLines/>
        <w:spacing w:after="20" w:line="259" w:lineRule="auto"/>
      </w:pPr>
      <w:r>
        <w:rPr>
          <w:b/>
          <w:sz w:val="23"/>
        </w:rPr>
        <w:t xml:space="preserve">B. </w:t>
      </w:r>
      <w:r>
        <w:rPr>
          <w:sz w:val="23"/>
        </w:rPr>
        <w:t>dao động tắt dần.</w:t>
      </w:r>
    </w:p>
    <w:p w14:paraId="67FCD509" w14:textId="77777777" w:rsidR="000D400E" w:rsidRDefault="00000000">
      <w:pPr>
        <w:keepLines/>
        <w:spacing w:after="20" w:line="259" w:lineRule="auto"/>
      </w:pPr>
      <w:r>
        <w:rPr>
          <w:b/>
          <w:sz w:val="23"/>
        </w:rPr>
        <w:lastRenderedPageBreak/>
        <w:t xml:space="preserve">C. </w:t>
      </w:r>
      <w:r>
        <w:rPr>
          <w:sz w:val="23"/>
        </w:rPr>
        <w:t>dao động tự do.</w:t>
      </w:r>
    </w:p>
    <w:p w14:paraId="6985A950" w14:textId="77777777" w:rsidR="000D400E" w:rsidRDefault="00000000">
      <w:pPr>
        <w:keepLines/>
        <w:spacing w:after="20" w:line="259" w:lineRule="auto"/>
      </w:pPr>
      <w:r>
        <w:rPr>
          <w:b/>
          <w:sz w:val="23"/>
        </w:rPr>
        <w:t xml:space="preserve">D. </w:t>
      </w:r>
      <w:r>
        <w:rPr>
          <w:sz w:val="23"/>
        </w:rPr>
        <w:t>quán tính.</w:t>
      </w:r>
    </w:p>
    <w:p w14:paraId="47BD433F" w14:textId="77777777" w:rsidR="000D400E" w:rsidRDefault="00000000">
      <w:pPr>
        <w:spacing w:after="40" w:line="259" w:lineRule="auto"/>
      </w:pPr>
      <w:r>
        <w:rPr>
          <w:b/>
          <w:color w:val="C00000"/>
          <w:sz w:val="23"/>
        </w:rPr>
        <w:t xml:space="preserve">Đáp án: </w:t>
      </w:r>
      <w:r>
        <w:rPr>
          <w:b/>
          <w:sz w:val="23"/>
        </w:rPr>
        <w:t>A</w:t>
      </w:r>
    </w:p>
    <w:p w14:paraId="42C991EB" w14:textId="77777777" w:rsidR="000D400E" w:rsidRDefault="00000000">
      <w:pPr>
        <w:spacing w:after="40" w:line="259" w:lineRule="auto"/>
      </w:pPr>
      <w:r>
        <w:rPr>
          <w:b/>
          <w:sz w:val="23"/>
        </w:rPr>
        <w:t xml:space="preserve">Hướng dẫn: </w:t>
      </w:r>
      <w:r>
        <w:rPr>
          <w:sz w:val="23"/>
        </w:rPr>
        <w:t>Âm thanh tạo ngoại lực tuần hoàn tác dụng lên cốc. Khi tần số của ngoại lực gần bằng tần số riêng, biên độ dao động tăng mạnh: đó là hiện tượng cộng hưởng.</w:t>
      </w:r>
    </w:p>
    <w:p w14:paraId="49EFA988" w14:textId="77777777" w:rsidR="000D400E" w:rsidRPr="00A36E85" w:rsidRDefault="00000000">
      <w:pPr>
        <w:keepNext/>
        <w:spacing w:after="80" w:line="259" w:lineRule="auto"/>
        <w:rPr>
          <w:color w:val="002366"/>
        </w:rPr>
      </w:pPr>
      <w:r w:rsidRPr="00A36E85">
        <w:rPr>
          <w:b/>
          <w:color w:val="002366"/>
        </w:rPr>
        <w:t>PHẦN II. Câu trắc nghiệm đúng sai.</w:t>
      </w:r>
    </w:p>
    <w:p w14:paraId="0A4792FD" w14:textId="77777777" w:rsidR="000D400E" w:rsidRDefault="00000000">
      <w:pPr>
        <w:keepNext/>
        <w:spacing w:after="60" w:line="259" w:lineRule="auto"/>
      </w:pPr>
      <w:r>
        <w:rPr>
          <w:b/>
          <w:sz w:val="23"/>
        </w:rPr>
        <w:t xml:space="preserve">Câu 1. </w:t>
      </w:r>
      <w:r>
        <w:rPr>
          <w:sz w:val="23"/>
        </w:rPr>
        <w:t>Một vật dao động điều hòa có đồ thị li độ - thời gian như hình.</w:t>
      </w:r>
    </w:p>
    <w:p w14:paraId="76DE9972" w14:textId="77777777" w:rsidR="000D400E" w:rsidRDefault="00000000">
      <w:pPr>
        <w:keepNext/>
        <w:spacing w:after="40"/>
        <w:jc w:val="center"/>
      </w:pPr>
      <w:r>
        <w:rPr>
          <w:noProof/>
        </w:rPr>
        <w:drawing>
          <wp:inline distT="0" distB="0" distL="0" distR="0" wp14:anchorId="2C5259FB" wp14:editId="6E52CA5F">
            <wp:extent cx="2880000" cy="11071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ds_xt.png"/>
                    <pic:cNvPicPr/>
                  </pic:nvPicPr>
                  <pic:blipFill>
                    <a:blip r:embed="rId10"/>
                    <a:stretch>
                      <a:fillRect/>
                    </a:stretch>
                  </pic:blipFill>
                  <pic:spPr>
                    <a:xfrm>
                      <a:off x="0" y="0"/>
                      <a:ext cx="2880000" cy="1107170"/>
                    </a:xfrm>
                    <a:prstGeom prst="rect">
                      <a:avLst/>
                    </a:prstGeom>
                  </pic:spPr>
                </pic:pic>
              </a:graphicData>
            </a:graphic>
          </wp:inline>
        </w:drawing>
      </w:r>
    </w:p>
    <w:p w14:paraId="54B1AAB1" w14:textId="77777777" w:rsidR="000D400E" w:rsidRDefault="00000000">
      <w:pPr>
        <w:spacing w:after="20" w:line="259" w:lineRule="auto"/>
      </w:pPr>
      <w:r>
        <w:rPr>
          <w:sz w:val="23"/>
        </w:rPr>
        <w:t>a) Biên độ dao động của vật là 6 cm.</w:t>
      </w:r>
    </w:p>
    <w:p w14:paraId="3EEE20F1" w14:textId="77777777" w:rsidR="000D400E" w:rsidRDefault="00000000">
      <w:pPr>
        <w:spacing w:after="20" w:line="259" w:lineRule="auto"/>
        <w:rPr>
          <w:sz w:val="23"/>
        </w:rPr>
      </w:pPr>
      <w:r>
        <w:rPr>
          <w:sz w:val="23"/>
        </w:rPr>
        <w:t>b) Chu kì dao động của vật là 6 s.</w:t>
      </w:r>
    </w:p>
    <w:p w14:paraId="588322EF" w14:textId="415E2399" w:rsidR="00A36E85" w:rsidRDefault="00A36E85" w:rsidP="00A36E85">
      <w:pPr>
        <w:spacing w:after="20" w:line="259" w:lineRule="auto"/>
      </w:pPr>
      <w:r>
        <w:rPr>
          <w:sz w:val="23"/>
        </w:rPr>
        <w:t>c</w:t>
      </w:r>
      <w:r>
        <w:rPr>
          <w:sz w:val="23"/>
        </w:rPr>
        <w:t>) Từ t = 0 đến t = 4,5 s, vật đi được quãng đường 15 cm.</w:t>
      </w:r>
    </w:p>
    <w:p w14:paraId="507292D2" w14:textId="33B4E5F2" w:rsidR="000D400E" w:rsidRDefault="00A36E85">
      <w:pPr>
        <w:spacing w:after="20" w:line="259" w:lineRule="auto"/>
      </w:pPr>
      <w:r>
        <w:rPr>
          <w:sz w:val="23"/>
        </w:rPr>
        <w:t>d</w:t>
      </w:r>
      <w:r w:rsidR="00000000">
        <w:rPr>
          <w:sz w:val="23"/>
        </w:rPr>
        <w:t>) Tại t = 1,5 s, vật qua vị trí cân bằng theo chiều âm.</w:t>
      </w:r>
    </w:p>
    <w:p w14:paraId="3A67030F" w14:textId="175343B9" w:rsidR="000D400E" w:rsidRDefault="00000000">
      <w:pPr>
        <w:spacing w:after="40" w:line="259" w:lineRule="auto"/>
      </w:pPr>
      <w:r>
        <w:rPr>
          <w:b/>
          <w:color w:val="C00000"/>
          <w:sz w:val="23"/>
        </w:rPr>
        <w:t>Trả lời: a) Đúng; b) Đúng; c) Sai; d) Đúng</w:t>
      </w:r>
      <w:r>
        <w:rPr>
          <w:b/>
          <w:sz w:val="23"/>
        </w:rPr>
      </w:r>
      <w:r>
        <w:rPr>
          <w:sz w:val="23"/>
        </w:rPr>
      </w:r>
      <w:r>
        <w:rPr>
          <w:b/>
          <w:sz w:val="23"/>
        </w:rPr>
      </w:r>
      <w:r>
        <w:rPr>
          <w:sz w:val="23"/>
        </w:rPr>
      </w:r>
      <w:r>
        <w:rPr>
          <w:b/>
          <w:sz w:val="23"/>
        </w:rPr>
      </w:r>
      <w:r w:rsidR="00A36E85">
        <w:rPr>
          <w:b/>
          <w:sz w:val="23"/>
        </w:rPr>
      </w:r>
      <w:r>
        <w:rPr>
          <w:sz w:val="23"/>
        </w:rPr>
      </w:r>
      <w:r>
        <w:rPr>
          <w:b/>
          <w:sz w:val="23"/>
        </w:rPr>
      </w:r>
      <w:r w:rsidR="00A36E85">
        <w:rPr>
          <w:b/>
          <w:sz w:val="23"/>
        </w:rPr>
      </w:r>
    </w:p>
    <w:p w14:paraId="1CED3430" w14:textId="77777777" w:rsidR="000D400E" w:rsidRDefault="00000000">
      <w:pPr>
        <w:keepNext/>
        <w:spacing w:after="40" w:line="259" w:lineRule="auto"/>
      </w:pPr>
      <w:r>
        <w:rPr>
          <w:b/>
          <w:sz w:val="23"/>
        </w:rPr>
        <w:t>Hướng dẫn</w:t>
      </w:r>
    </w:p>
    <w:p w14:paraId="52F7D1D4" w14:textId="77777777" w:rsidR="000D400E" w:rsidRDefault="00000000">
      <w:pPr>
        <w:spacing w:after="20" w:line="259" w:lineRule="auto"/>
      </w:pPr>
      <w:r>
        <w:rPr>
          <w:sz w:val="22"/>
        </w:rPr>
        <w:t xml:space="preserve">a) Đúng: Từ giá trị cực đại và cực tiểu trên đồ thị, </w:t>
      </w:r>
      <m:oMath>
        <m:r>
          <m:rPr>
            <m:sty m:val="p"/>
          </m:rPr>
          <w:rPr>
            <w:rFonts w:ascii="Cambria Math" w:hAnsi="Cambria Math"/>
          </w:rPr>
          <m:t>A = |xₘₐₓ| = 6 cm</m:t>
        </m:r>
      </m:oMath>
      <w:r>
        <w:rPr>
          <w:sz w:val="22"/>
        </w:rPr>
        <w:t>.</w:t>
      </w:r>
    </w:p>
    <w:p w14:paraId="08399B4B" w14:textId="77777777" w:rsidR="000D400E" w:rsidRDefault="00000000">
      <w:pPr>
        <w:spacing w:after="20" w:line="259" w:lineRule="auto"/>
        <w:rPr>
          <w:sz w:val="22"/>
        </w:rPr>
      </w:pPr>
      <w:r>
        <w:rPr>
          <w:sz w:val="22"/>
        </w:rPr>
        <w:t xml:space="preserve">b) Đúng: Hai cực đại liên tiếp tại t = 0 s và t = 6 s, nên </w:t>
      </w:r>
      <m:oMath>
        <m:r>
          <m:rPr>
            <m:sty m:val="p"/>
          </m:rPr>
          <w:rPr>
            <w:rFonts w:ascii="Cambria Math" w:hAnsi="Cambria Math"/>
          </w:rPr>
          <m:t>T = 6 s</m:t>
        </m:r>
      </m:oMath>
      <w:r>
        <w:rPr>
          <w:sz w:val="22"/>
        </w:rPr>
        <w:t>.</w:t>
      </w:r>
    </w:p>
    <w:p w14:paraId="42054622" w14:textId="77777777" w:rsidR="00A36E85" w:rsidRDefault="00A36E85" w:rsidP="00A36E85">
      <w:pPr>
        <w:spacing w:after="20" w:line="259" w:lineRule="auto"/>
      </w:pPr>
      <w:r>
        <w:rPr>
          <w:sz w:val="22"/>
        </w:rPr>
        <w:t xml:space="preserve">c) Sai: Trong khoảng đã cho, vật đi từ +6 cm đến 0, đến -6 cm rồi trở lại 0. Quãng đường </w:t>
      </w:r>
      <m:oMath>
        <m:r>
          <m:rPr>
            <m:sty m:val="p"/>
          </m:rPr>
          <w:rPr>
            <w:rFonts w:ascii="Cambria Math" w:hAnsi="Cambria Math"/>
          </w:rPr>
          <m:t>s = 6 + 6 + 6 = 18 cm</m:t>
        </m:r>
      </m:oMath>
      <w:r>
        <w:rPr>
          <w:sz w:val="22"/>
        </w:rPr>
        <w:t>, không phải 15 cm.</w:t>
      </w:r>
    </w:p>
    <w:p w14:paraId="25074797" w14:textId="25BE2AC3" w:rsidR="000D400E" w:rsidRDefault="00A36E85">
      <w:pPr>
        <w:spacing w:after="20" w:line="259" w:lineRule="auto"/>
      </w:pPr>
      <w:r>
        <w:rPr>
          <w:sz w:val="22"/>
        </w:rPr>
        <w:t>d)</w:t>
      </w:r>
      <w:r w:rsidR="00000000">
        <w:rPr>
          <w:sz w:val="22"/>
        </w:rPr>
        <w:t xml:space="preserve"> Đúng: Tại t = 1,5 s, đồ thị qua x = 0 theo chiều giảm; do đó </w:t>
      </w:r>
      <m:oMath>
        <m:r>
          <m:rPr>
            <m:sty m:val="p"/>
          </m:rPr>
          <w:rPr>
            <w:rFonts w:ascii="Cambria Math" w:hAnsi="Cambria Math"/>
          </w:rPr>
          <m:t>v &lt; 0</m:t>
        </m:r>
      </m:oMath>
      <w:r w:rsidR="00000000">
        <w:rPr>
          <w:sz w:val="22"/>
        </w:rPr>
        <w:t>, vật chuyển động theo chiều âm.</w:t>
      </w:r>
    </w:p>
    <w:p w14:paraId="257998A6" w14:textId="77777777" w:rsidR="000D400E" w:rsidRDefault="00000000">
      <w:pPr>
        <w:keepNext/>
        <w:spacing w:after="60" w:line="259" w:lineRule="auto"/>
      </w:pPr>
      <w:r>
        <w:rPr>
          <w:b/>
          <w:sz w:val="23"/>
        </w:rPr>
        <w:t xml:space="preserve">Câu 2. </w:t>
      </w:r>
      <w:r>
        <w:rPr>
          <w:sz w:val="23"/>
        </w:rPr>
        <w:t xml:space="preserve">Một vật dao động điều hòa theo phương trình </w:t>
      </w:r>
      <m:oMath>
        <m:r>
          <m:rPr>
            <m:sty m:val="p"/>
          </m:rPr>
          <w:rPr>
            <w:rFonts w:ascii="Cambria Math" w:hAnsi="Cambria Math"/>
          </w:rPr>
          <m:t>x = 8cos(πt - 2π/3) cm</m:t>
        </m:r>
      </m:oMath>
      <w:r>
        <w:rPr>
          <w:sz w:val="23"/>
        </w:rPr>
        <w:t>.</w:t>
      </w:r>
    </w:p>
    <w:p w14:paraId="44E1E781" w14:textId="77777777" w:rsidR="000D400E" w:rsidRDefault="00000000">
      <w:pPr>
        <w:spacing w:after="20" w:line="259" w:lineRule="auto"/>
      </w:pPr>
      <w:r>
        <w:rPr>
          <w:sz w:val="23"/>
        </w:rPr>
        <w:t>a) Biên độ dao động của vật là 8 cm.</w:t>
      </w:r>
    </w:p>
    <w:p w14:paraId="297B197B" w14:textId="3469C80C" w:rsidR="000D400E" w:rsidRDefault="00000000">
      <w:pPr>
        <w:spacing w:after="20" w:line="259" w:lineRule="auto"/>
      </w:pPr>
      <w:r>
        <w:rPr>
          <w:sz w:val="23"/>
        </w:rPr>
        <w:t xml:space="preserve">b) Chu kì dao động của vật là </w:t>
      </w:r>
      <w:r w:rsidR="00A36E85">
        <w:rPr>
          <w:sz w:val="23"/>
        </w:rPr>
        <w:t>4</w:t>
      </w:r>
      <w:r>
        <w:rPr>
          <w:sz w:val="23"/>
        </w:rPr>
        <w:t xml:space="preserve"> s.</w:t>
      </w:r>
    </w:p>
    <w:p w14:paraId="728D4073" w14:textId="77777777" w:rsidR="000D400E" w:rsidRDefault="00000000">
      <w:pPr>
        <w:spacing w:after="20" w:line="259" w:lineRule="auto"/>
      </w:pPr>
      <w:r>
        <w:rPr>
          <w:sz w:val="23"/>
        </w:rPr>
        <w:t xml:space="preserve">c) Tại t = 0, vật có li độ -4 cm và vận tốc </w:t>
      </w:r>
      <m:oMath>
        <m:r>
          <m:rPr>
            <m:sty m:val="p"/>
          </m:rPr>
          <w:rPr>
            <w:rFonts w:ascii="Cambria Math" w:hAnsi="Cambria Math"/>
          </w:rPr>
          <m:t>4π√3 cm/s</m:t>
        </m:r>
      </m:oMath>
      <w:r>
        <w:rPr>
          <w:sz w:val="23"/>
        </w:rPr>
        <w:t>.</w:t>
      </w:r>
    </w:p>
    <w:p w14:paraId="2FEE6188" w14:textId="77777777" w:rsidR="000D400E" w:rsidRDefault="00000000">
      <w:pPr>
        <w:spacing w:after="20" w:line="259" w:lineRule="auto"/>
      </w:pPr>
      <w:r>
        <w:rPr>
          <w:sz w:val="23"/>
        </w:rPr>
        <w:t xml:space="preserve">d) Sau t = 0, thời điểm đầu tiên vật đến biên dương là </w:t>
      </w:r>
      <m:oMath>
        <m:r>
          <m:rPr>
            <m:sty m:val="p"/>
          </m:rPr>
          <w:rPr>
            <w:rFonts w:ascii="Cambria Math" w:hAnsi="Cambria Math"/>
          </w:rPr>
          <m:t>2/3 s</m:t>
        </m:r>
      </m:oMath>
      <w:r>
        <w:rPr>
          <w:sz w:val="23"/>
        </w:rPr>
        <w:t>.</w:t>
      </w:r>
    </w:p>
    <w:p w14:paraId="67206BA8" w14:textId="1062A8AB" w:rsidR="000D400E" w:rsidRDefault="00000000">
      <w:pPr>
        <w:spacing w:after="40" w:line="259" w:lineRule="auto"/>
      </w:pPr>
      <w:r>
        <w:rPr>
          <w:b/>
          <w:color w:val="C00000"/>
          <w:sz w:val="23"/>
        </w:rPr>
        <w:t>Trả lời: a) Đúng; b) Sai; c) Đúng; d) Đúng</w:t>
      </w:r>
      <w:r>
        <w:rPr>
          <w:b/>
          <w:sz w:val="23"/>
        </w:rPr>
      </w:r>
      <w:r>
        <w:rPr>
          <w:sz w:val="23"/>
        </w:rPr>
      </w:r>
      <w:r>
        <w:rPr>
          <w:b/>
          <w:sz w:val="23"/>
        </w:rPr>
      </w:r>
      <w:r w:rsidR="00A36E85">
        <w:rPr>
          <w:b/>
          <w:sz w:val="23"/>
        </w:rPr>
      </w:r>
      <w:r>
        <w:rPr>
          <w:sz w:val="23"/>
        </w:rPr>
      </w:r>
      <w:r>
        <w:rPr>
          <w:b/>
          <w:sz w:val="23"/>
        </w:rPr>
      </w:r>
      <w:r>
        <w:rPr>
          <w:sz w:val="23"/>
        </w:rPr>
      </w:r>
      <w:r>
        <w:rPr>
          <w:b/>
          <w:sz w:val="23"/>
        </w:rPr>
      </w:r>
    </w:p>
    <w:p w14:paraId="61CEF049" w14:textId="77777777" w:rsidR="000D400E" w:rsidRDefault="00000000">
      <w:pPr>
        <w:keepNext/>
        <w:spacing w:after="40" w:line="259" w:lineRule="auto"/>
      </w:pPr>
      <w:r>
        <w:rPr>
          <w:b/>
          <w:sz w:val="23"/>
        </w:rPr>
        <w:t>Hướng dẫn</w:t>
      </w:r>
    </w:p>
    <w:p w14:paraId="5AE4FBB5" w14:textId="77777777" w:rsidR="000D400E" w:rsidRDefault="00000000">
      <w:pPr>
        <w:spacing w:after="20" w:line="259" w:lineRule="auto"/>
      </w:pPr>
      <w:r>
        <w:rPr>
          <w:sz w:val="22"/>
        </w:rPr>
        <w:t xml:space="preserve">a) Đúng: Biên độ là hệ số dương trước hàm cos, nên </w:t>
      </w:r>
      <m:oMath>
        <m:r>
          <m:rPr>
            <m:sty m:val="p"/>
          </m:rPr>
          <w:rPr>
            <w:rFonts w:ascii="Cambria Math" w:hAnsi="Cambria Math"/>
          </w:rPr>
          <m:t>A = 8 cm</m:t>
        </m:r>
      </m:oMath>
      <w:r>
        <w:rPr>
          <w:sz w:val="22"/>
        </w:rPr>
        <w:t>.</w:t>
      </w:r>
    </w:p>
    <w:p w14:paraId="1D992AC5" w14:textId="4C396DD0" w:rsidR="000D400E" w:rsidRDefault="00000000">
      <w:pPr>
        <w:spacing w:after="20" w:line="259" w:lineRule="auto"/>
      </w:pPr>
      <w:r>
        <w:rPr>
          <w:sz w:val="22"/>
        </w:rPr>
        <w:t xml:space="preserve">b) </w:t>
      </w:r>
      <w:r w:rsidR="00A36E85">
        <w:rPr>
          <w:sz w:val="22"/>
        </w:rPr>
        <w:t>Sai</w:t>
      </w:r>
      <w:r>
        <w:rPr>
          <w:sz w:val="22"/>
        </w:rPr>
        <w:t xml:space="preserve">: </w:t>
      </w:r>
      <m:oMath>
        <m:r>
          <m:rPr>
            <m:sty m:val="p"/>
          </m:rPr>
          <w:rPr>
            <w:rFonts w:ascii="Cambria Math" w:hAnsi="Cambria Math"/>
          </w:rPr>
          <m:t>ω = π rad/s</m:t>
        </m:r>
      </m:oMath>
      <w:r>
        <w:rPr>
          <w:sz w:val="22"/>
        </w:rPr>
        <w:t xml:space="preserve"> nên </w:t>
      </w:r>
      <m:oMath>
        <m:r>
          <m:rPr>
            <m:sty m:val="p"/>
          </m:rPr>
          <w:rPr>
            <w:rFonts w:ascii="Cambria Math" w:hAnsi="Cambria Math"/>
          </w:rPr>
          <m:t>T = 2π/ω = 2 s</m:t>
        </m:r>
      </m:oMath>
      <w:r>
        <w:rPr>
          <w:sz w:val="22"/>
        </w:rPr>
        <w:t>.</w:t>
      </w:r>
    </w:p>
    <w:p w14:paraId="180A7D25" w14:textId="77777777" w:rsidR="000D400E" w:rsidRDefault="00000000">
      <w:pPr>
        <w:spacing w:after="20" w:line="259" w:lineRule="auto"/>
      </w:pPr>
      <w:r>
        <w:rPr>
          <w:sz w:val="22"/>
        </w:rPr>
        <w:t xml:space="preserve">c) Đúng: </w:t>
      </w:r>
      <m:oMath>
        <m:r>
          <m:rPr>
            <m:sty m:val="p"/>
          </m:rPr>
          <w:rPr>
            <w:rFonts w:ascii="Cambria Math" w:hAnsi="Cambria Math"/>
          </w:rPr>
          <m:t>x₀ = 8cos(-2π/3) = -4 cm</m:t>
        </m:r>
      </m:oMath>
      <w:r>
        <w:rPr>
          <w:sz w:val="22"/>
        </w:rPr>
        <w:t xml:space="preserve">; </w:t>
      </w:r>
      <m:oMath>
        <m:r>
          <m:rPr>
            <m:sty m:val="p"/>
          </m:rPr>
          <w:rPr>
            <w:rFonts w:ascii="Cambria Math" w:hAnsi="Cambria Math"/>
          </w:rPr>
          <m:t>v₀ = -8πsin(-2π/3) = 4π√3 cm/s &gt; 0</m:t>
        </m:r>
      </m:oMath>
      <w:r>
        <w:rPr>
          <w:sz w:val="22"/>
        </w:rPr>
        <w:t>.</w:t>
      </w:r>
    </w:p>
    <w:p w14:paraId="656FA30B" w14:textId="77777777" w:rsidR="000D400E" w:rsidRDefault="00000000">
      <w:pPr>
        <w:spacing w:after="20" w:line="259" w:lineRule="auto"/>
      </w:pPr>
      <w:r>
        <w:rPr>
          <w:sz w:val="22"/>
        </w:rPr>
        <w:t xml:space="preserve">d) Đúng: Biên dương ứng với </w:t>
      </w:r>
      <m:oMath>
        <m:r>
          <m:rPr>
            <m:sty m:val="p"/>
          </m:rPr>
          <w:rPr>
            <w:rFonts w:ascii="Cambria Math" w:hAnsi="Cambria Math"/>
          </w:rPr>
          <m:t>πt - 2π/3 = 2kπ</m:t>
        </m:r>
      </m:oMath>
      <w:r>
        <w:rPr>
          <w:sz w:val="22"/>
        </w:rPr>
        <w:t xml:space="preserve">. Với thời điểm dương nhỏ nhất, chọn k = 0: </w:t>
      </w:r>
      <m:oMath>
        <m:r>
          <m:rPr>
            <m:sty m:val="p"/>
          </m:rPr>
          <w:rPr>
            <w:rFonts w:ascii="Cambria Math" w:hAnsi="Cambria Math"/>
          </w:rPr>
          <m:t>t = 2/3 s</m:t>
        </m:r>
      </m:oMath>
      <w:r>
        <w:rPr>
          <w:sz w:val="22"/>
        </w:rPr>
        <w:t>.</w:t>
      </w:r>
    </w:p>
    <w:p w14:paraId="06CEDC74" w14:textId="77777777" w:rsidR="000D400E" w:rsidRDefault="00000000">
      <w:pPr>
        <w:keepNext/>
        <w:spacing w:after="60" w:line="259" w:lineRule="auto"/>
      </w:pPr>
      <w:r>
        <w:rPr>
          <w:b/>
          <w:sz w:val="23"/>
        </w:rPr>
        <w:t xml:space="preserve">Câu 3. </w:t>
      </w:r>
      <w:r>
        <w:rPr>
          <w:sz w:val="23"/>
        </w:rPr>
        <w:t>Đồ thị gia tốc - thời gian của một vật dao động điều hòa được cho như hình.</w:t>
      </w:r>
    </w:p>
    <w:p w14:paraId="48EC007E" w14:textId="77777777" w:rsidR="000D400E" w:rsidRDefault="00000000">
      <w:pPr>
        <w:keepNext/>
        <w:spacing w:after="40"/>
        <w:jc w:val="center"/>
      </w:pPr>
      <w:r>
        <w:rPr>
          <w:noProof/>
        </w:rPr>
        <w:drawing>
          <wp:inline distT="0" distB="0" distL="0" distR="0" wp14:anchorId="792A96B2" wp14:editId="71E411FD">
            <wp:extent cx="2880000" cy="1106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ds_at.png"/>
                    <pic:cNvPicPr/>
                  </pic:nvPicPr>
                  <pic:blipFill>
                    <a:blip r:embed="rId11"/>
                    <a:stretch>
                      <a:fillRect/>
                    </a:stretch>
                  </pic:blipFill>
                  <pic:spPr>
                    <a:xfrm>
                      <a:off x="0" y="0"/>
                      <a:ext cx="2880000" cy="1106300"/>
                    </a:xfrm>
                    <a:prstGeom prst="rect">
                      <a:avLst/>
                    </a:prstGeom>
                  </pic:spPr>
                </pic:pic>
              </a:graphicData>
            </a:graphic>
          </wp:inline>
        </w:drawing>
      </w:r>
    </w:p>
    <w:p w14:paraId="20DBBE03" w14:textId="77777777" w:rsidR="000D400E" w:rsidRDefault="00000000">
      <w:pPr>
        <w:spacing w:after="20" w:line="259" w:lineRule="auto"/>
      </w:pPr>
      <w:r>
        <w:rPr>
          <w:sz w:val="23"/>
        </w:rPr>
        <w:t>a) Độ lớn gia tốc cực đại của vật là 30 cm/s².</w:t>
      </w:r>
    </w:p>
    <w:p w14:paraId="29154392" w14:textId="77777777" w:rsidR="000D400E" w:rsidRDefault="00000000">
      <w:pPr>
        <w:spacing w:after="20" w:line="259" w:lineRule="auto"/>
      </w:pPr>
      <w:r>
        <w:rPr>
          <w:sz w:val="23"/>
        </w:rPr>
        <w:t xml:space="preserve">b) Tần số góc của dao động là </w:t>
      </w:r>
      <m:oMath>
        <m:r>
          <m:rPr>
            <m:sty m:val="p"/>
          </m:rPr>
          <w:rPr>
            <w:rFonts w:ascii="Cambria Math" w:hAnsi="Cambria Math"/>
          </w:rPr>
          <m:t>2π rad/s</m:t>
        </m:r>
      </m:oMath>
      <w:r>
        <w:rPr>
          <w:sz w:val="23"/>
        </w:rPr>
        <w:t>.</w:t>
      </w:r>
    </w:p>
    <w:p w14:paraId="2FCE00A5" w14:textId="77777777" w:rsidR="000D400E" w:rsidRDefault="00000000">
      <w:pPr>
        <w:spacing w:after="20" w:line="259" w:lineRule="auto"/>
      </w:pPr>
      <w:r>
        <w:rPr>
          <w:sz w:val="23"/>
        </w:rPr>
        <w:t xml:space="preserve">c) Biên độ dao động của vật là </w:t>
      </w:r>
      <m:oMath>
        <m:r>
          <m:rPr>
            <m:sty m:val="p"/>
          </m:rPr>
          <w:rPr>
            <w:rFonts w:ascii="Cambria Math" w:hAnsi="Cambria Math"/>
          </w:rPr>
          <m:t>15/(2π²) cm</m:t>
        </m:r>
      </m:oMath>
      <w:r>
        <w:rPr>
          <w:sz w:val="23"/>
        </w:rPr>
        <w:t>.</w:t>
      </w:r>
    </w:p>
    <w:p w14:paraId="0CFB9429" w14:textId="77777777" w:rsidR="000D400E" w:rsidRDefault="00000000">
      <w:pPr>
        <w:spacing w:after="20" w:line="259" w:lineRule="auto"/>
      </w:pPr>
      <w:r>
        <w:rPr>
          <w:sz w:val="23"/>
        </w:rPr>
        <w:t>d) Tại t = 0,25 s, vật qua vị trí cân bằng theo chiều dương.</w:t>
      </w:r>
    </w:p>
    <w:p w14:paraId="2A6F90AF" w14:textId="77777777" w:rsidR="000D400E" w:rsidRDefault="00000000">
      <w:pPr>
        <w:spacing w:after="40" w:line="259" w:lineRule="auto"/>
      </w:pPr>
      <w:r>
        <w:rPr>
          <w:b/>
          <w:color w:val="C00000"/>
          <w:sz w:val="23"/>
        </w:rPr>
        <w:t>Trả lời: a) Đúng; b) Đúng; c) Đúng; d) Sai</w:t>
      </w:r>
      <w:r>
        <w:rPr>
          <w:b/>
          <w:sz w:val="23"/>
        </w:rPr>
      </w:r>
      <w:r>
        <w:rPr>
          <w:sz w:val="23"/>
        </w:rPr>
      </w:r>
      <w:r>
        <w:rPr>
          <w:b/>
          <w:sz w:val="23"/>
        </w:rPr>
      </w:r>
      <w:r>
        <w:rPr>
          <w:sz w:val="23"/>
        </w:rPr>
      </w:r>
      <w:r>
        <w:rPr>
          <w:b/>
          <w:sz w:val="23"/>
        </w:rPr>
      </w:r>
      <w:r>
        <w:rPr>
          <w:sz w:val="23"/>
        </w:rPr>
      </w:r>
      <w:r>
        <w:rPr>
          <w:b/>
          <w:sz w:val="23"/>
        </w:rPr>
      </w:r>
    </w:p>
    <w:p w14:paraId="150E4E5D" w14:textId="77777777" w:rsidR="000D400E" w:rsidRDefault="00000000">
      <w:pPr>
        <w:keepNext/>
        <w:spacing w:after="40" w:line="259" w:lineRule="auto"/>
      </w:pPr>
      <w:r>
        <w:rPr>
          <w:b/>
          <w:sz w:val="23"/>
        </w:rPr>
        <w:lastRenderedPageBreak/>
        <w:t>Hướng dẫn</w:t>
      </w:r>
    </w:p>
    <w:p w14:paraId="60E0EF85" w14:textId="77777777" w:rsidR="000D400E" w:rsidRDefault="00000000">
      <w:pPr>
        <w:spacing w:after="20" w:line="259" w:lineRule="auto"/>
      </w:pPr>
      <w:r>
        <w:rPr>
          <w:sz w:val="22"/>
        </w:rPr>
        <w:t xml:space="preserve">a) Đúng: Từ tung độ cực trị của đồ thị, </w:t>
      </w:r>
      <m:oMath>
        <m:r>
          <m:rPr>
            <m:sty m:val="p"/>
          </m:rPr>
          <w:rPr>
            <w:rFonts w:ascii="Cambria Math" w:hAnsi="Cambria Math"/>
          </w:rPr>
          <m:t>aₘₐₓ = 30 cm/s²</m:t>
        </m:r>
      </m:oMath>
      <w:r>
        <w:rPr>
          <w:sz w:val="22"/>
        </w:rPr>
        <w:t>.</w:t>
      </w:r>
    </w:p>
    <w:p w14:paraId="3051A1D3" w14:textId="77777777" w:rsidR="000D400E" w:rsidRDefault="00000000">
      <w:pPr>
        <w:spacing w:after="20" w:line="259" w:lineRule="auto"/>
      </w:pPr>
      <w:r>
        <w:rPr>
          <w:sz w:val="22"/>
        </w:rPr>
        <w:t xml:space="preserve">b) Đúng: Đồ thị gia tốc lặp lại trạng thái sau 1 s, nên </w:t>
      </w:r>
      <m:oMath>
        <m:r>
          <m:rPr>
            <m:sty m:val="p"/>
          </m:rPr>
          <w:rPr>
            <w:rFonts w:ascii="Cambria Math" w:hAnsi="Cambria Math"/>
          </w:rPr>
          <m:t>T = 1 s</m:t>
        </m:r>
      </m:oMath>
      <w:r>
        <w:rPr>
          <w:sz w:val="22"/>
        </w:rPr>
        <w:t xml:space="preserve"> và </w:t>
      </w:r>
      <m:oMath>
        <m:r>
          <m:rPr>
            <m:sty m:val="p"/>
          </m:rPr>
          <w:rPr>
            <w:rFonts w:ascii="Cambria Math" w:hAnsi="Cambria Math"/>
          </w:rPr>
          <m:t>ω = 2π/T = 2π rad/s</m:t>
        </m:r>
      </m:oMath>
      <w:r>
        <w:rPr>
          <w:sz w:val="22"/>
        </w:rPr>
        <w:t>.</w:t>
      </w:r>
    </w:p>
    <w:p w14:paraId="46B9F3B1" w14:textId="77777777" w:rsidR="000D400E" w:rsidRDefault="00000000">
      <w:pPr>
        <w:spacing w:after="20" w:line="259" w:lineRule="auto"/>
      </w:pPr>
      <w:r>
        <w:rPr>
          <w:sz w:val="22"/>
        </w:rPr>
        <w:t xml:space="preserve">c) Đúng: </w:t>
      </w:r>
      <m:oMath>
        <m:r>
          <m:rPr>
            <m:sty m:val="p"/>
          </m:rPr>
          <w:rPr>
            <w:rFonts w:ascii="Cambria Math" w:hAnsi="Cambria Math"/>
          </w:rPr>
          <m:t>aₘₐₓ = ω²A</m:t>
        </m:r>
      </m:oMath>
      <w:r>
        <w:rPr>
          <w:sz w:val="22"/>
        </w:rPr>
        <w:t xml:space="preserve"> nên </w:t>
      </w:r>
      <m:oMath>
        <m:r>
          <m:rPr>
            <m:sty m:val="p"/>
          </m:rPr>
          <w:rPr>
            <w:rFonts w:ascii="Cambria Math" w:hAnsi="Cambria Math"/>
          </w:rPr>
          <m:t>A = 30/(2π)² = 15/(2π²) cm</m:t>
        </m:r>
      </m:oMath>
      <w:r>
        <w:rPr>
          <w:sz w:val="22"/>
        </w:rPr>
        <w:t>.</w:t>
      </w:r>
    </w:p>
    <w:p w14:paraId="66C6B78C" w14:textId="77777777" w:rsidR="000D400E" w:rsidRDefault="00000000">
      <w:pPr>
        <w:spacing w:after="20" w:line="259" w:lineRule="auto"/>
      </w:pPr>
      <w:r>
        <w:rPr>
          <w:sz w:val="22"/>
        </w:rPr>
        <w:t xml:space="preserve">d) Sai: Tại t = 0,25 s, </w:t>
      </w:r>
      <m:oMath>
        <m:r>
          <m:rPr>
            <m:sty m:val="p"/>
          </m:rPr>
          <w:rPr>
            <w:rFonts w:ascii="Cambria Math" w:hAnsi="Cambria Math"/>
          </w:rPr>
          <m:t>a = 0</m:t>
        </m:r>
      </m:oMath>
      <w:r>
        <w:rPr>
          <w:sz w:val="22"/>
        </w:rPr>
        <w:t xml:space="preserve"> nên </w:t>
      </w:r>
      <m:oMath>
        <m:r>
          <m:rPr>
            <m:sty m:val="p"/>
          </m:rPr>
          <w:rPr>
            <w:rFonts w:ascii="Cambria Math" w:hAnsi="Cambria Math"/>
          </w:rPr>
          <m:t>x = 0</m:t>
        </m:r>
      </m:oMath>
      <w:r>
        <w:rPr>
          <w:sz w:val="22"/>
        </w:rPr>
        <w:t>. Ngay sau đó a dương, nên x âm; vật vừa đi từ x dương sang x âm, tức qua cân bằng theo chiều âm.</w:t>
      </w:r>
    </w:p>
    <w:p w14:paraId="707C656D" w14:textId="77777777" w:rsidR="000D400E" w:rsidRDefault="00000000">
      <w:pPr>
        <w:keepNext/>
        <w:spacing w:after="60" w:line="259" w:lineRule="auto"/>
      </w:pPr>
      <w:r>
        <w:rPr>
          <w:b/>
          <w:sz w:val="23"/>
        </w:rPr>
        <w:t xml:space="preserve">Câu 4. </w:t>
      </w:r>
      <w:r>
        <w:rPr>
          <w:sz w:val="23"/>
        </w:rPr>
        <w:t>Đồ thị thế năng U theo thời gian của một vật dao động điều hòa được cho như hình. Đường thẳng W biểu diễn cơ năng.</w:t>
      </w:r>
    </w:p>
    <w:p w14:paraId="6F4BF231" w14:textId="77777777" w:rsidR="000D400E" w:rsidRDefault="00000000">
      <w:pPr>
        <w:keepNext/>
        <w:spacing w:after="40"/>
        <w:jc w:val="center"/>
      </w:pPr>
      <w:r>
        <w:rPr>
          <w:noProof/>
        </w:rPr>
        <w:drawing>
          <wp:inline distT="0" distB="0" distL="0" distR="0" wp14:anchorId="55930355" wp14:editId="03F3A76E">
            <wp:extent cx="2880000" cy="11615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energy_t.png"/>
                    <pic:cNvPicPr/>
                  </pic:nvPicPr>
                  <pic:blipFill>
                    <a:blip r:embed="rId12"/>
                    <a:stretch>
                      <a:fillRect/>
                    </a:stretch>
                  </pic:blipFill>
                  <pic:spPr>
                    <a:xfrm>
                      <a:off x="0" y="0"/>
                      <a:ext cx="2880000" cy="1161509"/>
                    </a:xfrm>
                    <a:prstGeom prst="rect">
                      <a:avLst/>
                    </a:prstGeom>
                  </pic:spPr>
                </pic:pic>
              </a:graphicData>
            </a:graphic>
          </wp:inline>
        </w:drawing>
      </w:r>
    </w:p>
    <w:p w14:paraId="4F973BB5" w14:textId="795C9D9F" w:rsidR="000D400E" w:rsidRDefault="00000000">
      <w:pPr>
        <w:spacing w:after="20" w:line="259" w:lineRule="auto"/>
      </w:pPr>
      <w:r>
        <w:rPr>
          <w:sz w:val="23"/>
        </w:rPr>
        <w:t xml:space="preserve">a) Cơ năng của vật là </w:t>
      </w:r>
      <w:r w:rsidR="00A36E85">
        <w:rPr>
          <w:sz w:val="23"/>
        </w:rPr>
        <w:t xml:space="preserve">10 </w:t>
      </w:r>
      <w:r>
        <w:rPr>
          <w:sz w:val="23"/>
        </w:rPr>
        <w:t>J.</w:t>
      </w:r>
    </w:p>
    <w:p w14:paraId="77DA7CF8" w14:textId="77777777" w:rsidR="000D400E" w:rsidRDefault="00000000">
      <w:pPr>
        <w:spacing w:after="20" w:line="259" w:lineRule="auto"/>
      </w:pPr>
      <w:r>
        <w:rPr>
          <w:sz w:val="23"/>
        </w:rPr>
        <w:t>b) Tại t = 0, động năng của vật bằng 0.</w:t>
      </w:r>
    </w:p>
    <w:p w14:paraId="13F93DB8" w14:textId="77777777" w:rsidR="000D400E" w:rsidRDefault="00000000">
      <w:pPr>
        <w:spacing w:after="20" w:line="259" w:lineRule="auto"/>
      </w:pPr>
      <w:r>
        <w:rPr>
          <w:sz w:val="23"/>
        </w:rPr>
        <w:t>c) Tại t = 1 s, động năng của vật là 10 mJ.</w:t>
      </w:r>
    </w:p>
    <w:p w14:paraId="5BC166A0" w14:textId="77777777" w:rsidR="000D400E" w:rsidRDefault="00000000">
      <w:pPr>
        <w:spacing w:after="20" w:line="259" w:lineRule="auto"/>
      </w:pPr>
      <w:r>
        <w:rPr>
          <w:sz w:val="23"/>
        </w:rPr>
        <w:t>d) Sau t = 0, thời điểm đầu tiên động năng bằng thế năng là 0,25 s.</w:t>
      </w:r>
    </w:p>
    <w:p w14:paraId="258AFD77" w14:textId="2D878B99" w:rsidR="000D400E" w:rsidRDefault="00000000">
      <w:pPr>
        <w:spacing w:after="40" w:line="259" w:lineRule="auto"/>
      </w:pPr>
      <w:r>
        <w:rPr>
          <w:b/>
          <w:color w:val="C00000"/>
          <w:sz w:val="23"/>
        </w:rPr>
        <w:t>Trả lời: a) Sai; b) Đúng; c) Đúng; d) Sai</w:t>
      </w:r>
      <w:r>
        <w:rPr>
          <w:b/>
          <w:sz w:val="23"/>
        </w:rPr>
      </w:r>
      <w:r w:rsidR="00A36E85">
        <w:rPr>
          <w:b/>
          <w:sz w:val="23"/>
        </w:rPr>
      </w:r>
      <w:r>
        <w:rPr>
          <w:sz w:val="23"/>
        </w:rPr>
      </w:r>
      <w:r>
        <w:rPr>
          <w:b/>
          <w:sz w:val="23"/>
        </w:rPr>
      </w:r>
      <w:r>
        <w:rPr>
          <w:sz w:val="23"/>
        </w:rPr>
      </w:r>
      <w:r>
        <w:rPr>
          <w:b/>
          <w:sz w:val="23"/>
        </w:rPr>
      </w:r>
      <w:r>
        <w:rPr>
          <w:sz w:val="23"/>
        </w:rPr>
      </w:r>
      <w:r>
        <w:rPr>
          <w:b/>
          <w:sz w:val="23"/>
        </w:rPr>
      </w:r>
    </w:p>
    <w:p w14:paraId="602A82F0" w14:textId="77777777" w:rsidR="000D400E" w:rsidRDefault="00000000">
      <w:pPr>
        <w:keepNext/>
        <w:spacing w:after="40" w:line="259" w:lineRule="auto"/>
      </w:pPr>
      <w:r>
        <w:rPr>
          <w:b/>
          <w:sz w:val="23"/>
        </w:rPr>
        <w:t>Hướng dẫn</w:t>
      </w:r>
    </w:p>
    <w:p w14:paraId="59EE20AE" w14:textId="2853313F" w:rsidR="000D400E" w:rsidRDefault="00000000">
      <w:pPr>
        <w:spacing w:after="20" w:line="259" w:lineRule="auto"/>
      </w:pPr>
      <w:r>
        <w:rPr>
          <w:sz w:val="22"/>
        </w:rPr>
        <w:t xml:space="preserve">a) </w:t>
      </w:r>
      <w:r w:rsidR="00A36E85">
        <w:rPr>
          <w:sz w:val="22"/>
        </w:rPr>
        <w:t>Sai</w:t>
      </w:r>
      <w:r>
        <w:rPr>
          <w:sz w:val="22"/>
        </w:rPr>
        <w:t xml:space="preserve">: Đường thẳng W trên đồ thị có giá trị </w:t>
      </w:r>
      <m:oMath>
        <m:r>
          <m:rPr>
            <m:sty m:val="p"/>
          </m:rPr>
          <w:rPr>
            <w:rFonts w:ascii="Cambria Math" w:hAnsi="Cambria Math"/>
          </w:rPr>
          <m:t>W = 10 mJ</m:t>
        </m:r>
      </m:oMath>
      <w:r w:rsidR="00A36E85">
        <w:rPr>
          <w:sz w:val="22"/>
        </w:rPr>
        <w:t xml:space="preserve">, không phải </w:t>
      </w:r>
      <m:oMath>
        <m:r>
          <m:rPr>
            <m:sty m:val="p"/>
          </m:rPr>
          <w:rPr>
            <w:rFonts w:ascii="Cambria Math" w:hAnsi="Cambria Math"/>
          </w:rPr>
          <m:t>W = 10 J</m:t>
        </m:r>
      </m:oMath>
    </w:p>
    <w:p w14:paraId="1F6897D8" w14:textId="77777777" w:rsidR="000D400E" w:rsidRDefault="00000000">
      <w:pPr>
        <w:spacing w:after="20" w:line="259" w:lineRule="auto"/>
      </w:pPr>
      <w:r>
        <w:rPr>
          <w:sz w:val="22"/>
        </w:rPr>
        <w:t xml:space="preserve">b) Đúng: Tại t = 0, </w:t>
      </w:r>
      <m:oMath>
        <m:r>
          <m:rPr>
            <m:sty m:val="p"/>
          </m:rPr>
          <w:rPr>
            <w:rFonts w:ascii="Cambria Math" w:hAnsi="Cambria Math"/>
          </w:rPr>
          <m:t>U = W = 10 mJ</m:t>
        </m:r>
      </m:oMath>
      <w:r>
        <w:rPr>
          <w:sz w:val="22"/>
        </w:rPr>
        <w:t xml:space="preserve"> nên </w:t>
      </w:r>
      <m:oMath>
        <m:r>
          <m:rPr>
            <m:sty m:val="p"/>
          </m:rPr>
          <w:rPr>
            <w:rFonts w:ascii="Cambria Math" w:hAnsi="Cambria Math"/>
          </w:rPr>
          <m:t>K = W - U = 0</m:t>
        </m:r>
      </m:oMath>
      <w:r>
        <w:rPr>
          <w:sz w:val="22"/>
        </w:rPr>
        <w:t>.</w:t>
      </w:r>
    </w:p>
    <w:p w14:paraId="0A95EAC6" w14:textId="77777777" w:rsidR="000D400E" w:rsidRDefault="00000000">
      <w:pPr>
        <w:spacing w:after="20" w:line="259" w:lineRule="auto"/>
      </w:pPr>
      <w:r>
        <w:rPr>
          <w:sz w:val="22"/>
        </w:rPr>
        <w:t xml:space="preserve">c) Đúng: Tại t = 1 s, </w:t>
      </w:r>
      <m:oMath>
        <m:r>
          <m:rPr>
            <m:sty m:val="p"/>
          </m:rPr>
          <w:rPr>
            <w:rFonts w:ascii="Cambria Math" w:hAnsi="Cambria Math"/>
          </w:rPr>
          <m:t>U = 0</m:t>
        </m:r>
      </m:oMath>
      <w:r>
        <w:rPr>
          <w:sz w:val="22"/>
        </w:rPr>
        <w:t xml:space="preserve"> nên </w:t>
      </w:r>
      <m:oMath>
        <m:r>
          <m:rPr>
            <m:sty m:val="p"/>
          </m:rPr>
          <w:rPr>
            <w:rFonts w:ascii="Cambria Math" w:hAnsi="Cambria Math"/>
          </w:rPr>
          <m:t>K = W = 10 mJ</m:t>
        </m:r>
      </m:oMath>
      <w:r>
        <w:rPr>
          <w:sz w:val="22"/>
        </w:rPr>
        <w:t>.</w:t>
      </w:r>
    </w:p>
    <w:p w14:paraId="345C7556" w14:textId="77777777" w:rsidR="000D400E" w:rsidRDefault="00000000">
      <w:pPr>
        <w:spacing w:after="20" w:line="259" w:lineRule="auto"/>
      </w:pPr>
      <w:r>
        <w:rPr>
          <w:sz w:val="22"/>
        </w:rPr>
        <w:t xml:space="preserve">d) Sai: Điều kiện </w:t>
      </w:r>
      <m:oMath>
        <m:r>
          <m:rPr>
            <m:sty m:val="p"/>
          </m:rPr>
          <w:rPr>
            <w:rFonts w:ascii="Cambria Math" w:hAnsi="Cambria Math"/>
          </w:rPr>
          <m:t>K = U</m:t>
        </m:r>
      </m:oMath>
      <w:r>
        <w:rPr>
          <w:sz w:val="22"/>
        </w:rPr>
        <w:t xml:space="preserve"> cho </w:t>
      </w:r>
      <m:oMath>
        <m:r>
          <m:rPr>
            <m:sty m:val="p"/>
          </m:rPr>
          <w:rPr>
            <w:rFonts w:ascii="Cambria Math" w:hAnsi="Cambria Math"/>
          </w:rPr>
          <m:t>U = W/2 = 5 mJ</m:t>
        </m:r>
      </m:oMath>
      <w:r>
        <w:rPr>
          <w:sz w:val="22"/>
        </w:rPr>
        <w:t>. Từ đồ thị, thời điểm dương đầu tiên thỏa mãn là t = 0,5 s, không phải 0,25 s.</w:t>
      </w:r>
    </w:p>
    <w:p w14:paraId="5A0E420D" w14:textId="77777777" w:rsidR="000D400E" w:rsidRPr="00A36E85" w:rsidRDefault="00000000">
      <w:pPr>
        <w:keepNext/>
        <w:spacing w:after="80" w:line="259" w:lineRule="auto"/>
        <w:rPr>
          <w:color w:val="002366"/>
        </w:rPr>
      </w:pPr>
      <w:r w:rsidRPr="00A36E85">
        <w:rPr>
          <w:b/>
          <w:color w:val="002366"/>
        </w:rPr>
        <w:t>PHẦN III. Câu trắc nghiệm trả lời ngắn.</w:t>
      </w:r>
    </w:p>
    <w:p w14:paraId="7008D672" w14:textId="77777777" w:rsidR="000D400E" w:rsidRDefault="00000000">
      <w:pPr>
        <w:keepNext/>
        <w:spacing w:after="60" w:line="259" w:lineRule="auto"/>
      </w:pPr>
      <w:r>
        <w:rPr>
          <w:b/>
          <w:sz w:val="23"/>
        </w:rPr>
        <w:t xml:space="preserve">Câu 1. </w:t>
      </w:r>
      <w:r>
        <w:rPr>
          <w:sz w:val="23"/>
        </w:rPr>
        <w:t xml:space="preserve">Đồ thị li độ - thời gian của một vật dao động điều hòa được cho như hình. Trong 15 s, tổng thời gian vật có độ lớn li độ không nhỏ hơn </w:t>
      </w:r>
      <m:oMath>
        <m:r>
          <m:rPr>
            <m:sty m:val="p"/>
          </m:rPr>
          <w:rPr>
            <w:rFonts w:ascii="Cambria Math" w:hAnsi="Cambria Math"/>
          </w:rPr>
          <m:t>2√2 cm</m:t>
        </m:r>
      </m:oMath>
      <w:r>
        <w:rPr>
          <w:sz w:val="23"/>
        </w:rPr>
        <w:t xml:space="preserve"> là bao nhiêu giây?</w:t>
      </w:r>
    </w:p>
    <w:p w14:paraId="1E17B892" w14:textId="77777777" w:rsidR="000D400E" w:rsidRDefault="00000000">
      <w:pPr>
        <w:keepNext/>
        <w:spacing w:after="40"/>
        <w:jc w:val="center"/>
      </w:pPr>
      <w:r>
        <w:rPr>
          <w:noProof/>
        </w:rPr>
        <w:drawing>
          <wp:inline distT="0" distB="0" distL="0" distR="0" wp14:anchorId="356AC861" wp14:editId="5C960B87">
            <wp:extent cx="3240000" cy="124556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short_xt.png"/>
                    <pic:cNvPicPr/>
                  </pic:nvPicPr>
                  <pic:blipFill>
                    <a:blip r:embed="rId13"/>
                    <a:stretch>
                      <a:fillRect/>
                    </a:stretch>
                  </pic:blipFill>
                  <pic:spPr>
                    <a:xfrm>
                      <a:off x="0" y="0"/>
                      <a:ext cx="3240000" cy="1245566"/>
                    </a:xfrm>
                    <a:prstGeom prst="rect">
                      <a:avLst/>
                    </a:prstGeom>
                  </pic:spPr>
                </pic:pic>
              </a:graphicData>
            </a:graphic>
          </wp:inline>
        </w:drawing>
      </w:r>
    </w:p>
    <w:p w14:paraId="0F1074E9" w14:textId="77777777" w:rsidR="000D400E" w:rsidRDefault="00000000">
      <w:pPr>
        <w:spacing w:after="40" w:line="259" w:lineRule="auto"/>
      </w:pPr>
      <w:r>
        <w:rPr>
          <w:b/>
          <w:color w:val="C00000"/>
          <w:sz w:val="23"/>
        </w:rPr>
        <w:t xml:space="preserve">Trả lời: </w:t>
      </w:r>
      <w:r>
        <w:rPr>
          <w:b/>
          <w:sz w:val="23"/>
        </w:rPr>
        <w:t>7,5</w:t>
      </w:r>
    </w:p>
    <w:p w14:paraId="0561C725" w14:textId="77777777" w:rsidR="000D400E" w:rsidRDefault="00000000">
      <w:pPr>
        <w:keepNext/>
        <w:spacing w:after="40" w:line="259" w:lineRule="auto"/>
      </w:pPr>
      <w:r>
        <w:rPr>
          <w:b/>
          <w:sz w:val="23"/>
        </w:rPr>
        <w:t>Hướng dẫn:</w:t>
      </w:r>
    </w:p>
    <w:p w14:paraId="13218846" w14:textId="77777777" w:rsidR="000D400E" w:rsidRDefault="00000000">
      <w:pPr>
        <w:spacing w:after="20" w:line="259" w:lineRule="auto"/>
      </w:pPr>
      <w:r>
        <w:rPr>
          <w:sz w:val="22"/>
        </w:rPr>
        <w:t xml:space="preserve">Từ đồ thị: </w:t>
      </w:r>
      <m:oMath>
        <m:r>
          <m:rPr>
            <m:sty m:val="p"/>
          </m:rPr>
          <w:rPr>
            <w:rFonts w:ascii="Cambria Math" w:hAnsi="Cambria Math"/>
          </w:rPr>
          <m:t>A = 4 cm</m:t>
        </m:r>
      </m:oMath>
      <w:r>
        <w:rPr>
          <w:sz w:val="22"/>
        </w:rPr>
        <w:t xml:space="preserve">, </w:t>
      </w:r>
      <m:oMath>
        <m:r>
          <m:rPr>
            <m:sty m:val="p"/>
          </m:rPr>
          <w:rPr>
            <w:rFonts w:ascii="Cambria Math" w:hAnsi="Cambria Math"/>
          </w:rPr>
          <m:t>T = 3 s</m:t>
        </m:r>
      </m:oMath>
      <w:r>
        <w:rPr>
          <w:sz w:val="22"/>
        </w:rPr>
        <w:t xml:space="preserve">. Điều kiện </w:t>
      </w:r>
      <m:oMath>
        <m:r>
          <m:rPr>
            <m:sty m:val="p"/>
          </m:rPr>
          <w:rPr>
            <w:rFonts w:ascii="Cambria Math" w:hAnsi="Cambria Math"/>
          </w:rPr>
          <m:t>|x| ≥ 2√2 cm = A/√2</m:t>
        </m:r>
      </m:oMath>
      <w:r>
        <w:rPr>
          <w:sz w:val="22"/>
        </w:rPr>
        <w:t>.</w:t>
      </w:r>
    </w:p>
    <w:p w14:paraId="087590E4" w14:textId="77777777" w:rsidR="000D400E" w:rsidRDefault="00000000">
      <w:pPr>
        <w:spacing w:after="20" w:line="259" w:lineRule="auto"/>
      </w:pPr>
      <w:r>
        <w:rPr>
          <w:sz w:val="22"/>
        </w:rPr>
        <w:t xml:space="preserve">Trong một chu kì, vật thỏa điều kiện khi pha thuộc các miền quanh hai vị trí biên, với tổng độ dài pha bằng π. Vì vậy tổng thời gian thỏa điều kiện trong mỗi chu kì là </w:t>
      </w:r>
      <m:oMath>
        <m:r>
          <m:rPr>
            <m:sty m:val="p"/>
          </m:rPr>
          <w:rPr>
            <w:rFonts w:ascii="Cambria Math" w:hAnsi="Cambria Math"/>
          </w:rPr>
          <m:t>Δt = T/2 = 1,5 s</m:t>
        </m:r>
      </m:oMath>
      <w:r>
        <w:rPr>
          <w:sz w:val="22"/>
        </w:rPr>
        <w:t>.</w:t>
      </w:r>
    </w:p>
    <w:p w14:paraId="21443BCB" w14:textId="77777777" w:rsidR="000D400E" w:rsidRDefault="00000000">
      <w:pPr>
        <w:spacing w:after="20" w:line="259" w:lineRule="auto"/>
      </w:pPr>
      <w:r>
        <w:rPr>
          <w:sz w:val="22"/>
        </w:rPr>
        <w:t xml:space="preserve">Trong 15 s có </w:t>
      </w:r>
      <m:oMath>
        <m:r>
          <m:rPr>
            <m:sty m:val="p"/>
          </m:rPr>
          <w:rPr>
            <w:rFonts w:ascii="Cambria Math" w:hAnsi="Cambria Math"/>
          </w:rPr>
          <m:t>15/T = 5</m:t>
        </m:r>
      </m:oMath>
      <w:r>
        <w:rPr>
          <w:sz w:val="22"/>
        </w:rPr>
        <w:t xml:space="preserve"> chu kì. Tổng thời gian cần tìm: </w:t>
      </w:r>
      <m:oMath>
        <m:r>
          <m:rPr>
            <m:sty m:val="p"/>
          </m:rPr>
          <w:rPr>
            <w:rFonts w:ascii="Cambria Math" w:hAnsi="Cambria Math"/>
          </w:rPr>
          <m:t>t = 5·1,5 = 7,5 s</m:t>
        </m:r>
      </m:oMath>
      <w:r>
        <w:rPr>
          <w:sz w:val="22"/>
        </w:rPr>
        <w:t>.</w:t>
      </w:r>
    </w:p>
    <w:p w14:paraId="51B6A0BA" w14:textId="77777777" w:rsidR="000D400E" w:rsidRDefault="00000000">
      <w:pPr>
        <w:keepNext/>
        <w:spacing w:after="60" w:line="259" w:lineRule="auto"/>
      </w:pPr>
      <w:r>
        <w:rPr>
          <w:b/>
          <w:sz w:val="23"/>
        </w:rPr>
        <w:t xml:space="preserve">Câu 2. </w:t>
      </w:r>
      <w:r>
        <w:rPr>
          <w:sz w:val="23"/>
        </w:rPr>
        <w:t xml:space="preserve">Một vật dao động điều hòa theo phương trình </w:t>
      </w:r>
      <m:oMath>
        <m:r>
          <m:rPr>
            <m:sty m:val="p"/>
          </m:rPr>
          <w:rPr>
            <w:rFonts w:ascii="Cambria Math" w:hAnsi="Cambria Math"/>
          </w:rPr>
          <m:t>x = 10cos(2πt + π/3) cm</m:t>
        </m:r>
      </m:oMath>
      <w:r>
        <w:rPr>
          <w:sz w:val="23"/>
        </w:rPr>
        <w:t xml:space="preserve">. Tính thời gian ngắn nhất kể từ t = 0 để vật đến vị trí </w:t>
      </w:r>
      <m:oMath>
        <m:r>
          <m:rPr>
            <m:sty m:val="p"/>
          </m:rPr>
          <w:rPr>
            <w:rFonts w:ascii="Cambria Math" w:hAnsi="Cambria Math"/>
          </w:rPr>
          <m:t>x = -5 cm</m:t>
        </m:r>
      </m:oMath>
      <w:r>
        <w:rPr>
          <w:sz w:val="23"/>
        </w:rPr>
        <w:t xml:space="preserve"> và chuyển động theo chiều âm. Trả lời theo đơn vị giây và làm tròn đến hàng phần nghìn.</w:t>
      </w:r>
    </w:p>
    <w:p w14:paraId="6640F26F" w14:textId="77777777" w:rsidR="000D400E" w:rsidRDefault="00000000">
      <w:pPr>
        <w:spacing w:after="40" w:line="259" w:lineRule="auto"/>
      </w:pPr>
      <w:r>
        <w:rPr>
          <w:b/>
          <w:color w:val="C00000"/>
          <w:sz w:val="23"/>
        </w:rPr>
        <w:t xml:space="preserve">Trả lời: </w:t>
      </w:r>
      <w:r>
        <w:rPr>
          <w:b/>
          <w:sz w:val="23"/>
        </w:rPr>
        <w:t>0,167</w:t>
      </w:r>
    </w:p>
    <w:p w14:paraId="64A1779F" w14:textId="77777777" w:rsidR="000D400E" w:rsidRDefault="00000000">
      <w:pPr>
        <w:keepNext/>
        <w:spacing w:after="40" w:line="259" w:lineRule="auto"/>
      </w:pPr>
      <w:r>
        <w:rPr>
          <w:b/>
          <w:sz w:val="23"/>
        </w:rPr>
        <w:t>Hướng dẫn:</w:t>
      </w:r>
    </w:p>
    <w:p w14:paraId="2176ECCD" w14:textId="77777777" w:rsidR="000D400E" w:rsidRDefault="00000000">
      <w:pPr>
        <w:spacing w:after="20" w:line="259" w:lineRule="auto"/>
      </w:pPr>
      <w:r>
        <w:rPr>
          <w:sz w:val="22"/>
        </w:rPr>
        <w:t xml:space="preserve">Tại t = 0, pha dao động là </w:t>
      </w:r>
      <m:oMath>
        <m:r>
          <m:rPr>
            <m:sty m:val="p"/>
          </m:rPr>
          <w:rPr>
            <w:rFonts w:ascii="Cambria Math" w:hAnsi="Cambria Math"/>
          </w:rPr>
          <m:t>π/3</m:t>
        </m:r>
      </m:oMath>
      <w:r>
        <w:rPr>
          <w:sz w:val="22"/>
        </w:rPr>
        <w:t xml:space="preserve">. Điều kiện </w:t>
      </w:r>
      <m:oMath>
        <m:r>
          <m:rPr>
            <m:sty m:val="p"/>
          </m:rPr>
          <w:rPr>
            <w:rFonts w:ascii="Cambria Math" w:hAnsi="Cambria Math"/>
          </w:rPr>
          <m:t>x = -5 cm = -A/2</m:t>
        </m:r>
      </m:oMath>
      <w:r>
        <w:rPr>
          <w:sz w:val="22"/>
        </w:rPr>
        <w:t xml:space="preserve"> cho </w:t>
      </w:r>
      <m:oMath>
        <m:r>
          <m:rPr>
            <m:sty m:val="p"/>
          </m:rPr>
          <w:rPr>
            <w:rFonts w:ascii="Cambria Math" w:hAnsi="Cambria Math"/>
          </w:rPr>
          <m:t>cosθ = -1/2</m:t>
        </m:r>
      </m:oMath>
      <w:r>
        <w:rPr>
          <w:sz w:val="22"/>
        </w:rPr>
        <w:t>.</w:t>
      </w:r>
    </w:p>
    <w:p w14:paraId="6A67265F" w14:textId="77777777" w:rsidR="000D400E" w:rsidRDefault="00000000">
      <w:pPr>
        <w:spacing w:after="20" w:line="259" w:lineRule="auto"/>
      </w:pPr>
      <w:r>
        <w:rPr>
          <w:sz w:val="22"/>
        </w:rPr>
        <w:lastRenderedPageBreak/>
        <w:t xml:space="preserve">Vì vật chuyển động theo chiều âm nên </w:t>
      </w:r>
      <m:oMath>
        <m:r>
          <m:rPr>
            <m:sty m:val="p"/>
          </m:rPr>
          <w:rPr>
            <w:rFonts w:ascii="Cambria Math" w:hAnsi="Cambria Math"/>
          </w:rPr>
          <m:t>v = -ωAsinθ &lt; 0</m:t>
        </m:r>
      </m:oMath>
      <w:r>
        <w:rPr>
          <w:sz w:val="22"/>
        </w:rPr>
        <w:t xml:space="preserve">, tức </w:t>
      </w:r>
      <m:oMath>
        <m:r>
          <m:rPr>
            <m:sty m:val="p"/>
          </m:rPr>
          <w:rPr>
            <w:rFonts w:ascii="Cambria Math" w:hAnsi="Cambria Math"/>
          </w:rPr>
          <m:t>sinθ &gt; 0</m:t>
        </m:r>
      </m:oMath>
      <w:r>
        <w:rPr>
          <w:sz w:val="22"/>
        </w:rPr>
        <w:t xml:space="preserve">. Pha cần đến đầu tiên là </w:t>
      </w:r>
      <m:oMath>
        <m:r>
          <m:rPr>
            <m:sty m:val="p"/>
          </m:rPr>
          <w:rPr>
            <w:rFonts w:ascii="Cambria Math" w:hAnsi="Cambria Math"/>
          </w:rPr>
          <m:t>θ = 2π/3</m:t>
        </m:r>
      </m:oMath>
      <w:r>
        <w:rPr>
          <w:sz w:val="22"/>
        </w:rPr>
        <w:t>.</w:t>
      </w:r>
    </w:p>
    <w:p w14:paraId="123809AB" w14:textId="77777777" w:rsidR="000D400E" w:rsidRDefault="00000000">
      <w:pPr>
        <w:spacing w:after="20" w:line="259" w:lineRule="auto"/>
      </w:pPr>
      <m:oMath>
        <m:r>
          <m:rPr>
            <m:sty m:val="p"/>
          </m:rPr>
          <w:rPr>
            <w:rFonts w:ascii="Cambria Math" w:hAnsi="Cambria Math"/>
          </w:rPr>
          <m:t>2πt + π/3 = 2π/3 ⇒ t = 1/6 s = 0,1666... s ≈ 0,167 s</m:t>
        </m:r>
      </m:oMath>
      <w:r>
        <w:rPr>
          <w:sz w:val="22"/>
        </w:rPr>
        <w:t>.</w:t>
      </w:r>
    </w:p>
    <w:p w14:paraId="0AD7A1F7" w14:textId="77777777" w:rsidR="000D400E" w:rsidRDefault="00000000">
      <w:pPr>
        <w:keepNext/>
        <w:spacing w:after="60" w:line="259" w:lineRule="auto"/>
      </w:pPr>
      <w:r>
        <w:rPr>
          <w:b/>
          <w:sz w:val="23"/>
        </w:rPr>
        <w:t xml:space="preserve">Câu 3. </w:t>
      </w:r>
      <w:r>
        <w:rPr>
          <w:sz w:val="23"/>
        </w:rPr>
        <w:t xml:space="preserve">Một vật dao động điều hòa theo phương trình </w:t>
      </w:r>
      <m:oMath>
        <m:r>
          <m:rPr>
            <m:sty m:val="p"/>
          </m:rPr>
          <w:rPr>
            <w:rFonts w:ascii="Cambria Math" w:hAnsi="Cambria Math"/>
          </w:rPr>
          <m:t>x = Acos(4πt + φ)</m:t>
        </m:r>
      </m:oMath>
      <w:r>
        <w:rPr>
          <w:sz w:val="23"/>
        </w:rPr>
        <w:t xml:space="preserve">, với </w:t>
      </w:r>
      <m:oMath>
        <m:r>
          <m:rPr>
            <m:sty m:val="p"/>
          </m:rPr>
          <w:rPr>
            <w:rFonts w:ascii="Cambria Math" w:hAnsi="Cambria Math"/>
          </w:rPr>
          <m:t>-π &lt; φ ≤ π</m:t>
        </m:r>
      </m:oMath>
      <w:r>
        <w:rPr>
          <w:sz w:val="23"/>
        </w:rPr>
        <w:t xml:space="preserve">. Tại t = 0, vật có li độ </w:t>
      </w:r>
      <m:oMath>
        <m:r>
          <m:rPr>
            <m:sty m:val="p"/>
          </m:rPr>
          <w:rPr>
            <w:rFonts w:ascii="Cambria Math" w:hAnsi="Cambria Math"/>
          </w:rPr>
          <m:t>x = -A/2</m:t>
        </m:r>
      </m:oMath>
      <w:r>
        <w:rPr>
          <w:sz w:val="23"/>
        </w:rPr>
        <w:t xml:space="preserve"> và chuyển động theo chiều dương. Tính pha ban đầu φ theo đơn vị radian, làm tròn đến hàng phần nghìn.</w:t>
      </w:r>
    </w:p>
    <w:p w14:paraId="0D6D4717" w14:textId="77777777" w:rsidR="000D400E" w:rsidRDefault="00000000">
      <w:pPr>
        <w:spacing w:after="40" w:line="259" w:lineRule="auto"/>
      </w:pPr>
      <w:r>
        <w:rPr>
          <w:b/>
          <w:color w:val="C00000"/>
          <w:sz w:val="23"/>
        </w:rPr>
        <w:t xml:space="preserve">Trả lời: </w:t>
      </w:r>
      <w:r>
        <w:rPr>
          <w:b/>
          <w:sz w:val="23"/>
        </w:rPr>
        <w:t>-2,094</w:t>
      </w:r>
    </w:p>
    <w:p w14:paraId="344D0656" w14:textId="77777777" w:rsidR="000D400E" w:rsidRDefault="00000000">
      <w:pPr>
        <w:keepNext/>
        <w:spacing w:after="40" w:line="259" w:lineRule="auto"/>
      </w:pPr>
      <w:r>
        <w:rPr>
          <w:b/>
          <w:sz w:val="23"/>
        </w:rPr>
        <w:t>Hướng dẫn:</w:t>
      </w:r>
    </w:p>
    <w:p w14:paraId="09F8E7F0" w14:textId="77777777" w:rsidR="000D400E" w:rsidRDefault="00000000">
      <w:pPr>
        <w:spacing w:after="20" w:line="259" w:lineRule="auto"/>
      </w:pPr>
      <w:r>
        <w:rPr>
          <w:sz w:val="22"/>
        </w:rPr>
        <w:t xml:space="preserve">Tại t = 0: </w:t>
      </w:r>
      <m:oMath>
        <m:r>
          <m:rPr>
            <m:sty m:val="p"/>
          </m:rPr>
          <w:rPr>
            <w:rFonts w:ascii="Cambria Math" w:hAnsi="Cambria Math"/>
          </w:rPr>
          <m:t>cosφ = x₀/A = -1/2</m:t>
        </m:r>
      </m:oMath>
      <w:r>
        <w:rPr>
          <w:sz w:val="22"/>
        </w:rPr>
        <w:t xml:space="preserve"> nên trong khoảng đã cho có thể có </w:t>
      </w:r>
      <m:oMath>
        <m:r>
          <m:rPr>
            <m:sty m:val="p"/>
          </m:rPr>
          <w:rPr>
            <w:rFonts w:ascii="Cambria Math" w:hAnsi="Cambria Math"/>
          </w:rPr>
          <m:t>φ = ±2π/3</m:t>
        </m:r>
      </m:oMath>
      <w:r>
        <w:rPr>
          <w:sz w:val="22"/>
        </w:rPr>
        <w:t>.</w:t>
      </w:r>
    </w:p>
    <w:p w14:paraId="2CE69BBC" w14:textId="77777777" w:rsidR="000D400E" w:rsidRDefault="00000000">
      <w:pPr>
        <w:spacing w:after="20" w:line="259" w:lineRule="auto"/>
      </w:pPr>
      <w:r>
        <w:rPr>
          <w:sz w:val="22"/>
        </w:rPr>
        <w:t xml:space="preserve">Vật chuyển động theo chiều dương: </w:t>
      </w:r>
      <m:oMath>
        <m:r>
          <m:rPr>
            <m:sty m:val="p"/>
          </m:rPr>
          <w:rPr>
            <w:rFonts w:ascii="Cambria Math" w:hAnsi="Cambria Math"/>
          </w:rPr>
          <m:t>v₀ = -4πAsinφ &gt; 0</m:t>
        </m:r>
      </m:oMath>
      <w:r>
        <w:rPr>
          <w:sz w:val="22"/>
        </w:rPr>
        <w:t xml:space="preserve"> nên </w:t>
      </w:r>
      <m:oMath>
        <m:r>
          <m:rPr>
            <m:sty m:val="p"/>
          </m:rPr>
          <w:rPr>
            <w:rFonts w:ascii="Cambria Math" w:hAnsi="Cambria Math"/>
          </w:rPr>
          <m:t>sinφ &lt; 0</m:t>
        </m:r>
      </m:oMath>
      <w:r>
        <w:rPr>
          <w:sz w:val="22"/>
        </w:rPr>
        <w:t xml:space="preserve">. Do đó </w:t>
      </w:r>
      <m:oMath>
        <m:r>
          <m:rPr>
            <m:sty m:val="p"/>
          </m:rPr>
          <w:rPr>
            <w:rFonts w:ascii="Cambria Math" w:hAnsi="Cambria Math"/>
          </w:rPr>
          <m:t>φ = -2π/3 rad</m:t>
        </m:r>
      </m:oMath>
      <w:r>
        <w:rPr>
          <w:sz w:val="22"/>
        </w:rPr>
        <w:t>.</w:t>
      </w:r>
    </w:p>
    <w:p w14:paraId="25F141F5" w14:textId="77777777" w:rsidR="000D400E" w:rsidRDefault="00000000">
      <w:pPr>
        <w:spacing w:after="20" w:line="259" w:lineRule="auto"/>
      </w:pPr>
      <w:r>
        <w:rPr>
          <w:sz w:val="22"/>
        </w:rPr>
        <w:t xml:space="preserve">Giá trị gần đúng: </w:t>
      </w:r>
      <m:oMath>
        <m:r>
          <m:rPr>
            <m:sty m:val="p"/>
          </m:rPr>
          <w:rPr>
            <w:rFonts w:ascii="Cambria Math" w:hAnsi="Cambria Math"/>
          </w:rPr>
          <m:t>φ ≈ -2,094 rad</m:t>
        </m:r>
      </m:oMath>
      <w:r>
        <w:rPr>
          <w:sz w:val="22"/>
        </w:rPr>
        <w:t>.</w:t>
      </w:r>
    </w:p>
    <w:p w14:paraId="337C127F" w14:textId="77777777" w:rsidR="000D400E" w:rsidRDefault="00000000">
      <w:pPr>
        <w:keepNext/>
        <w:spacing w:after="60" w:line="259" w:lineRule="auto"/>
      </w:pPr>
      <w:r>
        <w:rPr>
          <w:b/>
          <w:sz w:val="23"/>
        </w:rPr>
        <w:t xml:space="preserve">Câu 4. </w:t>
      </w:r>
      <w:r>
        <w:rPr>
          <w:sz w:val="23"/>
        </w:rPr>
        <w:t>Đồ thị vận tốc - li độ của một vật dao động điều hòa được cho như hình. Tính độ lớn gia tốc cực đại của vật theo đơn vị cm/s².</w:t>
      </w:r>
    </w:p>
    <w:p w14:paraId="39DE5858" w14:textId="77777777" w:rsidR="000D400E" w:rsidRDefault="00000000">
      <w:pPr>
        <w:keepNext/>
        <w:spacing w:after="40"/>
        <w:jc w:val="center"/>
      </w:pPr>
      <w:r>
        <w:rPr>
          <w:noProof/>
        </w:rPr>
        <w:drawing>
          <wp:inline distT="0" distB="0" distL="0" distR="0" wp14:anchorId="03450F2A" wp14:editId="0B637EED">
            <wp:extent cx="2592000" cy="1701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vx.png"/>
                    <pic:cNvPicPr/>
                  </pic:nvPicPr>
                  <pic:blipFill>
                    <a:blip r:embed="rId8"/>
                    <a:stretch>
                      <a:fillRect/>
                    </a:stretch>
                  </pic:blipFill>
                  <pic:spPr>
                    <a:xfrm>
                      <a:off x="0" y="0"/>
                      <a:ext cx="2592000" cy="1701000"/>
                    </a:xfrm>
                    <a:prstGeom prst="rect">
                      <a:avLst/>
                    </a:prstGeom>
                  </pic:spPr>
                </pic:pic>
              </a:graphicData>
            </a:graphic>
          </wp:inline>
        </w:drawing>
      </w:r>
    </w:p>
    <w:p w14:paraId="21F00961" w14:textId="77777777" w:rsidR="000D400E" w:rsidRDefault="00000000">
      <w:pPr>
        <w:spacing w:after="40" w:line="259" w:lineRule="auto"/>
      </w:pPr>
      <w:r>
        <w:rPr>
          <w:b/>
          <w:color w:val="C00000"/>
          <w:sz w:val="23"/>
        </w:rPr>
        <w:t xml:space="preserve">Trả lời: </w:t>
      </w:r>
      <w:r>
        <w:rPr>
          <w:b/>
          <w:sz w:val="23"/>
        </w:rPr>
        <w:t>80</w:t>
      </w:r>
    </w:p>
    <w:p w14:paraId="10A486D0" w14:textId="77777777" w:rsidR="000D400E" w:rsidRDefault="00000000">
      <w:pPr>
        <w:keepNext/>
        <w:spacing w:after="40" w:line="259" w:lineRule="auto"/>
      </w:pPr>
      <w:r>
        <w:rPr>
          <w:b/>
          <w:sz w:val="23"/>
        </w:rPr>
        <w:t>Hướng dẫn:</w:t>
      </w:r>
    </w:p>
    <w:p w14:paraId="12D4925C" w14:textId="77777777" w:rsidR="000D400E" w:rsidRDefault="00000000">
      <w:pPr>
        <w:spacing w:after="20" w:line="259" w:lineRule="auto"/>
      </w:pPr>
      <w:r>
        <w:rPr>
          <w:sz w:val="22"/>
        </w:rPr>
        <w:t xml:space="preserve">Từ elip vận tốc - li độ đọc được </w:t>
      </w:r>
      <m:oMath>
        <m:r>
          <m:rPr>
            <m:sty m:val="p"/>
          </m:rPr>
          <w:rPr>
            <w:rFonts w:ascii="Cambria Math" w:hAnsi="Cambria Math"/>
          </w:rPr>
          <m:t>A = 5 cm</m:t>
        </m:r>
      </m:oMath>
      <w:r>
        <w:rPr>
          <w:sz w:val="22"/>
        </w:rPr>
        <w:t xml:space="preserve"> và </w:t>
      </w:r>
      <m:oMath>
        <m:r>
          <m:rPr>
            <m:sty m:val="p"/>
          </m:rPr>
          <w:rPr>
            <w:rFonts w:ascii="Cambria Math" w:hAnsi="Cambria Math"/>
          </w:rPr>
          <m:t>vₘₐₓ = 20 cm/s</m:t>
        </m:r>
      </m:oMath>
      <w:r>
        <w:rPr>
          <w:sz w:val="22"/>
        </w:rPr>
        <w:t>.</w:t>
      </w:r>
    </w:p>
    <w:p w14:paraId="7FFFA11E" w14:textId="77777777" w:rsidR="000D400E" w:rsidRDefault="00000000">
      <w:pPr>
        <w:spacing w:after="20" w:line="259" w:lineRule="auto"/>
      </w:pPr>
      <w:r>
        <w:rPr>
          <w:sz w:val="22"/>
        </w:rPr>
        <w:t xml:space="preserve">Vì </w:t>
      </w:r>
      <m:oMath>
        <m:r>
          <m:rPr>
            <m:sty m:val="p"/>
          </m:rPr>
          <w:rPr>
            <w:rFonts w:ascii="Cambria Math" w:hAnsi="Cambria Math"/>
          </w:rPr>
          <m:t>vₘₐₓ = ωA</m:t>
        </m:r>
      </m:oMath>
      <w:r>
        <w:rPr>
          <w:sz w:val="22"/>
        </w:rPr>
        <w:t xml:space="preserve"> nên </w:t>
      </w:r>
      <m:oMath>
        <m:r>
          <m:rPr>
            <m:sty m:val="p"/>
          </m:rPr>
          <w:rPr>
            <w:rFonts w:ascii="Cambria Math" w:hAnsi="Cambria Math"/>
          </w:rPr>
          <m:t>ω = 20/5 = 4 rad/s</m:t>
        </m:r>
      </m:oMath>
      <w:r>
        <w:rPr>
          <w:sz w:val="22"/>
        </w:rPr>
        <w:t xml:space="preserve">. Gia tốc cực đại: </w:t>
      </w:r>
      <m:oMath>
        <m:r>
          <m:rPr>
            <m:sty m:val="p"/>
          </m:rPr>
          <w:rPr>
            <w:rFonts w:ascii="Cambria Math" w:hAnsi="Cambria Math"/>
          </w:rPr>
          <m:t>aₘₐₓ = ω²A = ωvₘₐₓ = 4·20 = 80 cm/s²</m:t>
        </m:r>
      </m:oMath>
      <w:r>
        <w:rPr>
          <w:sz w:val="22"/>
        </w:rPr>
        <w:t>.</w:t>
      </w:r>
    </w:p>
    <w:p w14:paraId="0CD509F7" w14:textId="77777777" w:rsidR="000D400E" w:rsidRDefault="00000000">
      <w:pPr>
        <w:keepNext/>
        <w:spacing w:after="60" w:line="259" w:lineRule="auto"/>
      </w:pPr>
      <w:r>
        <w:rPr>
          <w:b/>
          <w:sz w:val="23"/>
        </w:rPr>
        <w:t xml:space="preserve">Câu 5. </w:t>
      </w:r>
      <w:r>
        <w:rPr>
          <w:sz w:val="23"/>
        </w:rPr>
        <w:t xml:space="preserve">Một vật dao động điều hòa thỏa mãn </w:t>
      </w:r>
      <m:oMath>
        <m:r>
          <m:rPr>
            <m:sty m:val="p"/>
          </m:rPr>
          <w:rPr>
            <w:rFonts w:ascii="Cambria Math" w:hAnsi="Cambria Math"/>
          </w:rPr>
          <m:t>a = -16π²x</m:t>
        </m:r>
      </m:oMath>
      <w:r>
        <w:rPr>
          <w:sz w:val="23"/>
        </w:rPr>
        <w:t xml:space="preserve">. Tại t = 0, vật qua vị trí cân bằng theo chiều dương. Tính thời gian ngắn nhất để vật đến vị trí </w:t>
      </w:r>
      <m:oMath>
        <m:r>
          <m:rPr>
            <m:sty m:val="p"/>
          </m:rPr>
          <w:rPr>
            <w:rFonts w:ascii="Cambria Math" w:hAnsi="Cambria Math"/>
          </w:rPr>
          <m:t>x = A/√2</m:t>
        </m:r>
      </m:oMath>
      <w:r>
        <w:rPr>
          <w:sz w:val="23"/>
        </w:rPr>
        <w:t xml:space="preserve"> và chuyển động theo chiều âm. Làm tròn đến hàng phần nghìn giây.</w:t>
      </w:r>
    </w:p>
    <w:p w14:paraId="63EC0B31" w14:textId="77777777" w:rsidR="000D400E" w:rsidRDefault="00000000">
      <w:pPr>
        <w:spacing w:after="40" w:line="259" w:lineRule="auto"/>
      </w:pPr>
      <w:r>
        <w:rPr>
          <w:b/>
          <w:color w:val="C00000"/>
          <w:sz w:val="23"/>
        </w:rPr>
        <w:t xml:space="preserve">Trả lời: </w:t>
      </w:r>
      <w:r>
        <w:rPr>
          <w:b/>
          <w:sz w:val="23"/>
        </w:rPr>
        <w:t>0,188</w:t>
      </w:r>
    </w:p>
    <w:p w14:paraId="7176350F" w14:textId="77777777" w:rsidR="000D400E" w:rsidRDefault="00000000">
      <w:pPr>
        <w:keepNext/>
        <w:spacing w:after="40" w:line="259" w:lineRule="auto"/>
      </w:pPr>
      <w:r>
        <w:rPr>
          <w:b/>
          <w:sz w:val="23"/>
        </w:rPr>
        <w:t>Hướng dẫn:</w:t>
      </w:r>
    </w:p>
    <w:p w14:paraId="5EDE6D9E" w14:textId="77777777" w:rsidR="000D400E" w:rsidRDefault="00000000">
      <w:pPr>
        <w:spacing w:after="20" w:line="259" w:lineRule="auto"/>
      </w:pPr>
      <w:r>
        <w:rPr>
          <w:sz w:val="22"/>
        </w:rPr>
        <w:t xml:space="preserve">So sánh </w:t>
      </w:r>
      <m:oMath>
        <m:r>
          <m:rPr>
            <m:sty m:val="p"/>
          </m:rPr>
          <w:rPr>
            <w:rFonts w:ascii="Cambria Math" w:hAnsi="Cambria Math"/>
          </w:rPr>
          <m:t>a = -ω²x</m:t>
        </m:r>
      </m:oMath>
      <w:r>
        <w:rPr>
          <w:sz w:val="22"/>
        </w:rPr>
        <w:t xml:space="preserve"> với </w:t>
      </w:r>
      <m:oMath>
        <m:r>
          <m:rPr>
            <m:sty m:val="p"/>
          </m:rPr>
          <w:rPr>
            <w:rFonts w:ascii="Cambria Math" w:hAnsi="Cambria Math"/>
          </w:rPr>
          <m:t>a = -16π²x</m:t>
        </m:r>
      </m:oMath>
      <w:r>
        <w:rPr>
          <w:sz w:val="22"/>
        </w:rPr>
        <w:t xml:space="preserve">, suy ra </w:t>
      </w:r>
      <m:oMath>
        <m:r>
          <m:rPr>
            <m:sty m:val="p"/>
          </m:rPr>
          <w:rPr>
            <w:rFonts w:ascii="Cambria Math" w:hAnsi="Cambria Math"/>
          </w:rPr>
          <m:t>ω = 4π rad/s</m:t>
        </m:r>
      </m:oMath>
      <w:r>
        <w:rPr>
          <w:sz w:val="22"/>
        </w:rPr>
        <w:t>.</w:t>
      </w:r>
    </w:p>
    <w:p w14:paraId="16203944" w14:textId="77777777" w:rsidR="000D400E" w:rsidRDefault="00000000">
      <w:pPr>
        <w:spacing w:after="20" w:line="259" w:lineRule="auto"/>
      </w:pPr>
      <w:r>
        <w:rPr>
          <w:sz w:val="22"/>
        </w:rPr>
        <w:t xml:space="preserve">Tại t = 0 vật qua cân bằng theo chiều dương, có thể chọn </w:t>
      </w:r>
      <m:oMath>
        <m:r>
          <m:rPr>
            <m:sty m:val="p"/>
          </m:rPr>
          <w:rPr>
            <w:rFonts w:ascii="Cambria Math" w:hAnsi="Cambria Math"/>
          </w:rPr>
          <m:t>x = Asin(ωt)</m:t>
        </m:r>
      </m:oMath>
      <w:r>
        <w:rPr>
          <w:sz w:val="22"/>
        </w:rPr>
        <w:t xml:space="preserve">. Điều kiện </w:t>
      </w:r>
      <m:oMath>
        <m:r>
          <m:rPr>
            <m:sty m:val="p"/>
          </m:rPr>
          <w:rPr>
            <w:rFonts w:ascii="Cambria Math" w:hAnsi="Cambria Math"/>
          </w:rPr>
          <m:t>x = A/√2</m:t>
        </m:r>
      </m:oMath>
      <w:r>
        <w:rPr>
          <w:sz w:val="22"/>
        </w:rPr>
        <w:t xml:space="preserve"> và chuyển động theo chiều âm ứng với pha dương đầu tiên </w:t>
      </w:r>
      <m:oMath>
        <m:r>
          <m:rPr>
            <m:sty m:val="p"/>
          </m:rPr>
          <w:rPr>
            <w:rFonts w:ascii="Cambria Math" w:hAnsi="Cambria Math"/>
          </w:rPr>
          <m:t>ωt = 3π/4</m:t>
        </m:r>
      </m:oMath>
      <w:r>
        <w:rPr>
          <w:sz w:val="22"/>
        </w:rPr>
        <w:t>.</w:t>
      </w:r>
    </w:p>
    <w:p w14:paraId="6D41AAA2" w14:textId="77777777" w:rsidR="000D400E" w:rsidRDefault="00000000">
      <w:pPr>
        <w:spacing w:after="20" w:line="259" w:lineRule="auto"/>
      </w:pPr>
      <m:oMath>
        <m:r>
          <m:rPr>
            <m:sty m:val="p"/>
          </m:rPr>
          <w:rPr>
            <w:rFonts w:ascii="Cambria Math" w:hAnsi="Cambria Math"/>
          </w:rPr>
          <m:t>t = (3π/4)/(4π) = 3/16 = 0,1875 s ≈ 0,188 s</m:t>
        </m:r>
      </m:oMath>
      <w:r>
        <w:rPr>
          <w:sz w:val="22"/>
        </w:rPr>
        <w:t>.</w:t>
      </w:r>
    </w:p>
    <w:p w14:paraId="0B3C0D41" w14:textId="77777777" w:rsidR="000D400E" w:rsidRDefault="00000000">
      <w:pPr>
        <w:keepNext/>
        <w:spacing w:after="60" w:line="259" w:lineRule="auto"/>
      </w:pPr>
      <w:r>
        <w:rPr>
          <w:b/>
          <w:sz w:val="23"/>
        </w:rPr>
        <w:t xml:space="preserve">Câu 6. </w:t>
      </w:r>
      <w:r>
        <w:rPr>
          <w:sz w:val="23"/>
        </w:rPr>
        <w:t>Đồ thị thế năng U theo li độ x và đường cơ năng W của một vật dao động điều hòa được cho như hình. Tính động năng của vật khi x = 3 cm, theo đơn vị mJ.</w:t>
      </w:r>
    </w:p>
    <w:p w14:paraId="19D52898" w14:textId="77777777" w:rsidR="000D400E" w:rsidRDefault="00000000">
      <w:pPr>
        <w:keepNext/>
        <w:spacing w:after="40"/>
        <w:jc w:val="center"/>
      </w:pPr>
      <w:r>
        <w:rPr>
          <w:noProof/>
        </w:rPr>
        <w:drawing>
          <wp:inline distT="0" distB="0" distL="0" distR="0" wp14:anchorId="0308F437" wp14:editId="098D893D">
            <wp:extent cx="3240000" cy="13066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_energy_x.png"/>
                    <pic:cNvPicPr/>
                  </pic:nvPicPr>
                  <pic:blipFill>
                    <a:blip r:embed="rId9"/>
                    <a:stretch>
                      <a:fillRect/>
                    </a:stretch>
                  </pic:blipFill>
                  <pic:spPr>
                    <a:xfrm>
                      <a:off x="0" y="0"/>
                      <a:ext cx="3240000" cy="1306698"/>
                    </a:xfrm>
                    <a:prstGeom prst="rect">
                      <a:avLst/>
                    </a:prstGeom>
                  </pic:spPr>
                </pic:pic>
              </a:graphicData>
            </a:graphic>
          </wp:inline>
        </w:drawing>
      </w:r>
    </w:p>
    <w:p w14:paraId="2183089E" w14:textId="77777777" w:rsidR="000D400E" w:rsidRDefault="00000000">
      <w:pPr>
        <w:spacing w:after="40" w:line="259" w:lineRule="auto"/>
      </w:pPr>
      <w:r>
        <w:rPr>
          <w:b/>
          <w:color w:val="C00000"/>
          <w:sz w:val="23"/>
        </w:rPr>
        <w:t xml:space="preserve">Trả lời: </w:t>
      </w:r>
      <w:r>
        <w:rPr>
          <w:b/>
          <w:sz w:val="23"/>
        </w:rPr>
        <w:t>9</w:t>
      </w:r>
    </w:p>
    <w:p w14:paraId="3AEE4E1F" w14:textId="77777777" w:rsidR="000D400E" w:rsidRDefault="00000000">
      <w:pPr>
        <w:keepNext/>
        <w:spacing w:after="40" w:line="259" w:lineRule="auto"/>
      </w:pPr>
      <w:r>
        <w:rPr>
          <w:b/>
          <w:sz w:val="23"/>
        </w:rPr>
        <w:t>Hướng dẫn:</w:t>
      </w:r>
    </w:p>
    <w:p w14:paraId="6337C1FE" w14:textId="77777777" w:rsidR="000D400E" w:rsidRDefault="00000000">
      <w:pPr>
        <w:spacing w:after="20" w:line="259" w:lineRule="auto"/>
      </w:pPr>
      <w:r>
        <w:rPr>
          <w:sz w:val="22"/>
        </w:rPr>
        <w:t xml:space="preserve">Từ đồ thị, tại </w:t>
      </w:r>
      <m:oMath>
        <m:r>
          <m:rPr>
            <m:sty m:val="p"/>
          </m:rPr>
          <w:rPr>
            <w:rFonts w:ascii="Cambria Math" w:hAnsi="Cambria Math"/>
          </w:rPr>
          <m:t>x = 3 cm</m:t>
        </m:r>
      </m:oMath>
      <w:r>
        <w:rPr>
          <w:sz w:val="22"/>
        </w:rPr>
        <w:t xml:space="preserve"> đọc được </w:t>
      </w:r>
      <m:oMath>
        <m:r>
          <m:rPr>
            <m:sty m:val="p"/>
          </m:rPr>
          <w:rPr>
            <w:rFonts w:ascii="Cambria Math" w:hAnsi="Cambria Math"/>
          </w:rPr>
          <m:t>U = 3 mJ</m:t>
        </m:r>
      </m:oMath>
      <w:r>
        <w:rPr>
          <w:sz w:val="22"/>
        </w:rPr>
        <w:t xml:space="preserve">; cơ năng </w:t>
      </w:r>
      <m:oMath>
        <m:r>
          <m:rPr>
            <m:sty m:val="p"/>
          </m:rPr>
          <w:rPr>
            <w:rFonts w:ascii="Cambria Math" w:hAnsi="Cambria Math"/>
          </w:rPr>
          <m:t>W = 12 mJ</m:t>
        </m:r>
      </m:oMath>
      <w:r>
        <w:rPr>
          <w:sz w:val="22"/>
        </w:rPr>
        <w:t>.</w:t>
      </w:r>
    </w:p>
    <w:p w14:paraId="6D1A1918" w14:textId="77777777" w:rsidR="000D400E" w:rsidRDefault="00000000">
      <w:pPr>
        <w:spacing w:after="20" w:line="259" w:lineRule="auto"/>
      </w:pPr>
      <w:r>
        <w:rPr>
          <w:sz w:val="22"/>
        </w:rPr>
        <w:lastRenderedPageBreak/>
        <w:t xml:space="preserve">Theo định luật bảo toàn cơ năng: </w:t>
      </w:r>
      <m:oMath>
        <m:r>
          <m:rPr>
            <m:sty m:val="p"/>
          </m:rPr>
          <w:rPr>
            <w:rFonts w:ascii="Cambria Math" w:hAnsi="Cambria Math"/>
          </w:rPr>
          <m:t>K = W - U = 12 - 3 = 9 mJ</m:t>
        </m:r>
      </m:oMath>
      <w:r>
        <w:rPr>
          <w:sz w:val="22"/>
        </w:rPr>
        <w:t>.</w:t>
      </w:r>
    </w:p>
    <w:p w14:paraId="1D41962C" w14:textId="77777777" w:rsidR="000D400E" w:rsidRDefault="00000000">
      <w:pPr>
        <w:spacing w:after="0" w:line="259" w:lineRule="auto"/>
        <w:jc w:val="center"/>
      </w:pPr>
      <w:r>
        <w:rPr>
          <w:b/>
          <w:sz w:val="23"/>
        </w:rPr>
        <w:t>........Hết........</w:t>
      </w:r>
    </w:p>
    <w:sectPr w:rsidR="000D400E" w:rsidSect="00034616">
      <w:pgSz w:w="11906" w:h="16838"/>
      <w:pgMar w:top="850"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448708">
    <w:abstractNumId w:val="8"/>
  </w:num>
  <w:num w:numId="2" w16cid:durableId="1952005465">
    <w:abstractNumId w:val="6"/>
  </w:num>
  <w:num w:numId="3" w16cid:durableId="1209143061">
    <w:abstractNumId w:val="5"/>
  </w:num>
  <w:num w:numId="4" w16cid:durableId="1909804503">
    <w:abstractNumId w:val="4"/>
  </w:num>
  <w:num w:numId="5" w16cid:durableId="1859738388">
    <w:abstractNumId w:val="7"/>
  </w:num>
  <w:num w:numId="6" w16cid:durableId="887106304">
    <w:abstractNumId w:val="3"/>
  </w:num>
  <w:num w:numId="7" w16cid:durableId="1709525988">
    <w:abstractNumId w:val="2"/>
  </w:num>
  <w:num w:numId="8" w16cid:durableId="1672684368">
    <w:abstractNumId w:val="1"/>
  </w:num>
  <w:num w:numId="9" w16cid:durableId="24460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00E"/>
    <w:rsid w:val="0015074B"/>
    <w:rsid w:val="0029639D"/>
    <w:rsid w:val="00326F90"/>
    <w:rsid w:val="004578FB"/>
    <w:rsid w:val="00A36E8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58550"/>
  <w14:defaultImageDpi w14:val="300"/>
  <w15:docId w15:val="{685EB45B-EC8A-41E4-B87D-B130DD020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Viet Tran Van</cp:lastModifiedBy>
  <cp:revision>2</cp:revision>
  <dcterms:created xsi:type="dcterms:W3CDTF">2013-12-23T23:15:00Z</dcterms:created>
  <dcterms:modified xsi:type="dcterms:W3CDTF">2026-09-14T10:05:00Z</dcterms:modified>
  <cp:category/>
</cp:coreProperties>
</file>