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4989"/>
        <w:gridCol w:w="4989"/>
      </w:tblGrid>
      <w:tr w:rsidR="003226FE" w:rsidRPr="00C86884" w14:paraId="611A35D4" w14:textId="77777777">
        <w:trPr>
          <w:jc w:val="center"/>
        </w:trPr>
        <w:tc>
          <w:tcPr>
            <w:tcW w:w="4989" w:type="dxa"/>
            <w:tcBorders>
              <w:top w:val="nil"/>
              <w:left w:val="nil"/>
              <w:bottom w:val="nil"/>
              <w:right w:val="nil"/>
            </w:tcBorders>
          </w:tcPr>
          <w:p w14:paraId="4B6653D9" w14:textId="637E13D6" w:rsidR="003226FE" w:rsidRPr="00C86884" w:rsidRDefault="00000000">
            <w:pPr>
              <w:jc w:val="center"/>
              <w:rPr>
                <w:color w:val="002366"/>
              </w:rPr>
            </w:pPr>
            <w:r w:rsidRPr="00C86884">
              <w:rPr>
                <w:b/>
                <w:color w:val="002366"/>
                <w:sz w:val="20"/>
              </w:rPr>
              <w:t>TRƯỜNG THPT</w:t>
            </w:r>
          </w:p>
        </w:tc>
        <w:tc>
          <w:tcPr>
            <w:tcW w:w="4989" w:type="dxa"/>
            <w:tcBorders>
              <w:top w:val="nil"/>
              <w:left w:val="nil"/>
              <w:bottom w:val="nil"/>
              <w:right w:val="nil"/>
            </w:tcBorders>
          </w:tcPr>
          <w:p w14:paraId="2FAB7E54" w14:textId="77777777" w:rsidR="003226FE" w:rsidRPr="00C86884" w:rsidRDefault="00000000">
            <w:pPr>
              <w:jc w:val="center"/>
              <w:rPr>
                <w:color w:val="002366"/>
              </w:rPr>
            </w:pPr>
            <w:r w:rsidRPr="00C86884">
              <w:rPr>
                <w:b/>
                <w:color w:val="002366"/>
                <w:sz w:val="22"/>
              </w:rPr>
              <w:t>KIỂM TRA GIỮA HỌC KÌ I</w:t>
            </w:r>
          </w:p>
        </w:tc>
      </w:tr>
      <w:tr w:rsidR="003226FE" w:rsidRPr="00C86884" w14:paraId="301231F6" w14:textId="77777777">
        <w:trPr>
          <w:jc w:val="center"/>
        </w:trPr>
        <w:tc>
          <w:tcPr>
            <w:tcW w:w="4989" w:type="dxa"/>
            <w:tcBorders>
              <w:top w:val="nil"/>
              <w:left w:val="nil"/>
              <w:bottom w:val="nil"/>
              <w:right w:val="nil"/>
            </w:tcBorders>
          </w:tcPr>
          <w:p w14:paraId="458FF3A3" w14:textId="77777777" w:rsidR="003226FE" w:rsidRPr="00C86884" w:rsidRDefault="00000000">
            <w:pPr>
              <w:jc w:val="center"/>
              <w:rPr>
                <w:color w:val="002366"/>
              </w:rPr>
            </w:pPr>
            <w:r w:rsidRPr="00C86884">
              <w:rPr>
                <w:b/>
                <w:color w:val="002366"/>
                <w:sz w:val="20"/>
              </w:rPr>
              <w:t>TỔ VẬT LÍ</w:t>
            </w:r>
          </w:p>
        </w:tc>
        <w:tc>
          <w:tcPr>
            <w:tcW w:w="4989" w:type="dxa"/>
            <w:tcBorders>
              <w:top w:val="nil"/>
              <w:left w:val="nil"/>
              <w:bottom w:val="nil"/>
              <w:right w:val="nil"/>
            </w:tcBorders>
          </w:tcPr>
          <w:p w14:paraId="3E828417" w14:textId="77777777" w:rsidR="003226FE" w:rsidRPr="00C86884" w:rsidRDefault="00000000">
            <w:pPr>
              <w:jc w:val="center"/>
              <w:rPr>
                <w:color w:val="002366"/>
              </w:rPr>
            </w:pPr>
            <w:r w:rsidRPr="00C86884">
              <w:rPr>
                <w:b/>
                <w:color w:val="002366"/>
                <w:sz w:val="22"/>
              </w:rPr>
              <w:t>MÔN VẬT LÍ 11</w:t>
            </w:r>
          </w:p>
        </w:tc>
      </w:tr>
    </w:tbl>
    <w:p w14:paraId="45136868" w14:textId="77777777" w:rsidR="003226FE" w:rsidRPr="00C86884" w:rsidRDefault="00000000">
      <w:pPr>
        <w:spacing w:after="40" w:line="259" w:lineRule="auto"/>
        <w:jc w:val="center"/>
        <w:rPr>
          <w:color w:val="002366"/>
        </w:rPr>
      </w:pPr>
      <w:r w:rsidRPr="00C86884">
        <w:rPr>
          <w:b/>
          <w:color w:val="002366"/>
          <w:sz w:val="28"/>
        </w:rPr>
        <w:t>HƯỚNG DẪN CHẤM VÀ GIẢI CHI TIẾT</w:t>
      </w:r>
    </w:p>
    <w:p w14:paraId="149946E9" w14:textId="77777777" w:rsidR="003226FE" w:rsidRPr="00C86884" w:rsidRDefault="00000000">
      <w:pPr>
        <w:spacing w:after="40" w:line="259" w:lineRule="auto"/>
        <w:jc w:val="center"/>
        <w:rPr>
          <w:color w:val="EE0000"/>
        </w:rPr>
      </w:pPr>
      <w:r w:rsidRPr="00C86884">
        <w:rPr>
          <w:i/>
          <w:color w:val="EE0000"/>
          <w:sz w:val="22"/>
        </w:rPr>
        <w:t>Mã đề 001</w:t>
      </w:r>
    </w:p>
    <w:p w14:paraId="5742060D" w14:textId="77777777" w:rsidR="003226FE" w:rsidRDefault="00000000">
      <w:pPr>
        <w:spacing w:after="80" w:line="259" w:lineRule="auto"/>
      </w:pPr>
      <w:r>
        <w:rPr>
          <w:b/>
          <w:sz w:val="23"/>
        </w:rPr>
        <w:t xml:space="preserve">QUY TẮC QUY ĐIỂM: </w:t>
      </w:r>
      <w:r>
        <w:rPr>
          <w:sz w:val="23"/>
        </w:rPr>
        <w:t>Phần I: mỗi câu đúng 0,25 điểm (tối đa 4,50 điểm). Phần II: trong mỗi câu, thí sinh chọn đúng 1 ý được 0,10 điểm; đúng 2 ý được 0,25 điểm; đúng 3 ý được 0,50 điểm; đúng cả 4 ý được 1,00 điểm (tối đa 4,00 điểm). Phần III: mỗi câu đúng 0,25 điểm (tối đa 1,50 điểm). Tổng điểm toàn bài: 10,00 điểm.</w:t>
      </w:r>
    </w:p>
    <w:p w14:paraId="1AEEFD69" w14:textId="77777777" w:rsidR="003226FE" w:rsidRPr="00C86884" w:rsidRDefault="00000000">
      <w:pPr>
        <w:keepNext/>
        <w:spacing w:after="80" w:line="259" w:lineRule="auto"/>
        <w:rPr>
          <w:color w:val="002366"/>
        </w:rPr>
      </w:pPr>
      <w:r w:rsidRPr="00C86884">
        <w:rPr>
          <w:b/>
          <w:color w:val="002366"/>
        </w:rPr>
        <w:t>PHẦN I. Câu trắc nghiệm nhiều phương án lựa chọn.</w:t>
      </w:r>
    </w:p>
    <w:p w14:paraId="5D7C7312" w14:textId="77777777" w:rsidR="003226FE" w:rsidRDefault="00000000">
      <w:pPr>
        <w:keepNext/>
        <w:spacing w:after="60" w:line="259" w:lineRule="auto"/>
      </w:pPr>
      <w:r>
        <w:rPr>
          <w:b/>
          <w:sz w:val="23"/>
        </w:rPr>
        <w:t xml:space="preserve">Câu 1. </w:t>
      </w:r>
      <w:r>
        <w:rPr>
          <w:sz w:val="23"/>
        </w:rPr>
        <w:t>Khoảng thời gian ngắn nhất để trạng thái dao động của một vật lặp lại như cũ được gọi là</w:t>
      </w:r>
    </w:p>
    <w:p w14:paraId="0A574FC9" w14:textId="77777777" w:rsidR="003226FE" w:rsidRDefault="00000000">
      <w:pPr>
        <w:keepLines/>
        <w:spacing w:after="20" w:line="259" w:lineRule="auto"/>
      </w:pPr>
      <w:r>
        <w:rPr>
          <w:b/>
          <w:sz w:val="23"/>
        </w:rPr>
        <w:t xml:space="preserve">A. </w:t>
      </w:r>
      <w:r>
        <w:rPr>
          <w:sz w:val="23"/>
        </w:rPr>
        <w:t>biên độ.</w:t>
      </w:r>
    </w:p>
    <w:p w14:paraId="529C881E" w14:textId="77777777" w:rsidR="003226FE" w:rsidRDefault="00000000">
      <w:pPr>
        <w:keepLines/>
        <w:spacing w:after="20" w:line="259" w:lineRule="auto"/>
      </w:pPr>
      <w:r>
        <w:rPr>
          <w:b/>
          <w:sz w:val="23"/>
        </w:rPr>
        <w:t xml:space="preserve">B. </w:t>
      </w:r>
      <w:r>
        <w:rPr>
          <w:sz w:val="23"/>
        </w:rPr>
        <w:t>chu kì.</w:t>
      </w:r>
    </w:p>
    <w:p w14:paraId="5A1EC648" w14:textId="77777777" w:rsidR="003226FE" w:rsidRDefault="00000000">
      <w:pPr>
        <w:keepLines/>
        <w:spacing w:after="20" w:line="259" w:lineRule="auto"/>
      </w:pPr>
      <w:r>
        <w:rPr>
          <w:b/>
          <w:sz w:val="23"/>
        </w:rPr>
        <w:t xml:space="preserve">C. </w:t>
      </w:r>
      <w:r>
        <w:rPr>
          <w:sz w:val="23"/>
        </w:rPr>
        <w:t>tần số.</w:t>
      </w:r>
    </w:p>
    <w:p w14:paraId="69A99AC2" w14:textId="77777777" w:rsidR="003226FE" w:rsidRDefault="00000000">
      <w:pPr>
        <w:keepLines/>
        <w:spacing w:after="20" w:line="259" w:lineRule="auto"/>
      </w:pPr>
      <w:r>
        <w:rPr>
          <w:b/>
          <w:sz w:val="23"/>
        </w:rPr>
        <w:t xml:space="preserve">D. </w:t>
      </w:r>
      <w:r>
        <w:rPr>
          <w:sz w:val="23"/>
        </w:rPr>
        <w:t>pha dao động.</w:t>
      </w:r>
    </w:p>
    <w:p w14:paraId="2AA3062E" w14:textId="77777777" w:rsidR="003226FE" w:rsidRDefault="00000000">
      <w:pPr>
        <w:spacing w:after="40" w:line="259" w:lineRule="auto"/>
      </w:pPr>
      <w:r>
        <w:rPr>
          <w:b/>
          <w:color w:val="C00000"/>
          <w:sz w:val="23"/>
        </w:rPr>
        <w:t xml:space="preserve">Đáp án: </w:t>
      </w:r>
      <w:r>
        <w:rPr>
          <w:b/>
          <w:sz w:val="23"/>
        </w:rPr>
        <w:t>B</w:t>
      </w:r>
    </w:p>
    <w:p w14:paraId="4B30D64C" w14:textId="77777777" w:rsidR="003226FE" w:rsidRDefault="00000000">
      <w:pPr>
        <w:keepNext/>
        <w:spacing w:after="40" w:line="259" w:lineRule="auto"/>
      </w:pPr>
      <w:r>
        <w:rPr>
          <w:b/>
          <w:sz w:val="23"/>
        </w:rPr>
        <w:t>Hướng dẫn:</w:t>
      </w:r>
    </w:p>
    <w:p w14:paraId="2B99F54E" w14:textId="77777777" w:rsidR="003226FE" w:rsidRDefault="00000000">
      <w:pPr>
        <w:spacing w:after="40" w:line="259" w:lineRule="auto"/>
      </w:pPr>
      <w:r>
        <w:rPr>
          <w:sz w:val="23"/>
        </w:rPr>
        <w:t>Chu kì là khoảng thời gian ngắn nhất để trạng thái dao động lặp lại như cũ.</w:t>
      </w:r>
    </w:p>
    <w:p w14:paraId="4C64870E" w14:textId="77777777" w:rsidR="003226FE" w:rsidRDefault="00000000">
      <w:pPr>
        <w:keepNext/>
        <w:spacing w:after="60" w:line="259" w:lineRule="auto"/>
      </w:pPr>
      <w:r>
        <w:rPr>
          <w:b/>
          <w:sz w:val="23"/>
        </w:rPr>
        <w:t xml:space="preserve">Câu 2. </w:t>
      </w:r>
      <w:r>
        <w:rPr>
          <w:sz w:val="23"/>
        </w:rPr>
        <w:t>Đơn vị của tần số góc trong hệ SI là</w:t>
      </w:r>
    </w:p>
    <w:p w14:paraId="479DF622" w14:textId="77777777" w:rsidR="003226FE" w:rsidRDefault="00000000">
      <w:pPr>
        <w:keepLines/>
        <w:spacing w:after="20" w:line="259" w:lineRule="auto"/>
      </w:pPr>
      <w:r>
        <w:rPr>
          <w:b/>
          <w:sz w:val="23"/>
        </w:rPr>
        <w:t xml:space="preserve">A. </w:t>
      </w:r>
      <w:r>
        <w:rPr>
          <w:sz w:val="23"/>
        </w:rPr>
        <w:t>Hz.</w:t>
      </w:r>
    </w:p>
    <w:p w14:paraId="11F84C39" w14:textId="77777777" w:rsidR="003226FE" w:rsidRDefault="00000000">
      <w:pPr>
        <w:keepLines/>
        <w:spacing w:after="20" w:line="259" w:lineRule="auto"/>
      </w:pPr>
      <w:r>
        <w:rPr>
          <w:b/>
          <w:sz w:val="23"/>
        </w:rPr>
        <w:t xml:space="preserve">B. </w:t>
      </w:r>
      <w:r>
        <w:rPr>
          <w:sz w:val="23"/>
        </w:rPr>
        <w:t>s.</w:t>
      </w:r>
    </w:p>
    <w:p w14:paraId="7D90E053" w14:textId="77777777" w:rsidR="003226FE" w:rsidRDefault="00000000">
      <w:pPr>
        <w:keepLines/>
        <w:spacing w:after="20" w:line="259" w:lineRule="auto"/>
      </w:pPr>
      <w:r>
        <w:rPr>
          <w:b/>
          <w:sz w:val="23"/>
        </w:rPr>
        <w:t xml:space="preserve">C. </w:t>
      </w:r>
      <w:r>
        <w:rPr>
          <w:sz w:val="23"/>
        </w:rPr>
        <w:t>rad/s.</w:t>
      </w:r>
    </w:p>
    <w:p w14:paraId="39FAC424" w14:textId="77777777" w:rsidR="003226FE" w:rsidRDefault="00000000">
      <w:pPr>
        <w:keepLines/>
        <w:spacing w:after="20" w:line="259" w:lineRule="auto"/>
      </w:pPr>
      <w:r>
        <w:rPr>
          <w:b/>
          <w:sz w:val="23"/>
        </w:rPr>
        <w:t xml:space="preserve">D. </w:t>
      </w:r>
      <w:r>
        <w:rPr>
          <w:sz w:val="23"/>
        </w:rPr>
        <w:t>m/s.</w:t>
      </w:r>
    </w:p>
    <w:p w14:paraId="644379CF" w14:textId="77777777" w:rsidR="003226FE" w:rsidRDefault="00000000">
      <w:pPr>
        <w:spacing w:after="40" w:line="259" w:lineRule="auto"/>
      </w:pPr>
      <w:r>
        <w:rPr>
          <w:b/>
          <w:color w:val="C00000"/>
          <w:sz w:val="23"/>
        </w:rPr>
        <w:t xml:space="preserve">Đáp án: </w:t>
      </w:r>
      <w:r>
        <w:rPr>
          <w:b/>
          <w:sz w:val="23"/>
        </w:rPr>
        <w:t>C</w:t>
      </w:r>
    </w:p>
    <w:p w14:paraId="0BA4E726" w14:textId="77777777" w:rsidR="003226FE" w:rsidRDefault="00000000">
      <w:pPr>
        <w:keepNext/>
        <w:spacing w:after="40" w:line="259" w:lineRule="auto"/>
      </w:pPr>
      <w:r>
        <w:rPr>
          <w:b/>
          <w:sz w:val="23"/>
        </w:rPr>
        <w:t>Hướng dẫn:</w:t>
      </w:r>
    </w:p>
    <w:p w14:paraId="50445453" w14:textId="77777777" w:rsidR="003226FE" w:rsidRDefault="00000000">
      <w:pPr>
        <w:spacing w:after="40" w:line="259" w:lineRule="auto"/>
      </w:pPr>
      <w:r>
        <w:rPr>
          <w:sz w:val="23"/>
        </w:rPr>
        <w:t>Tần số góc có đơn vị là radian trên giây, kí hiệu rad/s.</w:t>
      </w:r>
    </w:p>
    <w:p w14:paraId="6863E4D8" w14:textId="77777777" w:rsidR="003226FE" w:rsidRDefault="00000000">
      <w:pPr>
        <w:keepNext/>
        <w:spacing w:after="60" w:line="259" w:lineRule="auto"/>
      </w:pPr>
      <w:r>
        <w:rPr>
          <w:b/>
          <w:sz w:val="23"/>
        </w:rPr>
        <w:t xml:space="preserve">Câu 3. </w:t>
      </w:r>
      <w:r>
        <w:rPr>
          <w:sz w:val="23"/>
        </w:rPr>
        <w:t>Đồ thị li độ - thời gian của một vật dao động điều hòa được cho như hình. Biên độ dao động của vật bằng</w:t>
      </w:r>
    </w:p>
    <w:p w14:paraId="5B4F1380" w14:textId="77777777" w:rsidR="003226FE" w:rsidRDefault="00000000">
      <w:pPr>
        <w:keepNext/>
        <w:spacing w:after="40"/>
        <w:jc w:val="center"/>
      </w:pPr>
      <w:r>
        <w:rPr>
          <w:noProof/>
        </w:rPr>
        <w:drawing>
          <wp:inline distT="0" distB="0" distL="0" distR="0" wp14:anchorId="32BBD2F5" wp14:editId="6A98E242">
            <wp:extent cx="3240000" cy="1215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t_mcq.png"/>
                    <pic:cNvPicPr/>
                  </pic:nvPicPr>
                  <pic:blipFill>
                    <a:blip r:embed="rId6"/>
                    <a:stretch>
                      <a:fillRect/>
                    </a:stretch>
                  </pic:blipFill>
                  <pic:spPr>
                    <a:xfrm>
                      <a:off x="0" y="0"/>
                      <a:ext cx="3240000" cy="1215000"/>
                    </a:xfrm>
                    <a:prstGeom prst="rect">
                      <a:avLst/>
                    </a:prstGeom>
                  </pic:spPr>
                </pic:pic>
              </a:graphicData>
            </a:graphic>
          </wp:inline>
        </w:drawing>
      </w:r>
    </w:p>
    <w:p w14:paraId="03ABF7F6" w14:textId="77777777" w:rsidR="003226FE" w:rsidRDefault="00000000">
      <w:pPr>
        <w:keepLines/>
        <w:spacing w:after="20" w:line="259" w:lineRule="auto"/>
      </w:pPr>
      <w:r>
        <w:rPr>
          <w:b/>
          <w:sz w:val="23"/>
        </w:rPr>
        <w:t xml:space="preserve">A. </w:t>
      </w:r>
      <w:r>
        <w:rPr>
          <w:sz w:val="23"/>
        </w:rPr>
        <w:t>2 cm.</w:t>
      </w:r>
    </w:p>
    <w:p w14:paraId="77543F67" w14:textId="77777777" w:rsidR="003226FE" w:rsidRDefault="00000000">
      <w:pPr>
        <w:keepLines/>
        <w:spacing w:after="20" w:line="259" w:lineRule="auto"/>
      </w:pPr>
      <w:r>
        <w:rPr>
          <w:b/>
          <w:sz w:val="23"/>
        </w:rPr>
        <w:t xml:space="preserve">B. </w:t>
      </w:r>
      <w:r>
        <w:rPr>
          <w:sz w:val="23"/>
        </w:rPr>
        <w:t>4 cm.</w:t>
      </w:r>
    </w:p>
    <w:p w14:paraId="7611449B" w14:textId="77777777" w:rsidR="003226FE" w:rsidRDefault="00000000">
      <w:pPr>
        <w:keepLines/>
        <w:spacing w:after="20" w:line="259" w:lineRule="auto"/>
      </w:pPr>
      <w:r>
        <w:rPr>
          <w:b/>
          <w:sz w:val="23"/>
        </w:rPr>
        <w:t xml:space="preserve">C. </w:t>
      </w:r>
      <w:r>
        <w:rPr>
          <w:sz w:val="23"/>
        </w:rPr>
        <w:t>6 cm.</w:t>
      </w:r>
    </w:p>
    <w:p w14:paraId="0F81E79F" w14:textId="77777777" w:rsidR="003226FE" w:rsidRDefault="00000000">
      <w:pPr>
        <w:keepLines/>
        <w:spacing w:after="20" w:line="259" w:lineRule="auto"/>
      </w:pPr>
      <w:r>
        <w:rPr>
          <w:b/>
          <w:sz w:val="23"/>
        </w:rPr>
        <w:t xml:space="preserve">D. </w:t>
      </w:r>
      <w:r>
        <w:rPr>
          <w:sz w:val="23"/>
        </w:rPr>
        <w:t>8 cm.</w:t>
      </w:r>
    </w:p>
    <w:p w14:paraId="059F753D" w14:textId="77777777" w:rsidR="003226FE" w:rsidRDefault="00000000">
      <w:pPr>
        <w:spacing w:after="40" w:line="259" w:lineRule="auto"/>
      </w:pPr>
      <w:r>
        <w:rPr>
          <w:b/>
          <w:color w:val="C00000"/>
          <w:sz w:val="23"/>
        </w:rPr>
        <w:t xml:space="preserve">Đáp án: </w:t>
      </w:r>
      <w:r>
        <w:rPr>
          <w:b/>
          <w:sz w:val="23"/>
        </w:rPr>
        <w:t>B</w:t>
      </w:r>
    </w:p>
    <w:p w14:paraId="51615AA9" w14:textId="77777777" w:rsidR="003226FE" w:rsidRDefault="00000000">
      <w:pPr>
        <w:keepNext/>
        <w:spacing w:after="40" w:line="259" w:lineRule="auto"/>
      </w:pPr>
      <w:r>
        <w:rPr>
          <w:b/>
          <w:sz w:val="23"/>
        </w:rPr>
        <w:t>Hướng dẫn:</w:t>
      </w:r>
    </w:p>
    <w:p w14:paraId="1EDFD366" w14:textId="77777777" w:rsidR="003226FE" w:rsidRDefault="00000000">
      <w:pPr>
        <w:spacing w:after="40" w:line="259" w:lineRule="auto"/>
      </w:pPr>
      <w:r>
        <w:rPr>
          <w:sz w:val="23"/>
        </w:rPr>
        <w:t xml:space="preserve">Từ đồ thị, li độ cực đại là 4 cm và li độ cực tiểu là -4 cm nên </w:t>
      </w:r>
      <m:oMath>
        <m:r>
          <m:rPr>
            <m:sty m:val="p"/>
          </m:rPr>
          <w:rPr>
            <w:rFonts w:ascii="Cambria Math" w:hAnsi="Cambria Math"/>
          </w:rPr>
          <m:t>A = 4 cm</m:t>
        </m:r>
      </m:oMath>
      <w:r>
        <w:rPr>
          <w:sz w:val="23"/>
        </w:rPr>
        <w:t>.</w:t>
      </w:r>
    </w:p>
    <w:p w14:paraId="0BBDA6E8" w14:textId="77777777" w:rsidR="003226FE" w:rsidRDefault="00000000">
      <w:pPr>
        <w:keepNext/>
        <w:spacing w:after="60" w:line="259" w:lineRule="auto"/>
      </w:pPr>
      <w:r>
        <w:rPr>
          <w:b/>
          <w:sz w:val="23"/>
        </w:rPr>
        <w:t xml:space="preserve">Câu 4. </w:t>
      </w:r>
      <w:r>
        <w:rPr>
          <w:sz w:val="23"/>
        </w:rPr>
        <w:t xml:space="preserve">Hai dao động điều hòa cùng phương có phương trình </w:t>
      </w:r>
      <m:oMath>
        <m:r>
          <m:rPr>
            <m:sty m:val="p"/>
          </m:rPr>
          <w:rPr>
            <w:rFonts w:ascii="Cambria Math" w:hAnsi="Cambria Math"/>
          </w:rPr>
          <m:t>x₁ = 4cos(5πt + π/6) cm</m:t>
        </m:r>
      </m:oMath>
      <w:r>
        <w:rPr>
          <w:sz w:val="23"/>
        </w:rPr>
        <w:t xml:space="preserve"> và </w:t>
      </w:r>
      <m:oMath>
        <m:r>
          <m:rPr>
            <m:sty m:val="p"/>
          </m:rPr>
          <w:rPr>
            <w:rFonts w:ascii="Cambria Math" w:hAnsi="Cambria Math"/>
          </w:rPr>
          <m:t>x₂ = 3cos(5πt - π/3) cm</m:t>
        </m:r>
      </m:oMath>
      <w:r>
        <w:rPr>
          <w:sz w:val="23"/>
        </w:rPr>
        <w:t>. Độ lệch pha giữa hai dao động có độ lớn bằng</w:t>
      </w:r>
    </w:p>
    <w:p w14:paraId="05B8C443" w14:textId="77777777" w:rsidR="003226FE" w:rsidRDefault="00000000">
      <w:pPr>
        <w:keepLines/>
        <w:spacing w:after="20" w:line="259" w:lineRule="auto"/>
      </w:pPr>
      <w:r>
        <w:rPr>
          <w:b/>
          <w:sz w:val="23"/>
        </w:rPr>
        <w:t xml:space="preserve">A. </w:t>
      </w:r>
      <m:oMath>
        <m:r>
          <m:rPr>
            <m:sty m:val="p"/>
          </m:rPr>
          <w:rPr>
            <w:rFonts w:ascii="Cambria Math" w:hAnsi="Cambria Math"/>
          </w:rPr>
          <m:t>π/6 rad.</m:t>
        </m:r>
      </m:oMath>
    </w:p>
    <w:p w14:paraId="1C4DF7BD" w14:textId="77777777" w:rsidR="003226FE" w:rsidRDefault="00000000">
      <w:pPr>
        <w:keepLines/>
        <w:spacing w:after="20" w:line="259" w:lineRule="auto"/>
      </w:pPr>
      <w:r>
        <w:rPr>
          <w:b/>
          <w:sz w:val="23"/>
        </w:rPr>
        <w:t xml:space="preserve">B. </w:t>
      </w:r>
      <m:oMath>
        <m:r>
          <m:rPr>
            <m:sty m:val="p"/>
          </m:rPr>
          <w:rPr>
            <w:rFonts w:ascii="Cambria Math" w:hAnsi="Cambria Math"/>
          </w:rPr>
          <m:t>π/3 rad.</m:t>
        </m:r>
      </m:oMath>
    </w:p>
    <w:p w14:paraId="7625C661" w14:textId="77777777" w:rsidR="003226FE" w:rsidRDefault="00000000">
      <w:pPr>
        <w:keepLines/>
        <w:spacing w:after="20" w:line="259" w:lineRule="auto"/>
      </w:pPr>
      <w:r>
        <w:rPr>
          <w:b/>
          <w:sz w:val="23"/>
        </w:rPr>
        <w:t xml:space="preserve">C. </w:t>
      </w:r>
      <m:oMath>
        <m:r>
          <m:rPr>
            <m:sty m:val="p"/>
          </m:rPr>
          <w:rPr>
            <w:rFonts w:ascii="Cambria Math" w:hAnsi="Cambria Math"/>
          </w:rPr>
          <m:t>π/2 rad.</m:t>
        </m:r>
      </m:oMath>
    </w:p>
    <w:p w14:paraId="22386456" w14:textId="77777777" w:rsidR="003226FE" w:rsidRDefault="00000000">
      <w:pPr>
        <w:keepLines/>
        <w:spacing w:after="20" w:line="259" w:lineRule="auto"/>
      </w:pPr>
      <w:r>
        <w:rPr>
          <w:b/>
          <w:sz w:val="23"/>
        </w:rPr>
        <w:t xml:space="preserve">D. </w:t>
      </w:r>
      <m:oMath>
        <m:r>
          <m:rPr>
            <m:sty m:val="p"/>
          </m:rPr>
          <w:rPr>
            <w:rFonts w:ascii="Cambria Math" w:hAnsi="Cambria Math"/>
          </w:rPr>
          <m:t>2π/3 rad.</m:t>
        </m:r>
      </m:oMath>
    </w:p>
    <w:p w14:paraId="686DFCB3" w14:textId="77777777" w:rsidR="003226FE" w:rsidRDefault="00000000">
      <w:pPr>
        <w:spacing w:after="40" w:line="259" w:lineRule="auto"/>
      </w:pPr>
      <w:r>
        <w:rPr>
          <w:b/>
          <w:color w:val="C00000"/>
          <w:sz w:val="23"/>
        </w:rPr>
        <w:lastRenderedPageBreak/>
        <w:t xml:space="preserve">Đáp án: </w:t>
      </w:r>
      <w:r>
        <w:rPr>
          <w:b/>
          <w:sz w:val="23"/>
        </w:rPr>
        <w:t>C</w:t>
      </w:r>
    </w:p>
    <w:p w14:paraId="5E84477A" w14:textId="77777777" w:rsidR="003226FE" w:rsidRDefault="00000000">
      <w:pPr>
        <w:keepNext/>
        <w:spacing w:after="40" w:line="259" w:lineRule="auto"/>
      </w:pPr>
      <w:r>
        <w:rPr>
          <w:b/>
          <w:sz w:val="23"/>
        </w:rPr>
        <w:t>Hướng dẫn:</w:t>
      </w:r>
    </w:p>
    <w:p w14:paraId="13B6F51B" w14:textId="77777777" w:rsidR="003226FE" w:rsidRDefault="00000000">
      <w:pPr>
        <w:spacing w:after="40" w:line="259" w:lineRule="auto"/>
      </w:pPr>
      <w:r>
        <w:rPr>
          <w:sz w:val="23"/>
        </w:rPr>
        <w:t xml:space="preserve">Độ lệch pha có độ lớn: </w:t>
      </w:r>
      <m:oMath>
        <m:r>
          <m:rPr>
            <m:sty m:val="p"/>
          </m:rPr>
          <w:rPr>
            <w:rFonts w:ascii="Cambria Math" w:hAnsi="Cambria Math"/>
          </w:rPr>
          <m:t>|Δφ| = |π/6 - (-π/3)| = π/2 rad</m:t>
        </m:r>
      </m:oMath>
      <w:r>
        <w:rPr>
          <w:sz w:val="23"/>
        </w:rPr>
        <w:t>.</w:t>
      </w:r>
    </w:p>
    <w:p w14:paraId="6CE5C1DB" w14:textId="77777777" w:rsidR="003226FE" w:rsidRDefault="00000000">
      <w:pPr>
        <w:keepNext/>
        <w:spacing w:after="60" w:line="259" w:lineRule="auto"/>
      </w:pPr>
      <w:r>
        <w:rPr>
          <w:b/>
          <w:sz w:val="23"/>
        </w:rPr>
        <w:t xml:space="preserve">Câu 5. </w:t>
      </w:r>
      <w:r>
        <w:rPr>
          <w:sz w:val="23"/>
        </w:rPr>
        <w:t>Đồ thị ở Câu 3 có thể được mô tả bởi phương trình nào sau đây?</w:t>
      </w:r>
    </w:p>
    <w:p w14:paraId="454ADF7A" w14:textId="77777777" w:rsidR="003226FE" w:rsidRDefault="00000000">
      <w:pPr>
        <w:keepLines/>
        <w:spacing w:after="20" w:line="259" w:lineRule="auto"/>
      </w:pPr>
      <w:r>
        <w:rPr>
          <w:b/>
          <w:sz w:val="23"/>
        </w:rPr>
        <w:t xml:space="preserve">A. </w:t>
      </w:r>
      <m:oMath>
        <m:r>
          <m:rPr>
            <m:sty m:val="p"/>
          </m:rPr>
          <w:rPr>
            <w:rFonts w:ascii="Cambria Math" w:hAnsi="Cambria Math"/>
          </w:rPr>
          <m:t>x = 4cos(πt) cm.</m:t>
        </m:r>
      </m:oMath>
    </w:p>
    <w:p w14:paraId="646C1AF8" w14:textId="77777777" w:rsidR="003226FE" w:rsidRDefault="00000000">
      <w:pPr>
        <w:keepLines/>
        <w:spacing w:after="20" w:line="259" w:lineRule="auto"/>
      </w:pPr>
      <w:r>
        <w:rPr>
          <w:b/>
          <w:sz w:val="23"/>
        </w:rPr>
        <w:t xml:space="preserve">B. </w:t>
      </w:r>
      <m:oMath>
        <m:r>
          <m:rPr>
            <m:sty m:val="p"/>
          </m:rPr>
          <w:rPr>
            <w:rFonts w:ascii="Cambria Math" w:hAnsi="Cambria Math"/>
          </w:rPr>
          <m:t>x = 4cos(πt - π/2) cm.</m:t>
        </m:r>
      </m:oMath>
    </w:p>
    <w:p w14:paraId="22537928" w14:textId="77777777" w:rsidR="003226FE" w:rsidRDefault="00000000">
      <w:pPr>
        <w:keepLines/>
        <w:spacing w:after="20" w:line="259" w:lineRule="auto"/>
      </w:pPr>
      <w:r>
        <w:rPr>
          <w:b/>
          <w:sz w:val="23"/>
        </w:rPr>
        <w:t xml:space="preserve">C. </w:t>
      </w:r>
      <m:oMath>
        <m:r>
          <m:rPr>
            <m:sty m:val="p"/>
          </m:rPr>
          <w:rPr>
            <w:rFonts w:ascii="Cambria Math" w:hAnsi="Cambria Math"/>
          </w:rPr>
          <m:t>x = 4cos(2πt) cm.</m:t>
        </m:r>
      </m:oMath>
    </w:p>
    <w:p w14:paraId="775BBDEF" w14:textId="77777777" w:rsidR="003226FE" w:rsidRDefault="00000000">
      <w:pPr>
        <w:keepLines/>
        <w:spacing w:after="20" w:line="259" w:lineRule="auto"/>
      </w:pPr>
      <w:r>
        <w:rPr>
          <w:b/>
          <w:sz w:val="23"/>
        </w:rPr>
        <w:t xml:space="preserve">D. </w:t>
      </w:r>
      <m:oMath>
        <m:r>
          <m:rPr>
            <m:sty m:val="p"/>
          </m:rPr>
          <w:rPr>
            <w:rFonts w:ascii="Cambria Math" w:hAnsi="Cambria Math"/>
          </w:rPr>
          <m:t>x = 4cos(2πt + π/2) cm.</m:t>
        </m:r>
      </m:oMath>
    </w:p>
    <w:p w14:paraId="159261D4" w14:textId="77777777" w:rsidR="003226FE" w:rsidRDefault="00000000">
      <w:pPr>
        <w:spacing w:after="40" w:line="259" w:lineRule="auto"/>
      </w:pPr>
      <w:r>
        <w:rPr>
          <w:b/>
          <w:color w:val="C00000"/>
          <w:sz w:val="23"/>
        </w:rPr>
        <w:t xml:space="preserve">Đáp án: </w:t>
      </w:r>
      <w:r>
        <w:rPr>
          <w:b/>
          <w:sz w:val="23"/>
        </w:rPr>
        <w:t>B</w:t>
      </w:r>
    </w:p>
    <w:p w14:paraId="2BBFB9FD" w14:textId="77777777" w:rsidR="003226FE" w:rsidRDefault="00000000">
      <w:pPr>
        <w:keepNext/>
        <w:spacing w:after="40" w:line="259" w:lineRule="auto"/>
      </w:pPr>
      <w:r>
        <w:rPr>
          <w:b/>
          <w:sz w:val="23"/>
        </w:rPr>
        <w:t>Hướng dẫn:</w:t>
      </w:r>
    </w:p>
    <w:p w14:paraId="754EECAF" w14:textId="77777777" w:rsidR="003226FE" w:rsidRDefault="00000000">
      <w:pPr>
        <w:spacing w:after="40" w:line="259" w:lineRule="auto"/>
      </w:pPr>
      <w:r>
        <w:rPr>
          <w:sz w:val="23"/>
        </w:rPr>
        <w:t xml:space="preserve">Đồ thị bắt đầu tại x = 0 và đi theo chiều dương, chu kì T = 2 s nên </w:t>
      </w:r>
      <m:oMath>
        <m:r>
          <m:rPr>
            <m:sty m:val="p"/>
          </m:rPr>
          <w:rPr>
            <w:rFonts w:ascii="Cambria Math" w:hAnsi="Cambria Math"/>
          </w:rPr>
          <m:t>ω = π rad/s</m:t>
        </m:r>
      </m:oMath>
      <w:r>
        <w:rPr>
          <w:sz w:val="23"/>
        </w:rPr>
        <w:t xml:space="preserve">. Do đó </w:t>
      </w:r>
      <m:oMath>
        <m:r>
          <m:rPr>
            <m:sty m:val="p"/>
          </m:rPr>
          <w:rPr>
            <w:rFonts w:ascii="Cambria Math" w:hAnsi="Cambria Math"/>
          </w:rPr>
          <m:t>x = 4sin(πt) = 4cos(πt - π/2) cm</m:t>
        </m:r>
      </m:oMath>
      <w:r>
        <w:rPr>
          <w:sz w:val="23"/>
        </w:rPr>
        <w:t>.</w:t>
      </w:r>
    </w:p>
    <w:p w14:paraId="6FDAE43E" w14:textId="77777777" w:rsidR="003226FE" w:rsidRDefault="00000000">
      <w:pPr>
        <w:keepNext/>
        <w:spacing w:after="60" w:line="259" w:lineRule="auto"/>
      </w:pPr>
      <w:r>
        <w:rPr>
          <w:b/>
          <w:sz w:val="23"/>
        </w:rPr>
        <w:t xml:space="preserve">Câu 6. </w:t>
      </w:r>
      <w:r>
        <w:rPr>
          <w:sz w:val="23"/>
        </w:rPr>
        <w:t xml:space="preserve">Trong phương trình </w:t>
      </w:r>
      <m:oMath>
        <m:r>
          <m:rPr>
            <m:sty m:val="p"/>
          </m:rPr>
          <w:rPr>
            <w:rFonts w:ascii="Cambria Math" w:hAnsi="Cambria Math"/>
          </w:rPr>
          <m:t>x = Acos(ωt + φ)</m:t>
        </m:r>
      </m:oMath>
      <w:r>
        <w:rPr>
          <w:sz w:val="23"/>
        </w:rPr>
        <w:t>, đại lượng A biểu thị</w:t>
      </w:r>
    </w:p>
    <w:p w14:paraId="3B73034D" w14:textId="77777777" w:rsidR="003226FE" w:rsidRDefault="00000000">
      <w:pPr>
        <w:keepLines/>
        <w:spacing w:after="20" w:line="259" w:lineRule="auto"/>
      </w:pPr>
      <w:r>
        <w:rPr>
          <w:b/>
          <w:sz w:val="23"/>
        </w:rPr>
        <w:t xml:space="preserve">A. </w:t>
      </w:r>
      <w:r>
        <w:rPr>
          <w:sz w:val="23"/>
        </w:rPr>
        <w:t>chu kì.</w:t>
      </w:r>
    </w:p>
    <w:p w14:paraId="465286A6" w14:textId="77777777" w:rsidR="003226FE" w:rsidRDefault="00000000">
      <w:pPr>
        <w:keepLines/>
        <w:spacing w:after="20" w:line="259" w:lineRule="auto"/>
      </w:pPr>
      <w:r>
        <w:rPr>
          <w:b/>
          <w:sz w:val="23"/>
        </w:rPr>
        <w:t xml:space="preserve">B. </w:t>
      </w:r>
      <w:r>
        <w:rPr>
          <w:sz w:val="23"/>
        </w:rPr>
        <w:t>biên độ.</w:t>
      </w:r>
    </w:p>
    <w:p w14:paraId="67047ACC" w14:textId="77777777" w:rsidR="003226FE" w:rsidRDefault="00000000">
      <w:pPr>
        <w:keepLines/>
        <w:spacing w:after="20" w:line="259" w:lineRule="auto"/>
      </w:pPr>
      <w:r>
        <w:rPr>
          <w:b/>
          <w:sz w:val="23"/>
        </w:rPr>
        <w:t xml:space="preserve">C. </w:t>
      </w:r>
      <w:r>
        <w:rPr>
          <w:sz w:val="23"/>
        </w:rPr>
        <w:t>tần số góc.</w:t>
      </w:r>
    </w:p>
    <w:p w14:paraId="31E7E4EA" w14:textId="77777777" w:rsidR="003226FE" w:rsidRDefault="00000000">
      <w:pPr>
        <w:keepLines/>
        <w:spacing w:after="20" w:line="259" w:lineRule="auto"/>
      </w:pPr>
      <w:r>
        <w:rPr>
          <w:b/>
          <w:sz w:val="23"/>
        </w:rPr>
        <w:t xml:space="preserve">D. </w:t>
      </w:r>
      <w:r>
        <w:rPr>
          <w:sz w:val="23"/>
        </w:rPr>
        <w:t>pha ban đầu.</w:t>
      </w:r>
    </w:p>
    <w:p w14:paraId="2845A1B4" w14:textId="77777777" w:rsidR="003226FE" w:rsidRDefault="00000000">
      <w:pPr>
        <w:spacing w:after="40" w:line="259" w:lineRule="auto"/>
      </w:pPr>
      <w:r>
        <w:rPr>
          <w:b/>
          <w:color w:val="C00000"/>
          <w:sz w:val="23"/>
        </w:rPr>
        <w:t xml:space="preserve">Đáp án: </w:t>
      </w:r>
      <w:r>
        <w:rPr>
          <w:b/>
          <w:sz w:val="23"/>
        </w:rPr>
        <w:t>B</w:t>
      </w:r>
    </w:p>
    <w:p w14:paraId="12592ED1" w14:textId="77777777" w:rsidR="003226FE" w:rsidRDefault="00000000">
      <w:pPr>
        <w:keepNext/>
        <w:spacing w:after="40" w:line="259" w:lineRule="auto"/>
      </w:pPr>
      <w:r>
        <w:rPr>
          <w:b/>
          <w:sz w:val="23"/>
        </w:rPr>
        <w:t>Hướng dẫn:</w:t>
      </w:r>
    </w:p>
    <w:p w14:paraId="0265B2CA" w14:textId="77777777" w:rsidR="003226FE" w:rsidRDefault="00000000">
      <w:pPr>
        <w:spacing w:after="40" w:line="259" w:lineRule="auto"/>
      </w:pPr>
      <w:r>
        <w:rPr>
          <w:sz w:val="23"/>
        </w:rPr>
        <w:t xml:space="preserve">Trong phương trình chuẩn </w:t>
      </w:r>
      <m:oMath>
        <m:r>
          <m:rPr>
            <m:sty m:val="p"/>
          </m:rPr>
          <w:rPr>
            <w:rFonts w:ascii="Cambria Math" w:hAnsi="Cambria Math"/>
          </w:rPr>
          <m:t>x = Acos(ωt + φ)</m:t>
        </m:r>
      </m:oMath>
      <w:r>
        <w:rPr>
          <w:sz w:val="23"/>
        </w:rPr>
        <w:t>, A là biên độ dao động.</w:t>
      </w:r>
    </w:p>
    <w:p w14:paraId="12889EF7" w14:textId="77777777" w:rsidR="003226FE" w:rsidRDefault="00000000">
      <w:pPr>
        <w:keepNext/>
        <w:spacing w:after="60" w:line="259" w:lineRule="auto"/>
      </w:pPr>
      <w:r>
        <w:rPr>
          <w:b/>
          <w:sz w:val="23"/>
        </w:rPr>
        <w:t xml:space="preserve">Câu 7. </w:t>
      </w:r>
      <w:r>
        <w:rPr>
          <w:sz w:val="23"/>
        </w:rPr>
        <w:t xml:space="preserve">Pha ban đầu của dao động </w:t>
      </w:r>
      <m:oMath>
        <m:r>
          <m:rPr>
            <m:sty m:val="p"/>
          </m:rPr>
          <w:rPr>
            <w:rFonts w:ascii="Cambria Math" w:hAnsi="Cambria Math"/>
          </w:rPr>
          <m:t>x = 5cos(4πt - π/6) cm</m:t>
        </m:r>
      </m:oMath>
      <w:r>
        <w:rPr>
          <w:sz w:val="23"/>
        </w:rPr>
        <w:t xml:space="preserve"> là</w:t>
      </w:r>
    </w:p>
    <w:p w14:paraId="1E472A53" w14:textId="77777777" w:rsidR="003226FE" w:rsidRDefault="00000000">
      <w:pPr>
        <w:keepLines/>
        <w:spacing w:after="20" w:line="259" w:lineRule="auto"/>
      </w:pPr>
      <w:r>
        <w:rPr>
          <w:b/>
          <w:sz w:val="23"/>
        </w:rPr>
        <w:t xml:space="preserve">A. </w:t>
      </w:r>
      <m:oMath>
        <m:r>
          <m:rPr>
            <m:sty m:val="p"/>
          </m:rPr>
          <w:rPr>
            <w:rFonts w:ascii="Cambria Math" w:hAnsi="Cambria Math"/>
          </w:rPr>
          <m:t>-π/6 rad.</m:t>
        </m:r>
      </m:oMath>
    </w:p>
    <w:p w14:paraId="2B2F6C4C" w14:textId="77777777" w:rsidR="003226FE" w:rsidRDefault="00000000">
      <w:pPr>
        <w:keepLines/>
        <w:spacing w:after="20" w:line="259" w:lineRule="auto"/>
      </w:pPr>
      <w:r>
        <w:rPr>
          <w:b/>
          <w:sz w:val="23"/>
        </w:rPr>
        <w:t xml:space="preserve">B. </w:t>
      </w:r>
      <m:oMath>
        <m:r>
          <m:rPr>
            <m:sty m:val="p"/>
          </m:rPr>
          <w:rPr>
            <w:rFonts w:ascii="Cambria Math" w:hAnsi="Cambria Math"/>
          </w:rPr>
          <m:t>π/6 rad.</m:t>
        </m:r>
      </m:oMath>
    </w:p>
    <w:p w14:paraId="555A77A6" w14:textId="77777777" w:rsidR="003226FE" w:rsidRDefault="00000000">
      <w:pPr>
        <w:keepLines/>
        <w:spacing w:after="20" w:line="259" w:lineRule="auto"/>
      </w:pPr>
      <w:r>
        <w:rPr>
          <w:b/>
          <w:sz w:val="23"/>
        </w:rPr>
        <w:t xml:space="preserve">C. </w:t>
      </w:r>
      <m:oMath>
        <m:r>
          <m:rPr>
            <m:sty m:val="p"/>
          </m:rPr>
          <w:rPr>
            <w:rFonts w:ascii="Cambria Math" w:hAnsi="Cambria Math"/>
          </w:rPr>
          <m:t>4π rad.</m:t>
        </m:r>
      </m:oMath>
    </w:p>
    <w:p w14:paraId="0AAD058E" w14:textId="77777777" w:rsidR="003226FE" w:rsidRDefault="00000000">
      <w:pPr>
        <w:keepLines/>
        <w:spacing w:after="20" w:line="259" w:lineRule="auto"/>
      </w:pPr>
      <w:r>
        <w:rPr>
          <w:b/>
          <w:sz w:val="23"/>
        </w:rPr>
        <w:t xml:space="preserve">D. </w:t>
      </w:r>
      <m:oMath>
        <m:r>
          <m:rPr>
            <m:sty m:val="p"/>
          </m:rPr>
          <w:rPr>
            <w:rFonts w:ascii="Cambria Math" w:hAnsi="Cambria Math"/>
          </w:rPr>
          <m:t>5 rad.</m:t>
        </m:r>
      </m:oMath>
    </w:p>
    <w:p w14:paraId="2ABAE1CB" w14:textId="77777777" w:rsidR="003226FE" w:rsidRDefault="00000000">
      <w:pPr>
        <w:spacing w:after="40" w:line="259" w:lineRule="auto"/>
      </w:pPr>
      <w:r>
        <w:rPr>
          <w:b/>
          <w:color w:val="C00000"/>
          <w:sz w:val="23"/>
        </w:rPr>
        <w:t xml:space="preserve">Đáp án: </w:t>
      </w:r>
      <w:r>
        <w:rPr>
          <w:b/>
          <w:sz w:val="23"/>
        </w:rPr>
        <w:t>A</w:t>
      </w:r>
    </w:p>
    <w:p w14:paraId="5E74EDFA" w14:textId="77777777" w:rsidR="003226FE" w:rsidRDefault="00000000">
      <w:pPr>
        <w:keepNext/>
        <w:spacing w:after="40" w:line="259" w:lineRule="auto"/>
      </w:pPr>
      <w:r>
        <w:rPr>
          <w:b/>
          <w:sz w:val="23"/>
        </w:rPr>
        <w:t>Hướng dẫn:</w:t>
      </w:r>
    </w:p>
    <w:p w14:paraId="46DA89BB" w14:textId="77777777" w:rsidR="003226FE" w:rsidRDefault="00000000">
      <w:pPr>
        <w:spacing w:after="40" w:line="259" w:lineRule="auto"/>
      </w:pPr>
      <w:r>
        <w:rPr>
          <w:sz w:val="23"/>
        </w:rPr>
        <w:t xml:space="preserve">Pha ban đầu là giá trị của pha tại t = 0, bằng </w:t>
      </w:r>
      <m:oMath>
        <m:r>
          <m:rPr>
            <m:sty m:val="p"/>
          </m:rPr>
          <w:rPr>
            <w:rFonts w:ascii="Cambria Math" w:hAnsi="Cambria Math"/>
          </w:rPr>
          <m:t>φ = -π/6 rad</m:t>
        </m:r>
      </m:oMath>
      <w:r>
        <w:rPr>
          <w:sz w:val="23"/>
        </w:rPr>
        <w:t>.</w:t>
      </w:r>
    </w:p>
    <w:p w14:paraId="48E292B7" w14:textId="77777777" w:rsidR="003226FE" w:rsidRDefault="00000000">
      <w:pPr>
        <w:keepNext/>
        <w:spacing w:after="60" w:line="259" w:lineRule="auto"/>
      </w:pPr>
      <w:r>
        <w:rPr>
          <w:b/>
          <w:sz w:val="23"/>
        </w:rPr>
        <w:t xml:space="preserve">Câu 8. </w:t>
      </w:r>
      <w:r>
        <w:rPr>
          <w:sz w:val="23"/>
        </w:rPr>
        <w:t xml:space="preserve">Một vật dao động điều hòa theo phương trình </w:t>
      </w:r>
      <m:oMath>
        <m:r>
          <m:rPr>
            <m:sty m:val="p"/>
          </m:rPr>
          <w:rPr>
            <w:rFonts w:ascii="Cambria Math" w:hAnsi="Cambria Math"/>
          </w:rPr>
          <m:t>x = 6cos(2πt + π/3) cm</m:t>
        </m:r>
      </m:oMath>
      <w:r>
        <w:rPr>
          <w:sz w:val="23"/>
        </w:rPr>
        <w:t>. Tần số góc của dao động bằng</w:t>
      </w:r>
    </w:p>
    <w:p w14:paraId="372350C5" w14:textId="77777777" w:rsidR="003226FE" w:rsidRDefault="00000000">
      <w:pPr>
        <w:keepLines/>
        <w:spacing w:after="20" w:line="259" w:lineRule="auto"/>
      </w:pPr>
      <w:r>
        <w:rPr>
          <w:b/>
          <w:sz w:val="23"/>
        </w:rPr>
        <w:t xml:space="preserve">A. </w:t>
      </w:r>
      <m:oMath>
        <m:r>
          <m:rPr>
            <m:sty m:val="p"/>
          </m:rPr>
          <w:rPr>
            <w:rFonts w:ascii="Cambria Math" w:hAnsi="Cambria Math"/>
          </w:rPr>
          <m:t>π rad/s.</m:t>
        </m:r>
      </m:oMath>
    </w:p>
    <w:p w14:paraId="60DE6AAF" w14:textId="77777777" w:rsidR="003226FE" w:rsidRDefault="00000000">
      <w:pPr>
        <w:keepLines/>
        <w:spacing w:after="20" w:line="259" w:lineRule="auto"/>
      </w:pPr>
      <w:r>
        <w:rPr>
          <w:b/>
          <w:sz w:val="23"/>
        </w:rPr>
        <w:t xml:space="preserve">B. </w:t>
      </w:r>
      <m:oMath>
        <m:r>
          <m:rPr>
            <m:sty m:val="p"/>
          </m:rPr>
          <w:rPr>
            <w:rFonts w:ascii="Cambria Math" w:hAnsi="Cambria Math"/>
          </w:rPr>
          <m:t>2π rad/s.</m:t>
        </m:r>
      </m:oMath>
    </w:p>
    <w:p w14:paraId="4FAFA29A" w14:textId="77777777" w:rsidR="003226FE" w:rsidRDefault="00000000">
      <w:pPr>
        <w:keepLines/>
        <w:spacing w:after="20" w:line="259" w:lineRule="auto"/>
      </w:pPr>
      <w:r>
        <w:rPr>
          <w:b/>
          <w:sz w:val="23"/>
        </w:rPr>
        <w:t xml:space="preserve">C. </w:t>
      </w:r>
      <m:oMath>
        <m:r>
          <m:rPr>
            <m:sty m:val="p"/>
          </m:rPr>
          <w:rPr>
            <w:rFonts w:ascii="Cambria Math" w:hAnsi="Cambria Math"/>
          </w:rPr>
          <m:t>π/3 rad/s.</m:t>
        </m:r>
      </m:oMath>
    </w:p>
    <w:p w14:paraId="1FFDBE6C" w14:textId="77777777" w:rsidR="003226FE" w:rsidRDefault="00000000">
      <w:pPr>
        <w:keepLines/>
        <w:spacing w:after="20" w:line="259" w:lineRule="auto"/>
      </w:pPr>
      <w:r>
        <w:rPr>
          <w:b/>
          <w:sz w:val="23"/>
        </w:rPr>
        <w:t xml:space="preserve">D. </w:t>
      </w:r>
      <m:oMath>
        <m:r>
          <m:rPr>
            <m:sty m:val="p"/>
          </m:rPr>
          <w:rPr>
            <w:rFonts w:ascii="Cambria Math" w:hAnsi="Cambria Math"/>
          </w:rPr>
          <m:t>6 rad/s.</m:t>
        </m:r>
      </m:oMath>
    </w:p>
    <w:p w14:paraId="647EEBDB" w14:textId="77777777" w:rsidR="003226FE" w:rsidRDefault="00000000">
      <w:pPr>
        <w:spacing w:after="40" w:line="259" w:lineRule="auto"/>
      </w:pPr>
      <w:r>
        <w:rPr>
          <w:b/>
          <w:color w:val="C00000"/>
          <w:sz w:val="23"/>
        </w:rPr>
        <w:t xml:space="preserve">Đáp án: </w:t>
      </w:r>
      <w:r>
        <w:rPr>
          <w:b/>
          <w:sz w:val="23"/>
        </w:rPr>
        <w:t>B</w:t>
      </w:r>
    </w:p>
    <w:p w14:paraId="742B1A5B" w14:textId="77777777" w:rsidR="003226FE" w:rsidRDefault="00000000">
      <w:pPr>
        <w:keepNext/>
        <w:spacing w:after="40" w:line="259" w:lineRule="auto"/>
      </w:pPr>
      <w:r>
        <w:rPr>
          <w:b/>
          <w:sz w:val="23"/>
        </w:rPr>
        <w:t>Hướng dẫn:</w:t>
      </w:r>
    </w:p>
    <w:p w14:paraId="349F012E" w14:textId="77777777" w:rsidR="003226FE" w:rsidRDefault="00000000">
      <w:pPr>
        <w:spacing w:after="40" w:line="259" w:lineRule="auto"/>
      </w:pPr>
      <w:r>
        <w:rPr>
          <w:sz w:val="23"/>
        </w:rPr>
        <w:t xml:space="preserve">Tần số góc là hệ số của t trong pha dao động, do đó </w:t>
      </w:r>
      <m:oMath>
        <m:r>
          <m:rPr>
            <m:sty m:val="p"/>
          </m:rPr>
          <w:rPr>
            <w:rFonts w:ascii="Cambria Math" w:hAnsi="Cambria Math"/>
          </w:rPr>
          <m:t>ω = 2π rad/s</m:t>
        </m:r>
      </m:oMath>
      <w:r>
        <w:rPr>
          <w:sz w:val="23"/>
        </w:rPr>
        <w:t>.</w:t>
      </w:r>
    </w:p>
    <w:p w14:paraId="52FD1FBF" w14:textId="77777777" w:rsidR="003226FE" w:rsidRDefault="00000000">
      <w:pPr>
        <w:keepNext/>
        <w:spacing w:after="60" w:line="259" w:lineRule="auto"/>
      </w:pPr>
      <w:r>
        <w:rPr>
          <w:b/>
          <w:sz w:val="23"/>
        </w:rPr>
        <w:t xml:space="preserve">Câu 9. </w:t>
      </w:r>
      <w:r>
        <w:rPr>
          <w:sz w:val="23"/>
        </w:rPr>
        <w:t xml:space="preserve">Một vật dao động điều hòa có biên độ 5 cm, tần số góc </w:t>
      </w:r>
      <m:oMath>
        <m:r>
          <m:rPr>
            <m:sty m:val="p"/>
          </m:rPr>
          <w:rPr>
            <w:rFonts w:ascii="Cambria Math" w:hAnsi="Cambria Math"/>
          </w:rPr>
          <m:t>4π rad/s</m:t>
        </m:r>
      </m:oMath>
      <w:r>
        <w:rPr>
          <w:sz w:val="23"/>
        </w:rPr>
        <w:t xml:space="preserve">. Tại </w:t>
      </w:r>
      <m:oMath>
        <m:r>
          <m:rPr>
            <m:sty m:val="p"/>
          </m:rPr>
          <w:rPr>
            <w:rFonts w:ascii="Cambria Math" w:hAnsi="Cambria Math"/>
          </w:rPr>
          <m:t>t = 0</m:t>
        </m:r>
      </m:oMath>
      <w:r>
        <w:rPr>
          <w:sz w:val="23"/>
        </w:rPr>
        <w:t>, vật qua vị trí cân bằng theo chiều dương. Phương trình dao động phù hợp là</w:t>
      </w:r>
    </w:p>
    <w:p w14:paraId="53B7BAA7" w14:textId="77777777" w:rsidR="003226FE" w:rsidRDefault="00000000">
      <w:pPr>
        <w:keepLines/>
        <w:spacing w:after="20" w:line="259" w:lineRule="auto"/>
      </w:pPr>
      <w:r>
        <w:rPr>
          <w:b/>
          <w:sz w:val="23"/>
        </w:rPr>
        <w:t xml:space="preserve">A. </w:t>
      </w:r>
      <m:oMath>
        <m:r>
          <m:rPr>
            <m:sty m:val="p"/>
          </m:rPr>
          <w:rPr>
            <w:rFonts w:ascii="Cambria Math" w:hAnsi="Cambria Math"/>
          </w:rPr>
          <m:t>x = 5cos(4πt) cm.</m:t>
        </m:r>
      </m:oMath>
    </w:p>
    <w:p w14:paraId="4A807175" w14:textId="77777777" w:rsidR="003226FE" w:rsidRDefault="00000000">
      <w:pPr>
        <w:keepLines/>
        <w:spacing w:after="20" w:line="259" w:lineRule="auto"/>
      </w:pPr>
      <w:r>
        <w:rPr>
          <w:b/>
          <w:sz w:val="23"/>
        </w:rPr>
        <w:t xml:space="preserve">B. </w:t>
      </w:r>
      <m:oMath>
        <m:r>
          <m:rPr>
            <m:sty m:val="p"/>
          </m:rPr>
          <w:rPr>
            <w:rFonts w:ascii="Cambria Math" w:hAnsi="Cambria Math"/>
          </w:rPr>
          <m:t>x = 5cos(4πt + π/2) cm.</m:t>
        </m:r>
      </m:oMath>
    </w:p>
    <w:p w14:paraId="3C8D78B6" w14:textId="77777777" w:rsidR="003226FE" w:rsidRDefault="00000000">
      <w:pPr>
        <w:keepLines/>
        <w:spacing w:after="20" w:line="259" w:lineRule="auto"/>
      </w:pPr>
      <w:r>
        <w:rPr>
          <w:b/>
          <w:sz w:val="23"/>
        </w:rPr>
        <w:t xml:space="preserve">C. </w:t>
      </w:r>
      <m:oMath>
        <m:r>
          <m:rPr>
            <m:sty m:val="p"/>
          </m:rPr>
          <w:rPr>
            <w:rFonts w:ascii="Cambria Math" w:hAnsi="Cambria Math"/>
          </w:rPr>
          <m:t>x = 5cos(4πt - π/2) cm.</m:t>
        </m:r>
      </m:oMath>
    </w:p>
    <w:p w14:paraId="1A5CA47A" w14:textId="77777777" w:rsidR="003226FE" w:rsidRDefault="00000000">
      <w:pPr>
        <w:keepLines/>
        <w:spacing w:after="20" w:line="259" w:lineRule="auto"/>
      </w:pPr>
      <w:r>
        <w:rPr>
          <w:b/>
          <w:sz w:val="23"/>
        </w:rPr>
        <w:t xml:space="preserve">D. </w:t>
      </w:r>
      <m:oMath>
        <m:r>
          <m:rPr>
            <m:sty m:val="p"/>
          </m:rPr>
          <w:rPr>
            <w:rFonts w:ascii="Cambria Math" w:hAnsi="Cambria Math"/>
          </w:rPr>
          <m:t>x = 5sin(2πt) cm.</m:t>
        </m:r>
      </m:oMath>
    </w:p>
    <w:p w14:paraId="6F1EA54C" w14:textId="77777777" w:rsidR="003226FE" w:rsidRDefault="00000000">
      <w:pPr>
        <w:spacing w:after="40" w:line="259" w:lineRule="auto"/>
      </w:pPr>
      <w:r>
        <w:rPr>
          <w:b/>
          <w:color w:val="C00000"/>
          <w:sz w:val="23"/>
        </w:rPr>
        <w:t xml:space="preserve">Đáp án: </w:t>
      </w:r>
      <w:r>
        <w:rPr>
          <w:b/>
          <w:sz w:val="23"/>
        </w:rPr>
        <w:t>C</w:t>
      </w:r>
    </w:p>
    <w:p w14:paraId="05B851AB" w14:textId="77777777" w:rsidR="003226FE" w:rsidRDefault="00000000">
      <w:pPr>
        <w:keepNext/>
        <w:spacing w:after="40" w:line="259" w:lineRule="auto"/>
      </w:pPr>
      <w:r>
        <w:rPr>
          <w:b/>
          <w:sz w:val="23"/>
        </w:rPr>
        <w:lastRenderedPageBreak/>
        <w:t>Hướng dẫn:</w:t>
      </w:r>
    </w:p>
    <w:p w14:paraId="0B21C6BF" w14:textId="77777777" w:rsidR="003226FE" w:rsidRDefault="00000000">
      <w:pPr>
        <w:spacing w:after="40" w:line="259" w:lineRule="auto"/>
      </w:pPr>
      <w:r>
        <w:rPr>
          <w:sz w:val="23"/>
        </w:rPr>
        <w:t xml:space="preserve">Tại t = 0 vật qua cân bằng theo chiều dương nên </w:t>
      </w:r>
      <m:oMath>
        <m:r>
          <m:rPr>
            <m:sty m:val="p"/>
          </m:rPr>
          <w:rPr>
            <w:rFonts w:ascii="Cambria Math" w:hAnsi="Cambria Math"/>
          </w:rPr>
          <m:t>x₀ = 0, v₀ &gt; 0φ = -π/2</m:t>
        </m:r>
      </m:oMath>
      <w:r>
        <w:rPr>
          <w:sz w:val="23"/>
        </w:rPr>
        <w:t xml:space="preserve">, suy ra </w:t>
      </w:r>
      <m:oMath>
        <m:r>
          <m:rPr>
            <m:sty m:val="p"/>
          </m:rPr>
          <w:rPr>
            <w:rFonts w:ascii="Cambria Math" w:hAnsi="Cambria Math"/>
          </w:rPr>
          <m:t>x = 5cos(4πt - π/2) cm</m:t>
        </m:r>
      </m:oMath>
      <w:r>
        <w:rPr>
          <w:sz w:val="23"/>
        </w:rPr>
        <w:t>.</w:t>
      </w:r>
    </w:p>
    <w:p w14:paraId="29D234A7" w14:textId="77777777" w:rsidR="003226FE" w:rsidRDefault="00000000">
      <w:pPr>
        <w:keepNext/>
        <w:spacing w:after="60" w:line="259" w:lineRule="auto"/>
      </w:pPr>
      <w:r>
        <w:rPr>
          <w:b/>
          <w:sz w:val="23"/>
        </w:rPr>
        <w:t xml:space="preserve">Câu 10. </w:t>
      </w:r>
      <w:r>
        <w:rPr>
          <w:sz w:val="23"/>
        </w:rPr>
        <w:t>Trong dao động điều hòa, gia tốc a và li độ x liên hệ với nhau bởi</w:t>
      </w:r>
    </w:p>
    <w:p w14:paraId="003AA50B" w14:textId="77777777" w:rsidR="003226FE" w:rsidRDefault="00000000">
      <w:pPr>
        <w:keepLines/>
        <w:spacing w:after="20" w:line="259" w:lineRule="auto"/>
      </w:pPr>
      <w:r>
        <w:rPr>
          <w:b/>
          <w:sz w:val="23"/>
        </w:rPr>
        <w:t xml:space="preserve">A. </w:t>
      </w:r>
      <m:oMath>
        <m:r>
          <m:rPr>
            <m:sty m:val="p"/>
          </m:rPr>
          <w:rPr>
            <w:rFonts w:ascii="Cambria Math" w:hAnsi="Cambria Math"/>
          </w:rPr>
          <m:t>a = ωx.</m:t>
        </m:r>
      </m:oMath>
    </w:p>
    <w:p w14:paraId="64DA3737" w14:textId="77777777" w:rsidR="003226FE" w:rsidRDefault="00000000">
      <w:pPr>
        <w:keepLines/>
        <w:spacing w:after="20" w:line="259" w:lineRule="auto"/>
      </w:pPr>
      <w:r>
        <w:rPr>
          <w:b/>
          <w:sz w:val="23"/>
        </w:rPr>
        <w:t xml:space="preserve">B. </w:t>
      </w:r>
      <m:oMath>
        <m:r>
          <m:rPr>
            <m:sty m:val="p"/>
          </m:rPr>
          <w:rPr>
            <w:rFonts w:ascii="Cambria Math" w:hAnsi="Cambria Math"/>
          </w:rPr>
          <m:t>a = -ωx.</m:t>
        </m:r>
      </m:oMath>
    </w:p>
    <w:p w14:paraId="228516DF" w14:textId="77777777" w:rsidR="003226FE" w:rsidRDefault="00000000">
      <w:pPr>
        <w:keepLines/>
        <w:spacing w:after="20" w:line="259" w:lineRule="auto"/>
      </w:pPr>
      <w:r>
        <w:rPr>
          <w:b/>
          <w:sz w:val="23"/>
        </w:rPr>
        <w:t xml:space="preserve">C. </w:t>
      </w:r>
      <m:oMath>
        <m:r>
          <m:rPr>
            <m:sty m:val="p"/>
          </m:rPr>
          <w:rPr>
            <w:rFonts w:ascii="Cambria Math" w:hAnsi="Cambria Math"/>
          </w:rPr>
          <m:t>a = ω²x.</m:t>
        </m:r>
      </m:oMath>
    </w:p>
    <w:p w14:paraId="66CB1B5D" w14:textId="77777777" w:rsidR="003226FE" w:rsidRDefault="00000000">
      <w:pPr>
        <w:keepLines/>
        <w:spacing w:after="20" w:line="259" w:lineRule="auto"/>
      </w:pPr>
      <w:r>
        <w:rPr>
          <w:b/>
          <w:sz w:val="23"/>
        </w:rPr>
        <w:t xml:space="preserve">D. </w:t>
      </w:r>
      <m:oMath>
        <m:r>
          <m:rPr>
            <m:sty m:val="p"/>
          </m:rPr>
          <w:rPr>
            <w:rFonts w:ascii="Cambria Math" w:hAnsi="Cambria Math"/>
          </w:rPr>
          <m:t>a = -ω²x.</m:t>
        </m:r>
      </m:oMath>
    </w:p>
    <w:p w14:paraId="18E59B06" w14:textId="77777777" w:rsidR="003226FE" w:rsidRDefault="00000000">
      <w:pPr>
        <w:spacing w:after="40" w:line="259" w:lineRule="auto"/>
      </w:pPr>
      <w:r>
        <w:rPr>
          <w:b/>
          <w:color w:val="C00000"/>
          <w:sz w:val="23"/>
        </w:rPr>
        <w:t xml:space="preserve">Đáp án: </w:t>
      </w:r>
      <w:r>
        <w:rPr>
          <w:b/>
          <w:sz w:val="23"/>
        </w:rPr>
        <w:t>D</w:t>
      </w:r>
    </w:p>
    <w:p w14:paraId="3B78FFA9" w14:textId="77777777" w:rsidR="003226FE" w:rsidRDefault="00000000">
      <w:pPr>
        <w:keepNext/>
        <w:spacing w:after="40" w:line="259" w:lineRule="auto"/>
      </w:pPr>
      <w:r>
        <w:rPr>
          <w:b/>
          <w:sz w:val="23"/>
        </w:rPr>
        <w:t>Hướng dẫn:</w:t>
      </w:r>
    </w:p>
    <w:p w14:paraId="2BF4BF00" w14:textId="77777777" w:rsidR="003226FE" w:rsidRDefault="00000000">
      <w:pPr>
        <w:spacing w:after="40" w:line="259" w:lineRule="auto"/>
      </w:pPr>
      <w:r>
        <w:rPr>
          <w:sz w:val="23"/>
        </w:rPr>
        <w:t xml:space="preserve">Trong dao động điều hòa, gia tốc luôn hướng về vị trí cân bằng: </w:t>
      </w:r>
      <m:oMath>
        <m:r>
          <m:rPr>
            <m:sty m:val="p"/>
          </m:rPr>
          <w:rPr>
            <w:rFonts w:ascii="Cambria Math" w:hAnsi="Cambria Math"/>
          </w:rPr>
          <m:t>a = -ω²x</m:t>
        </m:r>
      </m:oMath>
      <w:r>
        <w:rPr>
          <w:sz w:val="23"/>
        </w:rPr>
        <w:t>.</w:t>
      </w:r>
    </w:p>
    <w:p w14:paraId="67503D36" w14:textId="77777777" w:rsidR="003226FE" w:rsidRDefault="00000000">
      <w:pPr>
        <w:keepNext/>
        <w:spacing w:after="60" w:line="259" w:lineRule="auto"/>
      </w:pPr>
      <w:r>
        <w:rPr>
          <w:b/>
          <w:sz w:val="23"/>
        </w:rPr>
        <w:t xml:space="preserve">Câu 11. </w:t>
      </w:r>
      <w:r>
        <w:rPr>
          <w:sz w:val="23"/>
        </w:rPr>
        <w:t>Tốc độ cực đại của vật dao động điều hòa có biên độ A và tần số góc ω là</w:t>
      </w:r>
    </w:p>
    <w:p w14:paraId="0C493522" w14:textId="77777777" w:rsidR="003226FE" w:rsidRDefault="00000000">
      <w:pPr>
        <w:keepLines/>
        <w:spacing w:after="20" w:line="259" w:lineRule="auto"/>
      </w:pPr>
      <w:r>
        <w:rPr>
          <w:b/>
          <w:sz w:val="23"/>
        </w:rPr>
        <w:t xml:space="preserve">A. </w:t>
      </w:r>
      <m:oMath>
        <m:r>
          <m:rPr>
            <m:sty m:val="p"/>
          </m:rPr>
          <w:rPr>
            <w:rFonts w:ascii="Cambria Math" w:hAnsi="Cambria Math"/>
          </w:rPr>
          <m:t>A/ω.</m:t>
        </m:r>
      </m:oMath>
    </w:p>
    <w:p w14:paraId="6F881E22" w14:textId="77777777" w:rsidR="003226FE" w:rsidRDefault="00000000">
      <w:pPr>
        <w:keepLines/>
        <w:spacing w:after="20" w:line="259" w:lineRule="auto"/>
      </w:pPr>
      <w:r>
        <w:rPr>
          <w:b/>
          <w:sz w:val="23"/>
        </w:rPr>
        <w:t xml:space="preserve">B. </w:t>
      </w:r>
      <m:oMath>
        <m:r>
          <m:rPr>
            <m:sty m:val="p"/>
          </m:rPr>
          <w:rPr>
            <w:rFonts w:ascii="Cambria Math" w:hAnsi="Cambria Math"/>
          </w:rPr>
          <m:t>ω/A.</m:t>
        </m:r>
      </m:oMath>
    </w:p>
    <w:p w14:paraId="53F8F4D0" w14:textId="77777777" w:rsidR="003226FE" w:rsidRDefault="00000000">
      <w:pPr>
        <w:keepLines/>
        <w:spacing w:after="20" w:line="259" w:lineRule="auto"/>
      </w:pPr>
      <w:r>
        <w:rPr>
          <w:b/>
          <w:sz w:val="23"/>
        </w:rPr>
        <w:t xml:space="preserve">C. </w:t>
      </w:r>
      <m:oMath>
        <m:r>
          <m:rPr>
            <m:sty m:val="p"/>
          </m:rPr>
          <w:rPr>
            <w:rFonts w:ascii="Cambria Math" w:hAnsi="Cambria Math"/>
          </w:rPr>
          <m:t>ωA.</m:t>
        </m:r>
      </m:oMath>
    </w:p>
    <w:p w14:paraId="10D4B026" w14:textId="77777777" w:rsidR="003226FE" w:rsidRDefault="00000000">
      <w:pPr>
        <w:keepLines/>
        <w:spacing w:after="20" w:line="259" w:lineRule="auto"/>
      </w:pPr>
      <w:r>
        <w:rPr>
          <w:b/>
          <w:sz w:val="23"/>
        </w:rPr>
        <w:t xml:space="preserve">D. </w:t>
      </w:r>
      <m:oMath>
        <m:r>
          <m:rPr>
            <m:sty m:val="p"/>
          </m:rPr>
          <w:rPr>
            <w:rFonts w:ascii="Cambria Math" w:hAnsi="Cambria Math"/>
          </w:rPr>
          <m:t>ω²A.</m:t>
        </m:r>
      </m:oMath>
    </w:p>
    <w:p w14:paraId="4A765A73" w14:textId="77777777" w:rsidR="003226FE" w:rsidRDefault="00000000">
      <w:pPr>
        <w:spacing w:after="40" w:line="259" w:lineRule="auto"/>
      </w:pPr>
      <w:r>
        <w:rPr>
          <w:b/>
          <w:color w:val="C00000"/>
          <w:sz w:val="23"/>
        </w:rPr>
        <w:t xml:space="preserve">Đáp án: </w:t>
      </w:r>
      <w:r>
        <w:rPr>
          <w:b/>
          <w:sz w:val="23"/>
        </w:rPr>
        <w:t>C</w:t>
      </w:r>
    </w:p>
    <w:p w14:paraId="3978D3E8" w14:textId="77777777" w:rsidR="003226FE" w:rsidRDefault="00000000">
      <w:pPr>
        <w:keepNext/>
        <w:spacing w:after="40" w:line="259" w:lineRule="auto"/>
      </w:pPr>
      <w:r>
        <w:rPr>
          <w:b/>
          <w:sz w:val="23"/>
        </w:rPr>
        <w:t>Hướng dẫn:</w:t>
      </w:r>
    </w:p>
    <w:p w14:paraId="6B6634DC" w14:textId="77777777" w:rsidR="003226FE" w:rsidRDefault="00000000">
      <w:pPr>
        <w:spacing w:after="40" w:line="259" w:lineRule="auto"/>
      </w:pPr>
      <w:r>
        <w:rPr>
          <w:sz w:val="23"/>
        </w:rPr>
        <w:t xml:space="preserve">Từ </w:t>
      </w:r>
      <m:oMath>
        <m:r>
          <m:rPr>
            <m:sty m:val="p"/>
          </m:rPr>
          <w:rPr>
            <w:rFonts w:ascii="Cambria Math" w:hAnsi="Cambria Math"/>
          </w:rPr>
          <m:t>v = -ωAsin(ωt + φ)</m:t>
        </m:r>
      </m:oMath>
      <w:r>
        <w:rPr>
          <w:sz w:val="23"/>
        </w:rPr>
        <w:t xml:space="preserve"> suy ra </w:t>
      </w:r>
      <m:oMath>
        <m:r>
          <m:rPr>
            <m:sty m:val="p"/>
          </m:rPr>
          <w:rPr>
            <w:rFonts w:ascii="Cambria Math" w:hAnsi="Cambria Math"/>
          </w:rPr>
          <m:t>vₘₐₓ = ωA</m:t>
        </m:r>
      </m:oMath>
      <w:r>
        <w:rPr>
          <w:sz w:val="23"/>
        </w:rPr>
        <w:t>.</w:t>
      </w:r>
    </w:p>
    <w:p w14:paraId="4B06C3FF" w14:textId="77777777" w:rsidR="003226FE" w:rsidRDefault="00000000">
      <w:pPr>
        <w:keepNext/>
        <w:spacing w:after="60" w:line="259" w:lineRule="auto"/>
      </w:pPr>
      <w:r>
        <w:rPr>
          <w:b/>
          <w:sz w:val="23"/>
        </w:rPr>
        <w:t xml:space="preserve">Câu 12. </w:t>
      </w:r>
      <w:r>
        <w:rPr>
          <w:sz w:val="23"/>
        </w:rPr>
        <w:t>Đồ thị nào mô tả đúng mối liên hệ giữa gia tốc a và li độ x của một vật dao động điều hòa?</w:t>
      </w:r>
    </w:p>
    <w:p w14:paraId="5D99F303" w14:textId="77777777" w:rsidR="003226FE" w:rsidRDefault="00000000">
      <w:pPr>
        <w:keepNext/>
        <w:spacing w:after="40"/>
        <w:jc w:val="center"/>
      </w:pPr>
      <w:r>
        <w:rPr>
          <w:noProof/>
        </w:rPr>
        <w:drawing>
          <wp:inline distT="0" distB="0" distL="0" distR="0" wp14:anchorId="062CF557" wp14:editId="05CCCBA6">
            <wp:extent cx="3780000" cy="265607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x_choices.png"/>
                    <pic:cNvPicPr/>
                  </pic:nvPicPr>
                  <pic:blipFill>
                    <a:blip r:embed="rId7"/>
                    <a:stretch>
                      <a:fillRect/>
                    </a:stretch>
                  </pic:blipFill>
                  <pic:spPr>
                    <a:xfrm>
                      <a:off x="0" y="0"/>
                      <a:ext cx="3780000" cy="2656077"/>
                    </a:xfrm>
                    <a:prstGeom prst="rect">
                      <a:avLst/>
                    </a:prstGeom>
                  </pic:spPr>
                </pic:pic>
              </a:graphicData>
            </a:graphic>
          </wp:inline>
        </w:drawing>
      </w:r>
    </w:p>
    <w:p w14:paraId="760CB113" w14:textId="77777777" w:rsidR="003226FE" w:rsidRDefault="00000000">
      <w:pPr>
        <w:keepLines/>
        <w:spacing w:after="20" w:line="259" w:lineRule="auto"/>
      </w:pPr>
      <w:r>
        <w:rPr>
          <w:b/>
          <w:sz w:val="23"/>
        </w:rPr>
        <w:t xml:space="preserve">A. </w:t>
      </w:r>
      <w:r>
        <w:rPr>
          <w:sz w:val="23"/>
        </w:rPr>
        <w:t>Đồ thị A.</w:t>
      </w:r>
    </w:p>
    <w:p w14:paraId="5FF210D3" w14:textId="77777777" w:rsidR="003226FE" w:rsidRDefault="00000000">
      <w:pPr>
        <w:keepLines/>
        <w:spacing w:after="20" w:line="259" w:lineRule="auto"/>
      </w:pPr>
      <w:r>
        <w:rPr>
          <w:b/>
          <w:sz w:val="23"/>
        </w:rPr>
        <w:t xml:space="preserve">B. </w:t>
      </w:r>
      <w:r>
        <w:rPr>
          <w:sz w:val="23"/>
        </w:rPr>
        <w:t>Đồ thị B.</w:t>
      </w:r>
    </w:p>
    <w:p w14:paraId="647C5048" w14:textId="77777777" w:rsidR="003226FE" w:rsidRDefault="00000000">
      <w:pPr>
        <w:keepLines/>
        <w:spacing w:after="20" w:line="259" w:lineRule="auto"/>
      </w:pPr>
      <w:r>
        <w:rPr>
          <w:b/>
          <w:sz w:val="23"/>
        </w:rPr>
        <w:t xml:space="preserve">C. </w:t>
      </w:r>
      <w:r>
        <w:rPr>
          <w:sz w:val="23"/>
        </w:rPr>
        <w:t>Đồ thị C.</w:t>
      </w:r>
    </w:p>
    <w:p w14:paraId="1020CE00" w14:textId="77777777" w:rsidR="003226FE" w:rsidRDefault="00000000">
      <w:pPr>
        <w:keepLines/>
        <w:spacing w:after="20" w:line="259" w:lineRule="auto"/>
      </w:pPr>
      <w:r>
        <w:rPr>
          <w:b/>
          <w:sz w:val="23"/>
        </w:rPr>
        <w:t xml:space="preserve">D. </w:t>
      </w:r>
      <w:r>
        <w:rPr>
          <w:sz w:val="23"/>
        </w:rPr>
        <w:t>Đồ thị D.</w:t>
      </w:r>
    </w:p>
    <w:p w14:paraId="558B826E" w14:textId="77777777" w:rsidR="003226FE" w:rsidRDefault="00000000">
      <w:pPr>
        <w:spacing w:after="40" w:line="259" w:lineRule="auto"/>
      </w:pPr>
      <w:r>
        <w:rPr>
          <w:b/>
          <w:color w:val="C00000"/>
          <w:sz w:val="23"/>
        </w:rPr>
        <w:t xml:space="preserve">Đáp án: </w:t>
      </w:r>
      <w:r>
        <w:rPr>
          <w:b/>
          <w:sz w:val="23"/>
        </w:rPr>
        <w:t>A</w:t>
      </w:r>
    </w:p>
    <w:p w14:paraId="6417AB26" w14:textId="77777777" w:rsidR="003226FE" w:rsidRDefault="00000000">
      <w:pPr>
        <w:keepNext/>
        <w:spacing w:after="40" w:line="259" w:lineRule="auto"/>
      </w:pPr>
      <w:r>
        <w:rPr>
          <w:b/>
          <w:sz w:val="23"/>
        </w:rPr>
        <w:t>Hướng dẫn:</w:t>
      </w:r>
    </w:p>
    <w:p w14:paraId="7B0DADF0" w14:textId="77777777" w:rsidR="003226FE" w:rsidRDefault="00000000">
      <w:pPr>
        <w:spacing w:after="40" w:line="259" w:lineRule="auto"/>
      </w:pPr>
      <w:r>
        <w:rPr>
          <w:sz w:val="23"/>
        </w:rPr>
        <w:t xml:space="preserve">Do </w:t>
      </w:r>
      <m:oMath>
        <m:r>
          <m:rPr>
            <m:sty m:val="p"/>
          </m:rPr>
          <w:rPr>
            <w:rFonts w:ascii="Cambria Math" w:hAnsi="Cambria Math"/>
          </w:rPr>
          <m:t>a = -ω²x</m:t>
        </m:r>
      </m:oMath>
      <w:r>
        <w:rPr>
          <w:sz w:val="23"/>
        </w:rPr>
        <w:t>, đồ thị a theo x là đường thẳng qua gốc tọa độ có hệ số góc âm. Đó là đồ thị A.</w:t>
      </w:r>
    </w:p>
    <w:p w14:paraId="56D6C7EC" w14:textId="77777777" w:rsidR="003226FE" w:rsidRDefault="00000000">
      <w:pPr>
        <w:keepNext/>
        <w:spacing w:after="60" w:line="259" w:lineRule="auto"/>
      </w:pPr>
      <w:r>
        <w:rPr>
          <w:b/>
          <w:sz w:val="23"/>
        </w:rPr>
        <w:t xml:space="preserve">Câu 13. </w:t>
      </w:r>
      <w:r>
        <w:rPr>
          <w:sz w:val="23"/>
        </w:rPr>
        <w:t>Một vật dao động điều hòa có tốc độ cực đại 40 cm/s và gia tốc cực đại 800 cm/s². Biên độ dao động của vật bằng</w:t>
      </w:r>
    </w:p>
    <w:p w14:paraId="08C08CC4" w14:textId="77777777" w:rsidR="003226FE" w:rsidRDefault="00000000">
      <w:pPr>
        <w:keepLines/>
        <w:spacing w:after="20" w:line="259" w:lineRule="auto"/>
      </w:pPr>
      <w:r>
        <w:rPr>
          <w:b/>
          <w:sz w:val="23"/>
        </w:rPr>
        <w:t xml:space="preserve">A. </w:t>
      </w:r>
      <w:r>
        <w:rPr>
          <w:sz w:val="23"/>
        </w:rPr>
        <w:t>1 cm.</w:t>
      </w:r>
    </w:p>
    <w:p w14:paraId="5DE5017C" w14:textId="77777777" w:rsidR="003226FE" w:rsidRDefault="00000000">
      <w:pPr>
        <w:keepLines/>
        <w:spacing w:after="20" w:line="259" w:lineRule="auto"/>
      </w:pPr>
      <w:r>
        <w:rPr>
          <w:b/>
          <w:sz w:val="23"/>
        </w:rPr>
        <w:t xml:space="preserve">B. </w:t>
      </w:r>
      <w:r>
        <w:rPr>
          <w:sz w:val="23"/>
        </w:rPr>
        <w:t>2 cm.</w:t>
      </w:r>
    </w:p>
    <w:p w14:paraId="3576DA6C" w14:textId="77777777" w:rsidR="003226FE" w:rsidRDefault="00000000">
      <w:pPr>
        <w:keepLines/>
        <w:spacing w:after="20" w:line="259" w:lineRule="auto"/>
      </w:pPr>
      <w:r>
        <w:rPr>
          <w:b/>
          <w:sz w:val="23"/>
        </w:rPr>
        <w:t xml:space="preserve">C. </w:t>
      </w:r>
      <w:r>
        <w:rPr>
          <w:sz w:val="23"/>
        </w:rPr>
        <w:t>4 cm.</w:t>
      </w:r>
    </w:p>
    <w:p w14:paraId="2BA63C0D" w14:textId="77777777" w:rsidR="003226FE" w:rsidRDefault="00000000">
      <w:pPr>
        <w:keepLines/>
        <w:spacing w:after="20" w:line="259" w:lineRule="auto"/>
      </w:pPr>
      <w:r>
        <w:rPr>
          <w:b/>
          <w:sz w:val="23"/>
        </w:rPr>
        <w:t xml:space="preserve">D. </w:t>
      </w:r>
      <w:r>
        <w:rPr>
          <w:sz w:val="23"/>
        </w:rPr>
        <w:t>5 cm.</w:t>
      </w:r>
    </w:p>
    <w:p w14:paraId="235A77E5" w14:textId="77777777" w:rsidR="003226FE" w:rsidRDefault="00000000">
      <w:pPr>
        <w:spacing w:after="40" w:line="259" w:lineRule="auto"/>
      </w:pPr>
      <w:r>
        <w:rPr>
          <w:b/>
          <w:color w:val="C00000"/>
          <w:sz w:val="23"/>
        </w:rPr>
        <w:lastRenderedPageBreak/>
        <w:t xml:space="preserve">Đáp án: </w:t>
      </w:r>
      <w:r>
        <w:rPr>
          <w:b/>
          <w:sz w:val="23"/>
        </w:rPr>
        <w:t>B</w:t>
      </w:r>
    </w:p>
    <w:p w14:paraId="60B6565E" w14:textId="77777777" w:rsidR="003226FE" w:rsidRDefault="00000000">
      <w:pPr>
        <w:keepNext/>
        <w:spacing w:after="40" w:line="259" w:lineRule="auto"/>
      </w:pPr>
      <w:r>
        <w:rPr>
          <w:b/>
          <w:sz w:val="23"/>
        </w:rPr>
        <w:t>Hướng dẫn:</w:t>
      </w:r>
    </w:p>
    <w:p w14:paraId="4E1C4D9B" w14:textId="77777777" w:rsidR="003226FE" w:rsidRDefault="00000000">
      <w:pPr>
        <w:spacing w:after="40" w:line="259" w:lineRule="auto"/>
      </w:pPr>
      <w:r>
        <w:rPr>
          <w:sz w:val="23"/>
        </w:rPr>
        <w:t xml:space="preserve">Ta có </w:t>
      </w:r>
      <m:oMath>
        <m:r>
          <m:rPr>
            <m:sty m:val="p"/>
          </m:rPr>
          <w:rPr>
            <w:rFonts w:ascii="Cambria Math" w:hAnsi="Cambria Math"/>
          </w:rPr>
          <m:t>ω = aₘₐₓ/vₘₐₓ = 800/40 = 20 rad/s</m:t>
        </m:r>
      </m:oMath>
      <w:r>
        <w:rPr>
          <w:sz w:val="23"/>
        </w:rPr>
        <w:t xml:space="preserve">. Suy ra </w:t>
      </w:r>
      <m:oMath>
        <m:r>
          <m:rPr>
            <m:sty m:val="p"/>
          </m:rPr>
          <w:rPr>
            <w:rFonts w:ascii="Cambria Math" w:hAnsi="Cambria Math"/>
          </w:rPr>
          <m:t>A = vₘₐₓ/ω = 40/20 = 2 cm</m:t>
        </m:r>
      </m:oMath>
      <w:r>
        <w:rPr>
          <w:sz w:val="23"/>
        </w:rPr>
        <w:t>.</w:t>
      </w:r>
    </w:p>
    <w:p w14:paraId="2EDA1E02" w14:textId="77777777" w:rsidR="003226FE" w:rsidRDefault="00000000">
      <w:pPr>
        <w:keepNext/>
        <w:spacing w:after="60" w:line="259" w:lineRule="auto"/>
      </w:pPr>
      <w:r>
        <w:rPr>
          <w:b/>
          <w:sz w:val="23"/>
        </w:rPr>
        <w:t xml:space="preserve">Câu 14. </w:t>
      </w:r>
      <w:r>
        <w:rPr>
          <w:sz w:val="23"/>
        </w:rPr>
        <w:t>Tại vị trí cân bằng của một vật dao động điều hòa lí tưởng</w:t>
      </w:r>
    </w:p>
    <w:p w14:paraId="00BDFF62" w14:textId="77777777" w:rsidR="003226FE" w:rsidRDefault="00000000">
      <w:pPr>
        <w:keepLines/>
        <w:spacing w:after="20" w:line="259" w:lineRule="auto"/>
      </w:pPr>
      <w:r>
        <w:rPr>
          <w:b/>
          <w:sz w:val="23"/>
        </w:rPr>
        <w:t xml:space="preserve">A. </w:t>
      </w:r>
      <w:r>
        <w:rPr>
          <w:sz w:val="23"/>
        </w:rPr>
        <w:t>động năng bằng 0.</w:t>
      </w:r>
    </w:p>
    <w:p w14:paraId="13FAFF1D" w14:textId="77777777" w:rsidR="003226FE" w:rsidRDefault="00000000">
      <w:pPr>
        <w:keepLines/>
        <w:spacing w:after="20" w:line="259" w:lineRule="auto"/>
      </w:pPr>
      <w:r>
        <w:rPr>
          <w:b/>
          <w:sz w:val="23"/>
        </w:rPr>
        <w:t xml:space="preserve">B. </w:t>
      </w:r>
      <w:r>
        <w:rPr>
          <w:sz w:val="23"/>
        </w:rPr>
        <w:t>thế năng cực đại.</w:t>
      </w:r>
    </w:p>
    <w:p w14:paraId="1F19AAF8" w14:textId="77777777" w:rsidR="003226FE" w:rsidRDefault="00000000">
      <w:pPr>
        <w:keepLines/>
        <w:spacing w:after="20" w:line="259" w:lineRule="auto"/>
      </w:pPr>
      <w:r>
        <w:rPr>
          <w:b/>
          <w:sz w:val="23"/>
        </w:rPr>
        <w:t xml:space="preserve">C. </w:t>
      </w:r>
      <w:r>
        <w:rPr>
          <w:sz w:val="23"/>
        </w:rPr>
        <w:t>động năng cực đại.</w:t>
      </w:r>
    </w:p>
    <w:p w14:paraId="36C0AA3F" w14:textId="77777777" w:rsidR="003226FE" w:rsidRDefault="00000000">
      <w:pPr>
        <w:keepLines/>
        <w:spacing w:after="20" w:line="259" w:lineRule="auto"/>
      </w:pPr>
      <w:r>
        <w:rPr>
          <w:b/>
          <w:sz w:val="23"/>
        </w:rPr>
        <w:t xml:space="preserve">D. </w:t>
      </w:r>
      <w:r>
        <w:rPr>
          <w:sz w:val="23"/>
        </w:rPr>
        <w:t>cơ năng bằng 0.</w:t>
      </w:r>
    </w:p>
    <w:p w14:paraId="18501349" w14:textId="77777777" w:rsidR="003226FE" w:rsidRDefault="00000000">
      <w:pPr>
        <w:spacing w:after="40" w:line="259" w:lineRule="auto"/>
      </w:pPr>
      <w:r>
        <w:rPr>
          <w:b/>
          <w:color w:val="C00000"/>
          <w:sz w:val="23"/>
        </w:rPr>
        <w:t xml:space="preserve">Đáp án: </w:t>
      </w:r>
      <w:r>
        <w:rPr>
          <w:b/>
          <w:sz w:val="23"/>
        </w:rPr>
        <w:t>C</w:t>
      </w:r>
    </w:p>
    <w:p w14:paraId="530091F6" w14:textId="77777777" w:rsidR="003226FE" w:rsidRDefault="00000000">
      <w:pPr>
        <w:keepNext/>
        <w:spacing w:after="40" w:line="259" w:lineRule="auto"/>
      </w:pPr>
      <w:r>
        <w:rPr>
          <w:b/>
          <w:sz w:val="23"/>
        </w:rPr>
        <w:t>Hướng dẫn:</w:t>
      </w:r>
    </w:p>
    <w:p w14:paraId="57EC7E48" w14:textId="77777777" w:rsidR="003226FE" w:rsidRDefault="00000000">
      <w:pPr>
        <w:spacing w:after="40" w:line="259" w:lineRule="auto"/>
      </w:pPr>
      <w:r>
        <w:rPr>
          <w:sz w:val="23"/>
        </w:rPr>
        <w:t>Tại vị trí cân bằng, thế năng nhỏ nhất bằng 0 nên động năng đạt cực đại và bằng cơ năng.</w:t>
      </w:r>
    </w:p>
    <w:p w14:paraId="26B569EC" w14:textId="77777777" w:rsidR="003226FE" w:rsidRDefault="00000000">
      <w:pPr>
        <w:keepNext/>
        <w:spacing w:after="60" w:line="259" w:lineRule="auto"/>
      </w:pPr>
      <w:r>
        <w:rPr>
          <w:b/>
          <w:sz w:val="23"/>
        </w:rPr>
        <w:t xml:space="preserve">Câu 15. </w:t>
      </w:r>
      <w:r>
        <w:rPr>
          <w:sz w:val="23"/>
        </w:rPr>
        <w:t>Trong dao động điều hòa lí tưởng, đại lượng nào sau đây không đổi theo thời gian?</w:t>
      </w:r>
    </w:p>
    <w:p w14:paraId="18AD4D71" w14:textId="77777777" w:rsidR="003226FE" w:rsidRDefault="00000000">
      <w:pPr>
        <w:keepLines/>
        <w:spacing w:after="20" w:line="259" w:lineRule="auto"/>
      </w:pPr>
      <w:r>
        <w:rPr>
          <w:b/>
          <w:sz w:val="23"/>
        </w:rPr>
        <w:t xml:space="preserve">A. </w:t>
      </w:r>
      <w:r>
        <w:rPr>
          <w:sz w:val="23"/>
        </w:rPr>
        <w:t>Động năng.</w:t>
      </w:r>
    </w:p>
    <w:p w14:paraId="4B809F33" w14:textId="77777777" w:rsidR="003226FE" w:rsidRDefault="00000000">
      <w:pPr>
        <w:keepLines/>
        <w:spacing w:after="20" w:line="259" w:lineRule="auto"/>
      </w:pPr>
      <w:r>
        <w:rPr>
          <w:b/>
          <w:sz w:val="23"/>
        </w:rPr>
        <w:t xml:space="preserve">B. </w:t>
      </w:r>
      <w:r>
        <w:rPr>
          <w:sz w:val="23"/>
        </w:rPr>
        <w:t>Thế năng.</w:t>
      </w:r>
    </w:p>
    <w:p w14:paraId="20683561" w14:textId="77777777" w:rsidR="003226FE" w:rsidRDefault="00000000">
      <w:pPr>
        <w:keepLines/>
        <w:spacing w:after="20" w:line="259" w:lineRule="auto"/>
      </w:pPr>
      <w:r>
        <w:rPr>
          <w:b/>
          <w:sz w:val="23"/>
        </w:rPr>
        <w:t xml:space="preserve">C. </w:t>
      </w:r>
      <w:r>
        <w:rPr>
          <w:sz w:val="23"/>
        </w:rPr>
        <w:t>Cơ năng.</w:t>
      </w:r>
    </w:p>
    <w:p w14:paraId="58D49983" w14:textId="77777777" w:rsidR="003226FE" w:rsidRDefault="00000000">
      <w:pPr>
        <w:keepLines/>
        <w:spacing w:after="20" w:line="259" w:lineRule="auto"/>
      </w:pPr>
      <w:r>
        <w:rPr>
          <w:b/>
          <w:sz w:val="23"/>
        </w:rPr>
        <w:t xml:space="preserve">D. </w:t>
      </w:r>
      <w:r>
        <w:rPr>
          <w:sz w:val="23"/>
        </w:rPr>
        <w:t>Vận tốc.</w:t>
      </w:r>
    </w:p>
    <w:p w14:paraId="6F12172B" w14:textId="77777777" w:rsidR="003226FE" w:rsidRDefault="00000000">
      <w:pPr>
        <w:spacing w:after="40" w:line="259" w:lineRule="auto"/>
      </w:pPr>
      <w:r>
        <w:rPr>
          <w:b/>
          <w:color w:val="C00000"/>
          <w:sz w:val="23"/>
        </w:rPr>
        <w:t xml:space="preserve">Đáp án: </w:t>
      </w:r>
      <w:r>
        <w:rPr>
          <w:b/>
          <w:sz w:val="23"/>
        </w:rPr>
        <w:t>C</w:t>
      </w:r>
    </w:p>
    <w:p w14:paraId="240FD1FF" w14:textId="77777777" w:rsidR="003226FE" w:rsidRDefault="00000000">
      <w:pPr>
        <w:keepNext/>
        <w:spacing w:after="40" w:line="259" w:lineRule="auto"/>
      </w:pPr>
      <w:r>
        <w:rPr>
          <w:b/>
          <w:sz w:val="23"/>
        </w:rPr>
        <w:t>Hướng dẫn:</w:t>
      </w:r>
    </w:p>
    <w:p w14:paraId="0DF7E367" w14:textId="77777777" w:rsidR="003226FE" w:rsidRDefault="00000000">
      <w:pPr>
        <w:spacing w:after="40" w:line="259" w:lineRule="auto"/>
      </w:pPr>
      <w:r>
        <w:rPr>
          <w:sz w:val="23"/>
        </w:rPr>
        <w:t>Trong mô hình dao động điều hòa lí tưởng, động năng và thế năng chuyển hóa qua lại nhưng cơ năng không đổi.</w:t>
      </w:r>
    </w:p>
    <w:p w14:paraId="79DBAFFF" w14:textId="77777777" w:rsidR="003226FE" w:rsidRDefault="00000000">
      <w:pPr>
        <w:keepNext/>
        <w:spacing w:after="60" w:line="259" w:lineRule="auto"/>
      </w:pPr>
      <w:r>
        <w:rPr>
          <w:b/>
          <w:sz w:val="23"/>
        </w:rPr>
        <w:t xml:space="preserve">Câu 16. </w:t>
      </w:r>
      <w:r>
        <w:rPr>
          <w:sz w:val="23"/>
        </w:rPr>
        <w:t>Một vật dao động điều hòa có cơ năng 3,2 mJ và biên độ 4 cm. Khi vật có li độ 2 cm, động năng của vật bằng</w:t>
      </w:r>
    </w:p>
    <w:p w14:paraId="7BFBB1B5" w14:textId="77777777" w:rsidR="003226FE" w:rsidRDefault="00000000">
      <w:pPr>
        <w:keepLines/>
        <w:spacing w:after="20" w:line="259" w:lineRule="auto"/>
      </w:pPr>
      <w:r>
        <w:rPr>
          <w:b/>
          <w:sz w:val="23"/>
        </w:rPr>
        <w:t xml:space="preserve">A. </w:t>
      </w:r>
      <w:r>
        <w:rPr>
          <w:sz w:val="23"/>
        </w:rPr>
        <w:t>0,8 mJ.</w:t>
      </w:r>
    </w:p>
    <w:p w14:paraId="01DD7880" w14:textId="77777777" w:rsidR="003226FE" w:rsidRDefault="00000000">
      <w:pPr>
        <w:keepLines/>
        <w:spacing w:after="20" w:line="259" w:lineRule="auto"/>
      </w:pPr>
      <w:r>
        <w:rPr>
          <w:b/>
          <w:sz w:val="23"/>
        </w:rPr>
        <w:t xml:space="preserve">B. </w:t>
      </w:r>
      <w:r>
        <w:rPr>
          <w:sz w:val="23"/>
        </w:rPr>
        <w:t>1,6 mJ.</w:t>
      </w:r>
    </w:p>
    <w:p w14:paraId="286470D6" w14:textId="77777777" w:rsidR="003226FE" w:rsidRDefault="00000000">
      <w:pPr>
        <w:keepLines/>
        <w:spacing w:after="20" w:line="259" w:lineRule="auto"/>
      </w:pPr>
      <w:r>
        <w:rPr>
          <w:b/>
          <w:sz w:val="23"/>
        </w:rPr>
        <w:t xml:space="preserve">C. </w:t>
      </w:r>
      <w:r>
        <w:rPr>
          <w:sz w:val="23"/>
        </w:rPr>
        <w:t>2,4 mJ.</w:t>
      </w:r>
    </w:p>
    <w:p w14:paraId="30498D46" w14:textId="77777777" w:rsidR="003226FE" w:rsidRDefault="00000000">
      <w:pPr>
        <w:keepLines/>
        <w:spacing w:after="20" w:line="259" w:lineRule="auto"/>
      </w:pPr>
      <w:r>
        <w:rPr>
          <w:b/>
          <w:sz w:val="23"/>
        </w:rPr>
        <w:t xml:space="preserve">D. </w:t>
      </w:r>
      <w:r>
        <w:rPr>
          <w:sz w:val="23"/>
        </w:rPr>
        <w:t>3,0 mJ.</w:t>
      </w:r>
    </w:p>
    <w:p w14:paraId="10BD8482" w14:textId="77777777" w:rsidR="003226FE" w:rsidRDefault="00000000">
      <w:pPr>
        <w:spacing w:after="40" w:line="259" w:lineRule="auto"/>
      </w:pPr>
      <w:r>
        <w:rPr>
          <w:b/>
          <w:color w:val="C00000"/>
          <w:sz w:val="23"/>
        </w:rPr>
        <w:t xml:space="preserve">Đáp án: </w:t>
      </w:r>
      <w:r>
        <w:rPr>
          <w:b/>
          <w:sz w:val="23"/>
        </w:rPr>
        <w:t>C</w:t>
      </w:r>
    </w:p>
    <w:p w14:paraId="51912D0B" w14:textId="77777777" w:rsidR="003226FE" w:rsidRDefault="00000000">
      <w:pPr>
        <w:keepNext/>
        <w:spacing w:after="40" w:line="259" w:lineRule="auto"/>
      </w:pPr>
      <w:r>
        <w:rPr>
          <w:b/>
          <w:sz w:val="23"/>
        </w:rPr>
        <w:t>Hướng dẫn:</w:t>
      </w:r>
    </w:p>
    <w:p w14:paraId="4979D337" w14:textId="77777777" w:rsidR="003226FE" w:rsidRDefault="00000000">
      <w:pPr>
        <w:spacing w:after="40" w:line="259" w:lineRule="auto"/>
      </w:pPr>
      <w:r>
        <w:rPr>
          <w:sz w:val="23"/>
        </w:rPr>
        <w:t xml:space="preserve">Kí hiệu U là thế năng, K là động năng. Ta có </w:t>
      </w:r>
      <m:oMath>
        <m:r>
          <m:rPr>
            <m:sty m:val="p"/>
          </m:rPr>
          <w:rPr>
            <w:rFonts w:ascii="Cambria Math" w:hAnsi="Cambria Math"/>
          </w:rPr>
          <m:t>U/W = x²/A² = 2²/4² = 1/4</m:t>
        </m:r>
      </m:oMath>
      <w:r>
        <w:rPr>
          <w:sz w:val="23"/>
        </w:rPr>
        <w:t xml:space="preserve">. Do đó </w:t>
      </w:r>
      <m:oMath>
        <m:r>
          <m:rPr>
            <m:sty m:val="p"/>
          </m:rPr>
          <w:rPr>
            <w:rFonts w:ascii="Cambria Math" w:hAnsi="Cambria Math"/>
          </w:rPr>
          <m:t>U = 0,8 mJ</m:t>
        </m:r>
      </m:oMath>
      <w:r>
        <w:rPr>
          <w:sz w:val="23"/>
        </w:rPr>
        <w:t xml:space="preserve"> và </w:t>
      </w:r>
      <m:oMath>
        <m:r>
          <m:rPr>
            <m:sty m:val="p"/>
          </m:rPr>
          <w:rPr>
            <w:rFonts w:ascii="Cambria Math" w:hAnsi="Cambria Math"/>
          </w:rPr>
          <m:t>K = W - U = 3,2 - 0,8 = 2,4 mJ</m:t>
        </m:r>
      </m:oMath>
      <w:r>
        <w:rPr>
          <w:sz w:val="23"/>
        </w:rPr>
        <w:t>.</w:t>
      </w:r>
    </w:p>
    <w:p w14:paraId="61A8C51D" w14:textId="77777777" w:rsidR="003226FE" w:rsidRDefault="00000000">
      <w:pPr>
        <w:keepNext/>
        <w:spacing w:after="60" w:line="259" w:lineRule="auto"/>
      </w:pPr>
      <w:r>
        <w:rPr>
          <w:b/>
          <w:sz w:val="23"/>
        </w:rPr>
        <w:t xml:space="preserve">Câu 17. </w:t>
      </w:r>
      <w:r>
        <w:rPr>
          <w:sz w:val="23"/>
        </w:rPr>
        <w:t>Bộ phận giảm xóc của xe máy là ứng dụng có ích của</w:t>
      </w:r>
    </w:p>
    <w:p w14:paraId="229EC51A" w14:textId="77777777" w:rsidR="003226FE" w:rsidRDefault="00000000">
      <w:pPr>
        <w:keepLines/>
        <w:spacing w:after="20" w:line="259" w:lineRule="auto"/>
      </w:pPr>
      <w:r>
        <w:rPr>
          <w:b/>
          <w:sz w:val="23"/>
        </w:rPr>
        <w:t xml:space="preserve">A. </w:t>
      </w:r>
      <w:r>
        <w:rPr>
          <w:sz w:val="23"/>
        </w:rPr>
        <w:t>dao động tự do.</w:t>
      </w:r>
    </w:p>
    <w:p w14:paraId="3FFC2893" w14:textId="77777777" w:rsidR="003226FE" w:rsidRDefault="00000000">
      <w:pPr>
        <w:keepLines/>
        <w:spacing w:after="20" w:line="259" w:lineRule="auto"/>
      </w:pPr>
      <w:r>
        <w:rPr>
          <w:b/>
          <w:sz w:val="23"/>
        </w:rPr>
        <w:t xml:space="preserve">B. </w:t>
      </w:r>
      <w:r>
        <w:rPr>
          <w:sz w:val="23"/>
        </w:rPr>
        <w:t>dao động tắt dần.</w:t>
      </w:r>
    </w:p>
    <w:p w14:paraId="47AD56BC" w14:textId="77777777" w:rsidR="003226FE" w:rsidRDefault="00000000">
      <w:pPr>
        <w:keepLines/>
        <w:spacing w:after="20" w:line="259" w:lineRule="auto"/>
      </w:pPr>
      <w:r>
        <w:rPr>
          <w:b/>
          <w:sz w:val="23"/>
        </w:rPr>
        <w:t xml:space="preserve">C. </w:t>
      </w:r>
      <w:r>
        <w:rPr>
          <w:sz w:val="23"/>
        </w:rPr>
        <w:t>dao động duy trì.</w:t>
      </w:r>
    </w:p>
    <w:p w14:paraId="5FE54123" w14:textId="77777777" w:rsidR="003226FE" w:rsidRDefault="00000000">
      <w:pPr>
        <w:keepLines/>
        <w:spacing w:after="20" w:line="259" w:lineRule="auto"/>
      </w:pPr>
      <w:r>
        <w:rPr>
          <w:b/>
          <w:sz w:val="23"/>
        </w:rPr>
        <w:t xml:space="preserve">D. </w:t>
      </w:r>
      <w:r>
        <w:rPr>
          <w:sz w:val="23"/>
        </w:rPr>
        <w:t>hiện tượng cộng hưởng.</w:t>
      </w:r>
    </w:p>
    <w:p w14:paraId="7900C98E" w14:textId="77777777" w:rsidR="003226FE" w:rsidRDefault="00000000">
      <w:pPr>
        <w:spacing w:after="40" w:line="259" w:lineRule="auto"/>
      </w:pPr>
      <w:r>
        <w:rPr>
          <w:b/>
          <w:color w:val="C00000"/>
          <w:sz w:val="23"/>
        </w:rPr>
        <w:t xml:space="preserve">Đáp án: </w:t>
      </w:r>
      <w:r>
        <w:rPr>
          <w:b/>
          <w:sz w:val="23"/>
        </w:rPr>
        <w:t>B</w:t>
      </w:r>
    </w:p>
    <w:p w14:paraId="2E4157BB" w14:textId="77777777" w:rsidR="003226FE" w:rsidRDefault="00000000">
      <w:pPr>
        <w:keepNext/>
        <w:spacing w:after="40" w:line="259" w:lineRule="auto"/>
      </w:pPr>
      <w:r>
        <w:rPr>
          <w:b/>
          <w:sz w:val="23"/>
        </w:rPr>
        <w:t>Hướng dẫn:</w:t>
      </w:r>
    </w:p>
    <w:p w14:paraId="1BCF6040" w14:textId="77777777" w:rsidR="003226FE" w:rsidRDefault="00000000">
      <w:pPr>
        <w:spacing w:after="40" w:line="259" w:lineRule="auto"/>
      </w:pPr>
      <w:r>
        <w:rPr>
          <w:sz w:val="23"/>
        </w:rPr>
        <w:t>Giảm xóc làm năng lượng dao động hao hụt nhanh, biên độ giảm nhanh; đó là ứng dụng của dao động tắt dần.</w:t>
      </w:r>
    </w:p>
    <w:p w14:paraId="7DAC3D61" w14:textId="77777777" w:rsidR="003226FE" w:rsidRDefault="00000000">
      <w:pPr>
        <w:keepNext/>
        <w:spacing w:after="60" w:line="259" w:lineRule="auto"/>
      </w:pPr>
      <w:r>
        <w:rPr>
          <w:b/>
          <w:sz w:val="23"/>
        </w:rPr>
        <w:t xml:space="preserve">Câu 18. </w:t>
      </w:r>
      <w:r>
        <w:rPr>
          <w:sz w:val="23"/>
        </w:rPr>
        <w:t>Một đoàn người đi đều bước qua cầu có thể làm cầu rung mạnh khi nhịp bước gần bằng tần số riêng của cầu. Hiện tượng này là</w:t>
      </w:r>
    </w:p>
    <w:p w14:paraId="53BBB30A" w14:textId="77777777" w:rsidR="003226FE" w:rsidRDefault="00000000">
      <w:pPr>
        <w:keepLines/>
        <w:spacing w:after="20" w:line="259" w:lineRule="auto"/>
      </w:pPr>
      <w:r>
        <w:rPr>
          <w:b/>
          <w:sz w:val="23"/>
        </w:rPr>
        <w:t xml:space="preserve">A. </w:t>
      </w:r>
      <w:r>
        <w:rPr>
          <w:sz w:val="23"/>
        </w:rPr>
        <w:t>cộng hưởng.</w:t>
      </w:r>
    </w:p>
    <w:p w14:paraId="62D069C3" w14:textId="77777777" w:rsidR="003226FE" w:rsidRDefault="00000000">
      <w:pPr>
        <w:keepLines/>
        <w:spacing w:after="20" w:line="259" w:lineRule="auto"/>
      </w:pPr>
      <w:r>
        <w:rPr>
          <w:b/>
          <w:sz w:val="23"/>
        </w:rPr>
        <w:t xml:space="preserve">B. </w:t>
      </w:r>
      <w:r>
        <w:rPr>
          <w:sz w:val="23"/>
        </w:rPr>
        <w:t>dao động tắt dần.</w:t>
      </w:r>
    </w:p>
    <w:p w14:paraId="70764397" w14:textId="77777777" w:rsidR="003226FE" w:rsidRDefault="00000000">
      <w:pPr>
        <w:keepLines/>
        <w:spacing w:after="20" w:line="259" w:lineRule="auto"/>
      </w:pPr>
      <w:r>
        <w:rPr>
          <w:b/>
          <w:sz w:val="23"/>
        </w:rPr>
        <w:t xml:space="preserve">C. </w:t>
      </w:r>
      <w:r>
        <w:rPr>
          <w:sz w:val="23"/>
        </w:rPr>
        <w:t>dao động tự do.</w:t>
      </w:r>
    </w:p>
    <w:p w14:paraId="040BEB53" w14:textId="77777777" w:rsidR="003226FE" w:rsidRDefault="00000000">
      <w:pPr>
        <w:keepLines/>
        <w:spacing w:after="20" w:line="259" w:lineRule="auto"/>
      </w:pPr>
      <w:r>
        <w:rPr>
          <w:b/>
          <w:sz w:val="23"/>
        </w:rPr>
        <w:t xml:space="preserve">D. </w:t>
      </w:r>
      <w:r>
        <w:rPr>
          <w:sz w:val="23"/>
        </w:rPr>
        <w:t>dao động duy trì.</w:t>
      </w:r>
    </w:p>
    <w:p w14:paraId="584F7F2E" w14:textId="77777777" w:rsidR="003226FE" w:rsidRDefault="00000000">
      <w:pPr>
        <w:spacing w:after="40" w:line="259" w:lineRule="auto"/>
      </w:pPr>
      <w:r>
        <w:rPr>
          <w:b/>
          <w:color w:val="C00000"/>
          <w:sz w:val="23"/>
        </w:rPr>
        <w:t xml:space="preserve">Đáp án: </w:t>
      </w:r>
      <w:r>
        <w:rPr>
          <w:b/>
          <w:sz w:val="23"/>
        </w:rPr>
        <w:t>A</w:t>
      </w:r>
    </w:p>
    <w:p w14:paraId="7CCEF21B" w14:textId="77777777" w:rsidR="003226FE" w:rsidRDefault="00000000">
      <w:pPr>
        <w:keepNext/>
        <w:spacing w:after="40" w:line="259" w:lineRule="auto"/>
      </w:pPr>
      <w:r>
        <w:rPr>
          <w:b/>
          <w:sz w:val="23"/>
        </w:rPr>
        <w:lastRenderedPageBreak/>
        <w:t>Hướng dẫn:</w:t>
      </w:r>
    </w:p>
    <w:p w14:paraId="2A2AF351" w14:textId="77777777" w:rsidR="003226FE" w:rsidRDefault="00000000">
      <w:pPr>
        <w:spacing w:after="40" w:line="259" w:lineRule="auto"/>
      </w:pPr>
      <w:r>
        <w:rPr>
          <w:sz w:val="23"/>
        </w:rPr>
        <w:t>Nhịp bước tạo ngoại lực tuần hoàn. Khi tần số của ngoại lực gần bằng tần số riêng của cầu, biên độ rung tăng mạnh; đó là hiện tượng cộng hưởng.</w:t>
      </w:r>
    </w:p>
    <w:p w14:paraId="4CC5277E" w14:textId="77777777" w:rsidR="003226FE" w:rsidRPr="00C86884" w:rsidRDefault="00000000">
      <w:pPr>
        <w:keepNext/>
        <w:spacing w:after="80" w:line="259" w:lineRule="auto"/>
        <w:rPr>
          <w:color w:val="002366"/>
        </w:rPr>
      </w:pPr>
      <w:r w:rsidRPr="00C86884">
        <w:rPr>
          <w:b/>
          <w:color w:val="002366"/>
        </w:rPr>
        <w:t>PHẦN II. Câu trắc nghiệm đúng sai.</w:t>
      </w:r>
    </w:p>
    <w:p w14:paraId="4288E809" w14:textId="77777777" w:rsidR="003226FE" w:rsidRDefault="00000000">
      <w:pPr>
        <w:keepNext/>
        <w:spacing w:after="60" w:line="259" w:lineRule="auto"/>
      </w:pPr>
      <w:r>
        <w:rPr>
          <w:b/>
          <w:sz w:val="23"/>
        </w:rPr>
        <w:t xml:space="preserve">Câu 1. </w:t>
      </w:r>
      <w:r>
        <w:rPr>
          <w:sz w:val="23"/>
        </w:rPr>
        <w:t>Một vật dao động điều hòa có đồ thị li độ - thời gian như hình.</w:t>
      </w:r>
    </w:p>
    <w:p w14:paraId="193A8441" w14:textId="77777777" w:rsidR="003226FE" w:rsidRDefault="00000000">
      <w:pPr>
        <w:keepNext/>
        <w:spacing w:after="40"/>
        <w:jc w:val="center"/>
      </w:pPr>
      <w:r>
        <w:rPr>
          <w:noProof/>
        </w:rPr>
        <w:drawing>
          <wp:inline distT="0" distB="0" distL="0" distR="0" wp14:anchorId="1CAD45E5" wp14:editId="3E5F2A93">
            <wp:extent cx="3240000" cy="121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t_ds1.png"/>
                    <pic:cNvPicPr/>
                  </pic:nvPicPr>
                  <pic:blipFill>
                    <a:blip r:embed="rId8"/>
                    <a:stretch>
                      <a:fillRect/>
                    </a:stretch>
                  </pic:blipFill>
                  <pic:spPr>
                    <a:xfrm>
                      <a:off x="0" y="0"/>
                      <a:ext cx="3240000" cy="1215000"/>
                    </a:xfrm>
                    <a:prstGeom prst="rect">
                      <a:avLst/>
                    </a:prstGeom>
                  </pic:spPr>
                </pic:pic>
              </a:graphicData>
            </a:graphic>
          </wp:inline>
        </w:drawing>
      </w:r>
    </w:p>
    <w:p w14:paraId="74F06310" w14:textId="77777777" w:rsidR="003226FE" w:rsidRDefault="00000000">
      <w:pPr>
        <w:spacing w:after="20" w:line="259" w:lineRule="auto"/>
      </w:pPr>
      <w:r>
        <w:rPr>
          <w:sz w:val="23"/>
        </w:rPr>
        <w:t>a) Biên độ dao động của vật là 4 cm.</w:t>
      </w:r>
    </w:p>
    <w:p w14:paraId="45155885" w14:textId="77777777" w:rsidR="003226FE" w:rsidRDefault="00000000">
      <w:pPr>
        <w:spacing w:after="20" w:line="259" w:lineRule="auto"/>
      </w:pPr>
      <w:r>
        <w:rPr>
          <w:sz w:val="23"/>
        </w:rPr>
        <w:t>b) Chu kì dao động của vật là 4 s.</w:t>
      </w:r>
    </w:p>
    <w:p w14:paraId="5EF1BBF5" w14:textId="77777777" w:rsidR="003226FE" w:rsidRDefault="00000000">
      <w:pPr>
        <w:spacing w:after="20" w:line="259" w:lineRule="auto"/>
      </w:pPr>
      <w:r>
        <w:rPr>
          <w:sz w:val="23"/>
        </w:rPr>
        <w:t>c) Tại t = 1 s, vật qua vị trí cân bằng theo chiều âm.</w:t>
      </w:r>
    </w:p>
    <w:p w14:paraId="7AC49771" w14:textId="77777777" w:rsidR="003226FE" w:rsidRDefault="00000000">
      <w:pPr>
        <w:spacing w:after="20" w:line="259" w:lineRule="auto"/>
      </w:pPr>
      <w:r>
        <w:rPr>
          <w:sz w:val="23"/>
        </w:rPr>
        <w:t>d) Từ t = 0 đến t = 3 s, vật đi được quãng đường 10 cm.</w:t>
      </w:r>
    </w:p>
    <w:p w14:paraId="62F2CA67" w14:textId="77777777" w:rsidR="003226FE" w:rsidRDefault="00000000">
      <w:pPr>
        <w:spacing w:after="40" w:line="259" w:lineRule="auto"/>
      </w:pPr>
      <w:r>
        <w:rPr>
          <w:b/>
          <w:color w:val="C00000"/>
          <w:sz w:val="23"/>
        </w:rPr>
        <w:t>Trả lời: a) Đúng; b) Đúng; c) Đúng; d) Sai</w:t>
      </w:r>
      <w:r>
        <w:rPr>
          <w:b/>
          <w:sz w:val="23"/>
        </w:rPr>
      </w:r>
    </w:p>
    <w:p w14:paraId="174BB11B" w14:textId="77777777" w:rsidR="003226FE" w:rsidRDefault="00000000">
      <w:pPr>
        <w:keepNext/>
        <w:spacing w:after="40" w:line="259" w:lineRule="auto"/>
      </w:pPr>
      <w:r>
        <w:rPr>
          <w:b/>
          <w:sz w:val="23"/>
        </w:rPr>
        <w:t>Hướng dẫn</w:t>
      </w:r>
    </w:p>
    <w:p w14:paraId="4DD60A8F" w14:textId="77777777" w:rsidR="003226FE" w:rsidRDefault="00000000">
      <w:pPr>
        <w:spacing w:after="20" w:line="259" w:lineRule="auto"/>
      </w:pPr>
      <w:r>
        <w:rPr>
          <w:b/>
          <w:sz w:val="22"/>
        </w:rPr>
        <w:t xml:space="preserve">a) </w:t>
      </w:r>
      <w:r>
        <w:rPr>
          <w:sz w:val="22"/>
        </w:rPr>
        <w:t xml:space="preserve">Từ đồ thị: </w:t>
      </w:r>
      <m:oMath>
        <m:r>
          <m:rPr>
            <m:sty m:val="p"/>
          </m:rPr>
          <w:rPr>
            <w:rFonts w:ascii="Cambria Math" w:hAnsi="Cambria Math"/>
          </w:rPr>
          <m:t>A = 4 cm</m:t>
        </m:r>
      </m:oMath>
      <w:r>
        <w:rPr>
          <w:sz w:val="22"/>
        </w:rPr>
        <w:t>.</w:t>
      </w:r>
    </w:p>
    <w:p w14:paraId="2760012B" w14:textId="77777777" w:rsidR="003226FE" w:rsidRDefault="00000000">
      <w:pPr>
        <w:spacing w:after="20" w:line="259" w:lineRule="auto"/>
      </w:pPr>
      <w:r>
        <w:rPr>
          <w:b/>
          <w:sz w:val="22"/>
        </w:rPr>
        <w:t xml:space="preserve">b) </w:t>
      </w:r>
      <w:r>
        <w:rPr>
          <w:sz w:val="22"/>
        </w:rPr>
        <w:t xml:space="preserve">Hai trạng thái cực đại liên tiếp tại t = 0 s và t = 4 s nên </w:t>
      </w:r>
      <m:oMath>
        <m:r>
          <m:rPr>
            <m:sty m:val="p"/>
          </m:rPr>
          <w:rPr>
            <w:rFonts w:ascii="Cambria Math" w:hAnsi="Cambria Math"/>
          </w:rPr>
          <m:t>T = 4 s</m:t>
        </m:r>
      </m:oMath>
      <w:r>
        <w:rPr>
          <w:sz w:val="22"/>
        </w:rPr>
        <w:t>.</w:t>
      </w:r>
    </w:p>
    <w:p w14:paraId="291993B5" w14:textId="77777777" w:rsidR="003226FE" w:rsidRDefault="00000000">
      <w:pPr>
        <w:spacing w:after="20" w:line="259" w:lineRule="auto"/>
      </w:pPr>
      <w:r>
        <w:rPr>
          <w:b/>
          <w:sz w:val="22"/>
        </w:rPr>
        <w:t xml:space="preserve">c) </w:t>
      </w:r>
      <w:r>
        <w:rPr>
          <w:sz w:val="22"/>
        </w:rPr>
        <w:t>Tại t = 1 s, đường cong đi qua x = 0 theo chiều giảm nên vật chuyển động theo chiều âm.</w:t>
      </w:r>
    </w:p>
    <w:p w14:paraId="55444C5C" w14:textId="77777777" w:rsidR="003226FE" w:rsidRDefault="00000000">
      <w:pPr>
        <w:spacing w:after="20" w:line="259" w:lineRule="auto"/>
      </w:pPr>
      <w:r>
        <w:rPr>
          <w:b/>
          <w:sz w:val="22"/>
        </w:rPr>
        <w:t xml:space="preserve">d) </w:t>
      </w:r>
      <w:r>
        <w:rPr>
          <w:sz w:val="22"/>
        </w:rPr>
        <w:t xml:space="preserve">Quãng đường từ 0 đến 3 s: </w:t>
      </w:r>
      <m:oMath>
        <m:r>
          <m:rPr>
            <m:sty m:val="p"/>
          </m:rPr>
          <w:rPr>
            <w:rFonts w:ascii="Cambria Math" w:hAnsi="Cambria Math"/>
          </w:rPr>
          <m:t>4 + 4 + 4 = 12 cm</m:t>
        </m:r>
      </m:oMath>
      <w:r>
        <w:rPr>
          <w:sz w:val="22"/>
        </w:rPr>
        <w:t>, không phải 10 cm.</w:t>
      </w:r>
    </w:p>
    <w:p w14:paraId="38325BCF" w14:textId="77777777" w:rsidR="003226FE" w:rsidRDefault="00000000">
      <w:pPr>
        <w:keepNext/>
        <w:spacing w:after="60" w:line="259" w:lineRule="auto"/>
      </w:pPr>
      <w:r>
        <w:rPr>
          <w:b/>
          <w:sz w:val="23"/>
        </w:rPr>
        <w:t xml:space="preserve">Câu 2. </w:t>
      </w:r>
      <w:r>
        <w:rPr>
          <w:sz w:val="23"/>
        </w:rPr>
        <w:t xml:space="preserve">Một vật dao động điều hòa theo phương trình </w:t>
      </w:r>
      <m:oMath>
        <m:r>
          <m:rPr>
            <m:sty m:val="p"/>
          </m:rPr>
          <w:rPr>
            <w:rFonts w:ascii="Cambria Math" w:hAnsi="Cambria Math"/>
          </w:rPr>
          <m:t>x = 6cos(2πt + π/3) cm</m:t>
        </m:r>
      </m:oMath>
      <w:r>
        <w:rPr>
          <w:sz w:val="23"/>
        </w:rPr>
        <w:t>.</w:t>
      </w:r>
    </w:p>
    <w:p w14:paraId="7EF8EDBC" w14:textId="77777777" w:rsidR="003226FE" w:rsidRDefault="00000000">
      <w:pPr>
        <w:spacing w:after="20" w:line="259" w:lineRule="auto"/>
      </w:pPr>
      <w:r>
        <w:rPr>
          <w:sz w:val="23"/>
        </w:rPr>
        <w:t>a) Biên độ dao động của vật là 6 cm.</w:t>
      </w:r>
    </w:p>
    <w:p w14:paraId="2EC547D3" w14:textId="77777777" w:rsidR="003226FE" w:rsidRDefault="00000000">
      <w:pPr>
        <w:spacing w:after="20" w:line="259" w:lineRule="auto"/>
      </w:pPr>
      <w:r>
        <w:rPr>
          <w:sz w:val="23"/>
        </w:rPr>
        <w:t>b) Chu kì dao động của vật là 1 s.</w:t>
      </w:r>
    </w:p>
    <w:p w14:paraId="61612D50" w14:textId="77777777" w:rsidR="003226FE" w:rsidRDefault="00000000">
      <w:pPr>
        <w:spacing w:after="20" w:line="259" w:lineRule="auto"/>
      </w:pPr>
      <w:r>
        <w:rPr>
          <w:sz w:val="23"/>
        </w:rPr>
        <w:t xml:space="preserve">c) Vận tốc của vật tại t = 0 là </w:t>
      </w:r>
      <m:oMath>
        <m:r>
          <m:rPr>
            <m:sty m:val="p"/>
          </m:rPr>
          <w:rPr>
            <w:rFonts w:ascii="Cambria Math" w:hAnsi="Cambria Math"/>
          </w:rPr>
          <m:t>-6π√3 cm/s</m:t>
        </m:r>
      </m:oMath>
      <w:r>
        <w:rPr>
          <w:sz w:val="23"/>
        </w:rPr>
        <w:t>.</w:t>
      </w:r>
    </w:p>
    <w:p w14:paraId="681430B9" w14:textId="77777777" w:rsidR="003226FE" w:rsidRDefault="00000000">
      <w:pPr>
        <w:spacing w:after="20" w:line="259" w:lineRule="auto"/>
      </w:pPr>
      <w:r>
        <w:rPr>
          <w:sz w:val="23"/>
        </w:rPr>
        <w:t xml:space="preserve">d) Sau t = 0, thời điểm đầu tiên vật qua vị trí cân bằng theo chiều âm là </w:t>
      </w:r>
      <m:oMath>
        <m:r>
          <m:rPr>
            <m:sty m:val="p"/>
          </m:rPr>
          <w:rPr>
            <w:rFonts w:ascii="Cambria Math" w:hAnsi="Cambria Math"/>
          </w:rPr>
          <m:t>1/12 s</m:t>
        </m:r>
      </m:oMath>
      <w:r>
        <w:rPr>
          <w:sz w:val="23"/>
        </w:rPr>
        <w:t>.</w:t>
      </w:r>
    </w:p>
    <w:p w14:paraId="699E212A" w14:textId="77777777" w:rsidR="003226FE" w:rsidRDefault="00000000">
      <w:pPr>
        <w:spacing w:after="40" w:line="259" w:lineRule="auto"/>
      </w:pPr>
      <w:r>
        <w:rPr>
          <w:b/>
          <w:color w:val="C00000"/>
          <w:sz w:val="23"/>
        </w:rPr>
        <w:t>Trả lời: a) Đúng; b) Đúng; c) Đúng; d) Đúng</w:t>
      </w:r>
      <w:r>
        <w:rPr>
          <w:b/>
          <w:sz w:val="23"/>
        </w:rPr>
      </w:r>
    </w:p>
    <w:p w14:paraId="726B410A" w14:textId="77777777" w:rsidR="003226FE" w:rsidRDefault="00000000">
      <w:pPr>
        <w:keepNext/>
        <w:spacing w:after="40" w:line="259" w:lineRule="auto"/>
      </w:pPr>
      <w:r>
        <w:rPr>
          <w:b/>
          <w:sz w:val="23"/>
        </w:rPr>
        <w:t>Hướng dẫn</w:t>
      </w:r>
    </w:p>
    <w:p w14:paraId="17AB1558" w14:textId="77777777" w:rsidR="003226FE" w:rsidRDefault="00000000">
      <w:pPr>
        <w:spacing w:after="20" w:line="259" w:lineRule="auto"/>
      </w:pPr>
      <w:r>
        <w:rPr>
          <w:b/>
          <w:sz w:val="22"/>
        </w:rPr>
        <w:t xml:space="preserve">a) </w:t>
      </w:r>
      <w:r>
        <w:rPr>
          <w:sz w:val="22"/>
        </w:rPr>
        <w:t xml:space="preserve">Biên độ là hệ số trước cos: </w:t>
      </w:r>
      <m:oMath>
        <m:r>
          <m:rPr>
            <m:sty m:val="p"/>
          </m:rPr>
          <w:rPr>
            <w:rFonts w:ascii="Cambria Math" w:hAnsi="Cambria Math"/>
          </w:rPr>
          <m:t>A = 6 cm</m:t>
        </m:r>
      </m:oMath>
      <w:r>
        <w:rPr>
          <w:sz w:val="22"/>
        </w:rPr>
        <w:t>.</w:t>
      </w:r>
    </w:p>
    <w:p w14:paraId="195E9C6D" w14:textId="77777777" w:rsidR="003226FE" w:rsidRDefault="00000000">
      <w:pPr>
        <w:spacing w:after="20" w:line="259" w:lineRule="auto"/>
      </w:pPr>
      <w:r>
        <w:rPr>
          <w:b/>
          <w:sz w:val="22"/>
        </w:rPr>
        <w:t xml:space="preserve">b) </w:t>
      </w:r>
      <m:oMath>
        <m:r>
          <m:rPr>
            <m:sty m:val="p"/>
          </m:rPr>
          <w:rPr>
            <w:rFonts w:ascii="Cambria Math" w:hAnsi="Cambria Math"/>
          </w:rPr>
          <m:t>ω = 2π rad/s ⇒ T = 2π/ω = 1 s</m:t>
        </m:r>
      </m:oMath>
      <w:r>
        <w:rPr>
          <w:sz w:val="22"/>
        </w:rPr>
        <w:t>.</w:t>
      </w:r>
    </w:p>
    <w:p w14:paraId="5DA3B1B3" w14:textId="77777777" w:rsidR="003226FE" w:rsidRDefault="00000000">
      <w:pPr>
        <w:spacing w:after="20" w:line="259" w:lineRule="auto"/>
      </w:pPr>
      <w:r>
        <w:rPr>
          <w:b/>
          <w:sz w:val="22"/>
        </w:rPr>
        <w:t xml:space="preserve">c) </w:t>
      </w:r>
      <m:oMath>
        <m:r>
          <m:rPr>
            <m:sty m:val="p"/>
          </m:rPr>
          <w:rPr>
            <w:rFonts w:ascii="Cambria Math" w:hAnsi="Cambria Math"/>
          </w:rPr>
          <m:t>v = -12πsin(2πt + π/3)</m:t>
        </m:r>
      </m:oMath>
      <w:r>
        <w:rPr>
          <w:sz w:val="22"/>
        </w:rPr>
        <w:t xml:space="preserve">. Tại t = 0: </w:t>
      </w:r>
      <m:oMath>
        <m:r>
          <m:rPr>
            <m:sty m:val="p"/>
          </m:rPr>
          <w:rPr>
            <w:rFonts w:ascii="Cambria Math" w:hAnsi="Cambria Math"/>
          </w:rPr>
          <m:t>v₀ = -12π·√3/2 = -6π√3 cm/s</m:t>
        </m:r>
      </m:oMath>
      <w:r>
        <w:rPr>
          <w:sz w:val="22"/>
        </w:rPr>
        <w:t>.</w:t>
      </w:r>
    </w:p>
    <w:p w14:paraId="6BE51164" w14:textId="77777777" w:rsidR="003226FE" w:rsidRDefault="00000000">
      <w:pPr>
        <w:spacing w:after="20" w:line="259" w:lineRule="auto"/>
      </w:pPr>
      <w:r>
        <w:rPr>
          <w:b/>
          <w:sz w:val="22"/>
        </w:rPr>
        <w:t xml:space="preserve">d) </w:t>
      </w:r>
      <w:r>
        <w:rPr>
          <w:sz w:val="22"/>
        </w:rPr>
        <w:t xml:space="preserve">Qua cân bằng theo chiều âm khi pha đầu tiên bằng </w:t>
      </w:r>
      <m:oMath>
        <m:r>
          <m:rPr>
            <m:sty m:val="p"/>
          </m:rPr>
          <w:rPr>
            <w:rFonts w:ascii="Cambria Math" w:hAnsi="Cambria Math"/>
          </w:rPr>
          <m:t>π/2</m:t>
        </m:r>
      </m:oMath>
      <w:r>
        <w:rPr>
          <w:sz w:val="22"/>
        </w:rPr>
        <w:t xml:space="preserve">. </w:t>
      </w:r>
      <m:oMath>
        <m:r>
          <m:rPr>
            <m:sty m:val="p"/>
          </m:rPr>
          <w:rPr>
            <w:rFonts w:ascii="Cambria Math" w:hAnsi="Cambria Math"/>
          </w:rPr>
          <m:t>2πt + π/3 = π/2 ⇒ t = 1/12 s</m:t>
        </m:r>
      </m:oMath>
      <w:r>
        <w:rPr>
          <w:sz w:val="22"/>
        </w:rPr>
        <w:t>.</w:t>
      </w:r>
    </w:p>
    <w:p w14:paraId="4DD922B6" w14:textId="77777777" w:rsidR="003226FE" w:rsidRDefault="00000000">
      <w:pPr>
        <w:keepNext/>
        <w:spacing w:after="60" w:line="259" w:lineRule="auto"/>
      </w:pPr>
      <w:r>
        <w:rPr>
          <w:b/>
          <w:sz w:val="23"/>
        </w:rPr>
        <w:t xml:space="preserve">Câu 3. </w:t>
      </w:r>
      <w:r>
        <w:rPr>
          <w:sz w:val="23"/>
        </w:rPr>
        <w:t>Đồ thị vận tốc - thời gian của một vật dao động điều hòa được cho như hình.</w:t>
      </w:r>
    </w:p>
    <w:p w14:paraId="1E1583D9" w14:textId="77777777" w:rsidR="003226FE" w:rsidRDefault="00000000">
      <w:pPr>
        <w:keepNext/>
        <w:spacing w:after="40"/>
        <w:jc w:val="center"/>
      </w:pPr>
      <w:r>
        <w:rPr>
          <w:noProof/>
        </w:rPr>
        <w:drawing>
          <wp:inline distT="0" distB="0" distL="0" distR="0" wp14:anchorId="63F10EB6" wp14:editId="31CE36A2">
            <wp:extent cx="3240000" cy="121404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t_ds3.png"/>
                    <pic:cNvPicPr/>
                  </pic:nvPicPr>
                  <pic:blipFill>
                    <a:blip r:embed="rId9"/>
                    <a:stretch>
                      <a:fillRect/>
                    </a:stretch>
                  </pic:blipFill>
                  <pic:spPr>
                    <a:xfrm>
                      <a:off x="0" y="0"/>
                      <a:ext cx="3240000" cy="1214046"/>
                    </a:xfrm>
                    <a:prstGeom prst="rect">
                      <a:avLst/>
                    </a:prstGeom>
                  </pic:spPr>
                </pic:pic>
              </a:graphicData>
            </a:graphic>
          </wp:inline>
        </w:drawing>
      </w:r>
    </w:p>
    <w:p w14:paraId="3A6FEC9B" w14:textId="77777777" w:rsidR="003226FE" w:rsidRDefault="00000000">
      <w:pPr>
        <w:spacing w:after="20" w:line="259" w:lineRule="auto"/>
      </w:pPr>
      <w:r>
        <w:rPr>
          <w:sz w:val="23"/>
        </w:rPr>
        <w:t>a) Tốc độ cực đại của vật là 20 cm/s.</w:t>
      </w:r>
    </w:p>
    <w:p w14:paraId="72D4C8CD" w14:textId="77777777" w:rsidR="003226FE" w:rsidRDefault="00000000">
      <w:pPr>
        <w:spacing w:after="20" w:line="259" w:lineRule="auto"/>
      </w:pPr>
      <w:r>
        <w:rPr>
          <w:sz w:val="23"/>
        </w:rPr>
        <w:t xml:space="preserve">b) Tần số góc của dao động là </w:t>
      </w:r>
      <m:oMath>
        <m:r>
          <m:rPr>
            <m:sty m:val="p"/>
          </m:rPr>
          <w:rPr>
            <w:rFonts w:ascii="Cambria Math" w:hAnsi="Cambria Math"/>
          </w:rPr>
          <m:t>π rad/s</m:t>
        </m:r>
      </m:oMath>
      <w:r>
        <w:rPr>
          <w:sz w:val="23"/>
        </w:rPr>
        <w:t>.</w:t>
      </w:r>
    </w:p>
    <w:p w14:paraId="68286026" w14:textId="77777777" w:rsidR="003226FE" w:rsidRDefault="00000000">
      <w:pPr>
        <w:spacing w:after="20" w:line="259" w:lineRule="auto"/>
      </w:pPr>
      <w:r>
        <w:rPr>
          <w:sz w:val="23"/>
        </w:rPr>
        <w:t xml:space="preserve">c) Biên độ dao động của vật là </w:t>
      </w:r>
      <m:oMath>
        <m:r>
          <m:rPr>
            <m:sty m:val="p"/>
          </m:rPr>
          <w:rPr>
            <w:rFonts w:ascii="Cambria Math" w:hAnsi="Cambria Math"/>
          </w:rPr>
          <m:t>20/π cm</m:t>
        </m:r>
      </m:oMath>
      <w:r>
        <w:rPr>
          <w:sz w:val="23"/>
        </w:rPr>
        <w:t>.</w:t>
      </w:r>
    </w:p>
    <w:p w14:paraId="6FFD7F6C" w14:textId="77777777" w:rsidR="003226FE" w:rsidRDefault="00000000">
      <w:pPr>
        <w:spacing w:after="20" w:line="259" w:lineRule="auto"/>
      </w:pPr>
      <w:r>
        <w:rPr>
          <w:sz w:val="23"/>
        </w:rPr>
        <w:t xml:space="preserve">d) Tại t = 0,5 s, gia tốc của vật bằng </w:t>
      </w:r>
      <m:oMath>
        <m:r>
          <m:rPr>
            <m:sty m:val="p"/>
          </m:rPr>
          <w:rPr>
            <w:rFonts w:ascii="Cambria Math" w:hAnsi="Cambria Math"/>
          </w:rPr>
          <m:t>+20π cm/s²</m:t>
        </m:r>
      </m:oMath>
      <w:r>
        <w:rPr>
          <w:sz w:val="23"/>
        </w:rPr>
        <w:t>.</w:t>
      </w:r>
    </w:p>
    <w:p w14:paraId="6B0E4878" w14:textId="77777777" w:rsidR="003226FE" w:rsidRDefault="00000000">
      <w:pPr>
        <w:spacing w:after="40" w:line="259" w:lineRule="auto"/>
      </w:pPr>
      <w:r>
        <w:rPr>
          <w:b/>
          <w:color w:val="C00000"/>
          <w:sz w:val="23"/>
        </w:rPr>
        <w:t>Trả lời: a) Đúng; b) Đúng; c) Đúng; d) Sai</w:t>
      </w:r>
      <w:r>
        <w:rPr>
          <w:b/>
          <w:sz w:val="23"/>
        </w:rPr>
      </w:r>
    </w:p>
    <w:p w14:paraId="1DFF15B6" w14:textId="77777777" w:rsidR="003226FE" w:rsidRDefault="00000000">
      <w:pPr>
        <w:keepNext/>
        <w:spacing w:after="40" w:line="259" w:lineRule="auto"/>
      </w:pPr>
      <w:r>
        <w:rPr>
          <w:b/>
          <w:sz w:val="23"/>
        </w:rPr>
        <w:t>Hướng dẫn</w:t>
      </w:r>
    </w:p>
    <w:p w14:paraId="5DF0B32B" w14:textId="77777777" w:rsidR="003226FE" w:rsidRDefault="00000000">
      <w:pPr>
        <w:spacing w:after="20" w:line="259" w:lineRule="auto"/>
      </w:pPr>
      <w:r>
        <w:rPr>
          <w:b/>
          <w:sz w:val="22"/>
        </w:rPr>
        <w:t xml:space="preserve">a) </w:t>
      </w:r>
      <w:r>
        <w:rPr>
          <w:sz w:val="22"/>
        </w:rPr>
        <w:t xml:space="preserve">Từ biên độ đồ thị vận tốc: </w:t>
      </w:r>
      <m:oMath>
        <m:r>
          <m:rPr>
            <m:sty m:val="p"/>
          </m:rPr>
          <w:rPr>
            <w:rFonts w:ascii="Cambria Math" w:hAnsi="Cambria Math"/>
          </w:rPr>
          <m:t>vₘₐₓ = 20 cm/s</m:t>
        </m:r>
      </m:oMath>
      <w:r>
        <w:rPr>
          <w:sz w:val="22"/>
        </w:rPr>
        <w:t>.</w:t>
      </w:r>
    </w:p>
    <w:p w14:paraId="76166078" w14:textId="77777777" w:rsidR="003226FE" w:rsidRDefault="00000000">
      <w:pPr>
        <w:spacing w:after="20" w:line="259" w:lineRule="auto"/>
      </w:pPr>
      <w:r>
        <w:rPr>
          <w:b/>
          <w:sz w:val="22"/>
        </w:rPr>
        <w:lastRenderedPageBreak/>
        <w:t xml:space="preserve">b) </w:t>
      </w:r>
      <w:r>
        <w:rPr>
          <w:sz w:val="22"/>
        </w:rPr>
        <w:t xml:space="preserve">Đồ thị vận tốc lặp lại sau 2 s nên </w:t>
      </w:r>
      <m:oMath>
        <m:r>
          <m:rPr>
            <m:sty m:val="p"/>
          </m:rPr>
          <w:rPr>
            <w:rFonts w:ascii="Cambria Math" w:hAnsi="Cambria Math"/>
          </w:rPr>
          <m:t>T = 2 s, ω = 2π/T = π rad/s</m:t>
        </m:r>
      </m:oMath>
      <w:r>
        <w:rPr>
          <w:sz w:val="22"/>
        </w:rPr>
        <w:t>.</w:t>
      </w:r>
    </w:p>
    <w:p w14:paraId="537FD25B" w14:textId="77777777" w:rsidR="003226FE" w:rsidRDefault="00000000">
      <w:pPr>
        <w:spacing w:after="20" w:line="259" w:lineRule="auto"/>
      </w:pPr>
      <w:r>
        <w:rPr>
          <w:b/>
          <w:sz w:val="22"/>
        </w:rPr>
        <w:t xml:space="preserve">c) </w:t>
      </w:r>
      <m:oMath>
        <m:r>
          <m:rPr>
            <m:sty m:val="p"/>
          </m:rPr>
          <w:rPr>
            <w:rFonts w:ascii="Cambria Math" w:hAnsi="Cambria Math"/>
          </w:rPr>
          <m:t>A = vₘₐₓ/ω = 20/π cm</m:t>
        </m:r>
      </m:oMath>
      <w:r>
        <w:rPr>
          <w:sz w:val="22"/>
        </w:rPr>
        <w:t>.</w:t>
      </w:r>
    </w:p>
    <w:p w14:paraId="69B5C326" w14:textId="77777777" w:rsidR="003226FE" w:rsidRDefault="00000000">
      <w:pPr>
        <w:spacing w:after="20" w:line="259" w:lineRule="auto"/>
      </w:pPr>
      <w:r>
        <w:rPr>
          <w:b/>
          <w:sz w:val="22"/>
        </w:rPr>
        <w:t xml:space="preserve">d) </w:t>
      </w:r>
      <w:r>
        <w:rPr>
          <w:sz w:val="22"/>
        </w:rPr>
        <w:t xml:space="preserve">Tại t = 0,5 s, v = 0; vật ở biên dương nên gia tốc cực tiểu: </w:t>
      </w:r>
      <m:oMath>
        <m:r>
          <m:rPr>
            <m:sty m:val="p"/>
          </m:rPr>
          <w:rPr>
            <w:rFonts w:ascii="Cambria Math" w:hAnsi="Cambria Math"/>
          </w:rPr>
          <m:t>a = -ωvₘₐₓ = -20π cm/s²</m:t>
        </m:r>
      </m:oMath>
      <w:r>
        <w:rPr>
          <w:sz w:val="22"/>
        </w:rPr>
        <w:t>.</w:t>
      </w:r>
    </w:p>
    <w:p w14:paraId="7D0C7DB0" w14:textId="77777777" w:rsidR="003226FE" w:rsidRDefault="00000000">
      <w:pPr>
        <w:keepNext/>
        <w:spacing w:after="60" w:line="259" w:lineRule="auto"/>
      </w:pPr>
      <w:r>
        <w:rPr>
          <w:b/>
          <w:sz w:val="23"/>
        </w:rPr>
        <w:t xml:space="preserve">Câu 4. </w:t>
      </w:r>
      <w:r>
        <w:rPr>
          <w:sz w:val="23"/>
        </w:rPr>
        <w:t>Một vật dao động điều hòa có đồ thị thế năng Wₜ theo li độ x như hình. Đường thẳng W biểu diễn cơ năng.</w:t>
      </w:r>
    </w:p>
    <w:p w14:paraId="633ED6ED" w14:textId="77777777" w:rsidR="003226FE" w:rsidRDefault="00000000">
      <w:pPr>
        <w:keepNext/>
        <w:spacing w:after="40"/>
        <w:jc w:val="center"/>
      </w:pPr>
      <w:r>
        <w:rPr>
          <w:noProof/>
        </w:rPr>
        <w:drawing>
          <wp:inline distT="0" distB="0" distL="0" distR="0" wp14:anchorId="4F12A883" wp14:editId="19D78441">
            <wp:extent cx="3240000" cy="130669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ergy_ds4.png"/>
                    <pic:cNvPicPr/>
                  </pic:nvPicPr>
                  <pic:blipFill>
                    <a:blip r:embed="rId10"/>
                    <a:stretch>
                      <a:fillRect/>
                    </a:stretch>
                  </pic:blipFill>
                  <pic:spPr>
                    <a:xfrm>
                      <a:off x="0" y="0"/>
                      <a:ext cx="3240000" cy="1306698"/>
                    </a:xfrm>
                    <a:prstGeom prst="rect">
                      <a:avLst/>
                    </a:prstGeom>
                  </pic:spPr>
                </pic:pic>
              </a:graphicData>
            </a:graphic>
          </wp:inline>
        </w:drawing>
      </w:r>
    </w:p>
    <w:p w14:paraId="7CC82407" w14:textId="77777777" w:rsidR="003226FE" w:rsidRDefault="00000000">
      <w:pPr>
        <w:spacing w:after="20" w:line="259" w:lineRule="auto"/>
      </w:pPr>
      <w:r>
        <w:rPr>
          <w:sz w:val="23"/>
        </w:rPr>
        <w:t>a) Cơ năng của vật là 8 mJ.</w:t>
      </w:r>
    </w:p>
    <w:p w14:paraId="251B09E5" w14:textId="77777777" w:rsidR="003226FE" w:rsidRDefault="00000000">
      <w:pPr>
        <w:spacing w:after="20" w:line="259" w:lineRule="auto"/>
      </w:pPr>
      <w:r>
        <w:rPr>
          <w:sz w:val="23"/>
        </w:rPr>
        <w:t>b) Tại vị trí cân bằng, động năng của vật là 8 mJ.</w:t>
      </w:r>
    </w:p>
    <w:p w14:paraId="195758A8" w14:textId="77777777" w:rsidR="003226FE" w:rsidRDefault="00000000">
      <w:pPr>
        <w:spacing w:after="20" w:line="259" w:lineRule="auto"/>
      </w:pPr>
      <w:r>
        <w:rPr>
          <w:sz w:val="23"/>
        </w:rPr>
        <w:t xml:space="preserve">c) Khi </w:t>
      </w:r>
      <m:oMath>
        <m:r>
          <m:rPr>
            <m:sty m:val="p"/>
          </m:rPr>
          <w:rPr>
            <w:rFonts w:ascii="Cambria Math" w:hAnsi="Cambria Math"/>
          </w:rPr>
          <m:t>x = 2 cm</m:t>
        </m:r>
      </m:oMath>
      <w:r>
        <w:rPr>
          <w:sz w:val="23"/>
        </w:rPr>
        <w:t>, động năng của vật là 6 mJ.</w:t>
      </w:r>
    </w:p>
    <w:p w14:paraId="46F0DCED" w14:textId="77777777" w:rsidR="003226FE" w:rsidRDefault="00000000">
      <w:pPr>
        <w:spacing w:after="20" w:line="259" w:lineRule="auto"/>
      </w:pPr>
      <w:r>
        <w:rPr>
          <w:sz w:val="23"/>
        </w:rPr>
        <w:t xml:space="preserve">d) Khi động năng bằng thế năng thì </w:t>
      </w:r>
      <m:oMath>
        <m:r>
          <m:rPr>
            <m:sty m:val="p"/>
          </m:rPr>
          <w:rPr>
            <w:rFonts w:ascii="Cambria Math" w:hAnsi="Cambria Math"/>
          </w:rPr>
          <m:t>|x| = 2 cm</m:t>
        </m:r>
      </m:oMath>
      <w:r>
        <w:rPr>
          <w:sz w:val="23"/>
        </w:rPr>
        <w:t>.</w:t>
      </w:r>
    </w:p>
    <w:p w14:paraId="21585D45" w14:textId="77777777" w:rsidR="003226FE" w:rsidRDefault="00000000">
      <w:pPr>
        <w:spacing w:after="40" w:line="259" w:lineRule="auto"/>
      </w:pPr>
      <w:r>
        <w:rPr>
          <w:b/>
          <w:color w:val="C00000"/>
          <w:sz w:val="23"/>
        </w:rPr>
        <w:t>Trả lời: a) Đúng; b) Đúng; c) Đúng; d) Sai</w:t>
      </w:r>
      <w:r>
        <w:rPr>
          <w:b/>
          <w:sz w:val="23"/>
        </w:rPr>
      </w:r>
    </w:p>
    <w:p w14:paraId="55FEEC7E" w14:textId="77777777" w:rsidR="003226FE" w:rsidRDefault="00000000">
      <w:pPr>
        <w:keepNext/>
        <w:spacing w:after="40" w:line="259" w:lineRule="auto"/>
      </w:pPr>
      <w:r>
        <w:rPr>
          <w:b/>
          <w:sz w:val="23"/>
        </w:rPr>
        <w:t>Hướng dẫn</w:t>
      </w:r>
    </w:p>
    <w:p w14:paraId="2FC3821B" w14:textId="77777777" w:rsidR="003226FE" w:rsidRDefault="00000000">
      <w:pPr>
        <w:spacing w:after="20" w:line="259" w:lineRule="auto"/>
      </w:pPr>
      <w:r>
        <w:rPr>
          <w:b/>
          <w:sz w:val="22"/>
        </w:rPr>
        <w:t xml:space="preserve">a) </w:t>
      </w:r>
      <w:r>
        <w:rPr>
          <w:sz w:val="22"/>
        </w:rPr>
        <w:t xml:space="preserve">Đường thẳng W cho </w:t>
      </w:r>
      <m:oMath>
        <m:r>
          <m:rPr>
            <m:sty m:val="p"/>
          </m:rPr>
          <w:rPr>
            <w:rFonts w:ascii="Cambria Math" w:hAnsi="Cambria Math"/>
          </w:rPr>
          <m:t>W = 8 mJ</m:t>
        </m:r>
      </m:oMath>
      <w:r>
        <w:rPr>
          <w:sz w:val="22"/>
        </w:rPr>
        <w:t>.</w:t>
      </w:r>
    </w:p>
    <w:p w14:paraId="7A630199" w14:textId="77777777" w:rsidR="003226FE" w:rsidRDefault="00000000">
      <w:pPr>
        <w:spacing w:after="20" w:line="259" w:lineRule="auto"/>
      </w:pPr>
      <w:r>
        <w:rPr>
          <w:b/>
          <w:sz w:val="22"/>
        </w:rPr>
        <w:t xml:space="preserve">b) </w:t>
      </w:r>
      <w:r>
        <w:rPr>
          <w:sz w:val="22"/>
        </w:rPr>
        <w:t xml:space="preserve">Kí hiệu U là thế năng, K là động năng. Tại x = 0, </w:t>
      </w:r>
      <m:oMath>
        <m:r>
          <m:rPr>
            <m:sty m:val="p"/>
          </m:rPr>
          <w:rPr>
            <w:rFonts w:ascii="Cambria Math" w:hAnsi="Cambria Math"/>
          </w:rPr>
          <m:t>U = 0</m:t>
        </m:r>
      </m:oMath>
      <w:r>
        <w:rPr>
          <w:sz w:val="22"/>
        </w:rPr>
        <w:t xml:space="preserve"> nên </w:t>
      </w:r>
      <m:oMath>
        <m:r>
          <m:rPr>
            <m:sty m:val="p"/>
          </m:rPr>
          <w:rPr>
            <w:rFonts w:ascii="Cambria Math" w:hAnsi="Cambria Math"/>
          </w:rPr>
          <m:t>K = W = 8 mJ</m:t>
        </m:r>
      </m:oMath>
      <w:r>
        <w:rPr>
          <w:sz w:val="22"/>
        </w:rPr>
        <w:t>.</w:t>
      </w:r>
    </w:p>
    <w:p w14:paraId="434148D6" w14:textId="77777777" w:rsidR="003226FE" w:rsidRDefault="00000000">
      <w:pPr>
        <w:spacing w:after="20" w:line="259" w:lineRule="auto"/>
      </w:pPr>
      <w:r>
        <w:rPr>
          <w:b/>
          <w:sz w:val="22"/>
        </w:rPr>
        <w:t xml:space="preserve">c) </w:t>
      </w:r>
      <w:r>
        <w:rPr>
          <w:sz w:val="22"/>
        </w:rPr>
        <w:t xml:space="preserve">Với </w:t>
      </w:r>
      <m:oMath>
        <m:r>
          <m:rPr>
            <m:sty m:val="p"/>
          </m:rPr>
          <w:rPr>
            <w:rFonts w:ascii="Cambria Math" w:hAnsi="Cambria Math"/>
          </w:rPr>
          <m:t>A = 4 cm, x = 2 cm</m:t>
        </m:r>
      </m:oMath>
      <w:r>
        <w:rPr>
          <w:sz w:val="22"/>
        </w:rPr>
        <w:t xml:space="preserve">, </w:t>
      </w:r>
      <m:oMath>
        <m:r>
          <m:rPr>
            <m:sty m:val="p"/>
          </m:rPr>
          <w:rPr>
            <w:rFonts w:ascii="Cambria Math" w:hAnsi="Cambria Math"/>
          </w:rPr>
          <m:t>U = W·x²/A² = 8·4/16 = 2 mJ</m:t>
        </m:r>
      </m:oMath>
      <w:r>
        <w:rPr>
          <w:sz w:val="22"/>
        </w:rPr>
        <w:t xml:space="preserve">, nên </w:t>
      </w:r>
      <m:oMath>
        <m:r>
          <m:rPr>
            <m:sty m:val="p"/>
          </m:rPr>
          <w:rPr>
            <w:rFonts w:ascii="Cambria Math" w:hAnsi="Cambria Math"/>
          </w:rPr>
          <m:t>K = 6 mJ</m:t>
        </m:r>
      </m:oMath>
      <w:r>
        <w:rPr>
          <w:sz w:val="22"/>
        </w:rPr>
        <w:t>.</w:t>
      </w:r>
    </w:p>
    <w:p w14:paraId="3A941621" w14:textId="77777777" w:rsidR="003226FE" w:rsidRDefault="00000000">
      <w:pPr>
        <w:spacing w:after="20" w:line="259" w:lineRule="auto"/>
      </w:pPr>
      <w:r>
        <w:rPr>
          <w:b/>
          <w:sz w:val="22"/>
        </w:rPr>
        <w:t xml:space="preserve">d) </w:t>
      </w:r>
      <w:r>
        <w:rPr>
          <w:sz w:val="22"/>
        </w:rPr>
        <w:t xml:space="preserve">Khi </w:t>
      </w:r>
      <m:oMath>
        <m:r>
          <m:rPr>
            <m:sty m:val="p"/>
          </m:rPr>
          <w:rPr>
            <w:rFonts w:ascii="Cambria Math" w:hAnsi="Cambria Math"/>
          </w:rPr>
          <m:t>K = U = W/2</m:t>
        </m:r>
      </m:oMath>
      <w:r>
        <w:rPr>
          <w:sz w:val="22"/>
        </w:rPr>
        <w:t xml:space="preserve">: </w:t>
      </w:r>
      <m:oMath>
        <m:r>
          <m:rPr>
            <m:sty m:val="p"/>
          </m:rPr>
          <w:rPr>
            <w:rFonts w:ascii="Cambria Math" w:hAnsi="Cambria Math"/>
          </w:rPr>
          <m:t>x²/A² = 1/2 ⇒ |x| = A/√2 = 2√2 cm</m:t>
        </m:r>
      </m:oMath>
      <w:r>
        <w:rPr>
          <w:sz w:val="22"/>
        </w:rPr>
        <w:t>, không phải 2 cm.</w:t>
      </w:r>
    </w:p>
    <w:p w14:paraId="5E21C867" w14:textId="77777777" w:rsidR="003226FE" w:rsidRPr="00C86884" w:rsidRDefault="00000000">
      <w:pPr>
        <w:keepNext/>
        <w:spacing w:after="80" w:line="259" w:lineRule="auto"/>
        <w:rPr>
          <w:color w:val="002366"/>
        </w:rPr>
      </w:pPr>
      <w:r w:rsidRPr="00C86884">
        <w:rPr>
          <w:b/>
          <w:color w:val="002366"/>
        </w:rPr>
        <w:t>PHẦN III. Câu trắc nghiệm trả lời ngắn.</w:t>
      </w:r>
    </w:p>
    <w:p w14:paraId="5111FE25" w14:textId="77777777" w:rsidR="003226FE" w:rsidRDefault="00000000">
      <w:pPr>
        <w:keepNext/>
        <w:spacing w:after="60" w:line="259" w:lineRule="auto"/>
      </w:pPr>
      <w:r>
        <w:rPr>
          <w:b/>
          <w:sz w:val="23"/>
        </w:rPr>
        <w:t xml:space="preserve">Câu 1. </w:t>
      </w:r>
      <w:r>
        <w:rPr>
          <w:sz w:val="23"/>
        </w:rPr>
        <w:t>Đồ thị li độ - thời gian của một vật dao động điều hòa được cho như hình. Trong 30 s, vật đi được tổng quãng đường bao nhiêu centimét?</w:t>
      </w:r>
    </w:p>
    <w:p w14:paraId="3A4FAC68" w14:textId="77777777" w:rsidR="003226FE" w:rsidRDefault="00000000">
      <w:pPr>
        <w:keepNext/>
        <w:spacing w:after="40"/>
        <w:jc w:val="center"/>
      </w:pPr>
      <w:r>
        <w:rPr>
          <w:noProof/>
        </w:rPr>
        <w:drawing>
          <wp:inline distT="0" distB="0" distL="0" distR="0" wp14:anchorId="7BF98335" wp14:editId="2E2B810A">
            <wp:extent cx="3240000" cy="121404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t_short1.png"/>
                    <pic:cNvPicPr/>
                  </pic:nvPicPr>
                  <pic:blipFill>
                    <a:blip r:embed="rId11"/>
                    <a:stretch>
                      <a:fillRect/>
                    </a:stretch>
                  </pic:blipFill>
                  <pic:spPr>
                    <a:xfrm>
                      <a:off x="0" y="0"/>
                      <a:ext cx="3240000" cy="1214046"/>
                    </a:xfrm>
                    <a:prstGeom prst="rect">
                      <a:avLst/>
                    </a:prstGeom>
                  </pic:spPr>
                </pic:pic>
              </a:graphicData>
            </a:graphic>
          </wp:inline>
        </w:drawing>
      </w:r>
    </w:p>
    <w:p w14:paraId="1D95D8E4" w14:textId="77777777" w:rsidR="003226FE" w:rsidRDefault="00000000">
      <w:pPr>
        <w:spacing w:after="40" w:line="259" w:lineRule="auto"/>
      </w:pPr>
      <w:r>
        <w:rPr>
          <w:b/>
          <w:color w:val="C00000"/>
          <w:sz w:val="23"/>
        </w:rPr>
        <w:t xml:space="preserve">Trả lời: </w:t>
      </w:r>
      <w:r>
        <w:rPr>
          <w:b/>
          <w:sz w:val="23"/>
        </w:rPr>
        <w:t>180</w:t>
      </w:r>
    </w:p>
    <w:p w14:paraId="18AE64C5" w14:textId="77777777" w:rsidR="003226FE" w:rsidRDefault="00000000">
      <w:pPr>
        <w:keepNext/>
        <w:spacing w:after="40" w:line="259" w:lineRule="auto"/>
      </w:pPr>
      <w:r>
        <w:rPr>
          <w:b/>
          <w:sz w:val="23"/>
        </w:rPr>
        <w:t>Hướng dẫn:</w:t>
      </w:r>
    </w:p>
    <w:p w14:paraId="755C870C" w14:textId="77777777" w:rsidR="003226FE" w:rsidRDefault="00000000">
      <w:pPr>
        <w:spacing w:after="20" w:line="259" w:lineRule="auto"/>
      </w:pPr>
      <w:r>
        <w:rPr>
          <w:sz w:val="23"/>
        </w:rPr>
        <w:t xml:space="preserve">Từ đồ thị, </w:t>
      </w:r>
      <m:oMath>
        <m:r>
          <m:rPr>
            <m:sty m:val="p"/>
          </m:rPr>
          <w:rPr>
            <w:rFonts w:ascii="Cambria Math" w:hAnsi="Cambria Math"/>
          </w:rPr>
          <m:t>A = 3 cm</m:t>
        </m:r>
      </m:oMath>
      <w:r>
        <w:rPr>
          <w:sz w:val="23"/>
        </w:rPr>
        <w:t xml:space="preserve"> và hai cực đại liên tiếp tại t = 0,5 s và t = 2,5 s nên </w:t>
      </w:r>
      <m:oMath>
        <m:r>
          <m:rPr>
            <m:sty m:val="p"/>
          </m:rPr>
          <w:rPr>
            <w:rFonts w:ascii="Cambria Math" w:hAnsi="Cambria Math"/>
          </w:rPr>
          <m:t>T = 2 s</m:t>
        </m:r>
      </m:oMath>
      <w:r>
        <w:rPr>
          <w:sz w:val="23"/>
        </w:rPr>
        <w:t xml:space="preserve">. Trong 30 s vật thực hiện </w:t>
      </w:r>
      <m:oMath>
        <m:r>
          <m:rPr>
            <m:sty m:val="p"/>
          </m:rPr>
          <w:rPr>
            <w:rFonts w:ascii="Cambria Math" w:hAnsi="Cambria Math"/>
          </w:rPr>
          <m:t>N = 30/T = 15</m:t>
        </m:r>
      </m:oMath>
      <w:r>
        <w:rPr>
          <w:sz w:val="23"/>
        </w:rPr>
        <w:t xml:space="preserve"> dao động. Mỗi dao động vật đi quãng đường </w:t>
      </w:r>
      <m:oMath>
        <m:r>
          <m:rPr>
            <m:sty m:val="p"/>
          </m:rPr>
          <w:rPr>
            <w:rFonts w:ascii="Cambria Math" w:hAnsi="Cambria Math"/>
          </w:rPr>
          <m:t>4A = 12 cm</m:t>
        </m:r>
      </m:oMath>
      <w:r>
        <w:rPr>
          <w:sz w:val="23"/>
        </w:rPr>
        <w:t xml:space="preserve">, vì vậy </w:t>
      </w:r>
      <m:oMath>
        <m:r>
          <m:rPr>
            <m:sty m:val="p"/>
          </m:rPr>
          <w:rPr>
            <w:rFonts w:ascii="Cambria Math" w:hAnsi="Cambria Math"/>
          </w:rPr>
          <m:t>s = 15·12 = 180 cm</m:t>
        </m:r>
      </m:oMath>
      <w:r>
        <w:rPr>
          <w:sz w:val="23"/>
        </w:rPr>
        <w:t>.</w:t>
      </w:r>
    </w:p>
    <w:p w14:paraId="79B5BB03" w14:textId="77777777" w:rsidR="003226FE" w:rsidRDefault="00000000">
      <w:pPr>
        <w:keepNext/>
        <w:spacing w:after="60" w:line="259" w:lineRule="auto"/>
      </w:pPr>
      <w:r>
        <w:rPr>
          <w:b/>
          <w:sz w:val="23"/>
        </w:rPr>
        <w:t xml:space="preserve">Câu 2. </w:t>
      </w:r>
      <w:r>
        <w:rPr>
          <w:sz w:val="23"/>
        </w:rPr>
        <w:t xml:space="preserve">Một vật dao động điều hòa theo phương trình </w:t>
      </w:r>
      <m:oMath>
        <m:r>
          <m:rPr>
            <m:sty m:val="p"/>
          </m:rPr>
          <w:rPr>
            <w:rFonts w:ascii="Cambria Math" w:hAnsi="Cambria Math"/>
          </w:rPr>
          <m:t>x = 8cos(4πt - π/3) cm</m:t>
        </m:r>
      </m:oMath>
      <w:r>
        <w:rPr>
          <w:sz w:val="23"/>
        </w:rPr>
        <w:t xml:space="preserve">. Tính quãng đường vật đi được từ </w:t>
      </w:r>
      <m:oMath>
        <m:r>
          <m:rPr>
            <m:sty m:val="p"/>
          </m:rPr>
          <w:rPr>
            <w:rFonts w:ascii="Cambria Math" w:hAnsi="Cambria Math"/>
          </w:rPr>
          <m:t>t = 0</m:t>
        </m:r>
      </m:oMath>
      <w:r>
        <w:rPr>
          <w:sz w:val="23"/>
        </w:rPr>
        <w:t xml:space="preserve"> đến </w:t>
      </w:r>
      <m:oMath>
        <m:r>
          <m:rPr>
            <m:sty m:val="p"/>
          </m:rPr>
          <w:rPr>
            <w:rFonts w:ascii="Cambria Math" w:hAnsi="Cambria Math"/>
          </w:rPr>
          <m:t>t = 1/6 s</m:t>
        </m:r>
      </m:oMath>
      <w:r>
        <w:rPr>
          <w:sz w:val="23"/>
        </w:rPr>
        <w:t xml:space="preserve"> theo đơn vị centimét.</w:t>
      </w:r>
    </w:p>
    <w:p w14:paraId="4BD45268" w14:textId="77777777" w:rsidR="003226FE" w:rsidRDefault="00000000">
      <w:pPr>
        <w:spacing w:after="40" w:line="259" w:lineRule="auto"/>
      </w:pPr>
      <w:r>
        <w:rPr>
          <w:b/>
          <w:color w:val="C00000"/>
          <w:sz w:val="23"/>
        </w:rPr>
        <w:t xml:space="preserve">Trả lời: </w:t>
      </w:r>
      <w:r>
        <w:rPr>
          <w:b/>
          <w:sz w:val="23"/>
        </w:rPr>
        <w:t>8</w:t>
      </w:r>
    </w:p>
    <w:p w14:paraId="2B6A4469" w14:textId="77777777" w:rsidR="003226FE" w:rsidRDefault="00000000">
      <w:pPr>
        <w:keepNext/>
        <w:spacing w:after="40" w:line="259" w:lineRule="auto"/>
      </w:pPr>
      <w:r>
        <w:rPr>
          <w:b/>
          <w:sz w:val="23"/>
        </w:rPr>
        <w:t>Hướng dẫn:</w:t>
      </w:r>
    </w:p>
    <w:p w14:paraId="26CF47D0" w14:textId="77777777" w:rsidR="003226FE" w:rsidRDefault="00000000">
      <w:pPr>
        <w:spacing w:after="20" w:line="259" w:lineRule="auto"/>
      </w:pPr>
      <w:r>
        <w:rPr>
          <w:sz w:val="23"/>
        </w:rPr>
        <w:t xml:space="preserve">Tại t = 0, pha bằng </w:t>
      </w:r>
      <m:oMath>
        <m:r>
          <m:rPr>
            <m:sty m:val="p"/>
          </m:rPr>
          <w:rPr>
            <w:rFonts w:ascii="Cambria Math" w:hAnsi="Cambria Math"/>
          </w:rPr>
          <m:t>-π/3</m:t>
        </m:r>
      </m:oMath>
      <w:r>
        <w:rPr>
          <w:sz w:val="23"/>
        </w:rPr>
        <w:t xml:space="preserve">, nên vật có </w:t>
      </w:r>
      <m:oMath>
        <m:r>
          <m:rPr>
            <m:sty m:val="p"/>
          </m:rPr>
          <w:rPr>
            <w:rFonts w:ascii="Cambria Math" w:hAnsi="Cambria Math"/>
          </w:rPr>
          <m:t>x₀ = 4 cm</m:t>
        </m:r>
      </m:oMath>
      <w:r>
        <w:rPr>
          <w:sz w:val="23"/>
        </w:rPr>
        <w:t xml:space="preserve"> và đang chuyển động theo chiều dương. Tại </w:t>
      </w:r>
      <m:oMath>
        <m:r>
          <m:rPr>
            <m:sty m:val="p"/>
          </m:rPr>
          <w:rPr>
            <w:rFonts w:ascii="Cambria Math" w:hAnsi="Cambria Math"/>
          </w:rPr>
          <m:t>t = 1/12 s</m:t>
        </m:r>
      </m:oMath>
      <w:r>
        <w:rPr>
          <w:sz w:val="23"/>
        </w:rPr>
        <w:t xml:space="preserve">, pha bằng 0, vật đến biên dương </w:t>
      </w:r>
      <m:oMath>
        <m:r>
          <m:rPr>
            <m:sty m:val="p"/>
          </m:rPr>
          <w:rPr>
            <w:rFonts w:ascii="Cambria Math" w:hAnsi="Cambria Math"/>
          </w:rPr>
          <m:t>x = 8 cm</m:t>
        </m:r>
      </m:oMath>
      <w:r>
        <w:rPr>
          <w:sz w:val="23"/>
        </w:rPr>
        <w:t xml:space="preserve">. Tại </w:t>
      </w:r>
      <m:oMath>
        <m:r>
          <m:rPr>
            <m:sty m:val="p"/>
          </m:rPr>
          <w:rPr>
            <w:rFonts w:ascii="Cambria Math" w:hAnsi="Cambria Math"/>
          </w:rPr>
          <m:t>t = 1/6 s</m:t>
        </m:r>
      </m:oMath>
      <w:r>
        <w:rPr>
          <w:sz w:val="23"/>
        </w:rPr>
        <w:t xml:space="preserve">, pha bằng </w:t>
      </w:r>
      <m:oMath>
        <m:r>
          <m:rPr>
            <m:sty m:val="p"/>
          </m:rPr>
          <w:rPr>
            <w:rFonts w:ascii="Cambria Math" w:hAnsi="Cambria Math"/>
          </w:rPr>
          <m:t>π/3</m:t>
        </m:r>
      </m:oMath>
      <w:r>
        <w:rPr>
          <w:sz w:val="23"/>
        </w:rPr>
        <w:t xml:space="preserve">, vật trở lại </w:t>
      </w:r>
      <m:oMath>
        <m:r>
          <m:rPr>
            <m:sty m:val="p"/>
          </m:rPr>
          <w:rPr>
            <w:rFonts w:ascii="Cambria Math" w:hAnsi="Cambria Math"/>
          </w:rPr>
          <m:t>x = 4 cm</m:t>
        </m:r>
      </m:oMath>
      <w:r>
        <w:rPr>
          <w:sz w:val="23"/>
        </w:rPr>
        <w:t xml:space="preserve"> theo chiều âm. Do đó </w:t>
      </w:r>
      <m:oMath>
        <m:r>
          <m:rPr>
            <m:sty m:val="p"/>
          </m:rPr>
          <w:rPr>
            <w:rFonts w:ascii="Cambria Math" w:hAnsi="Cambria Math"/>
          </w:rPr>
          <m:t>s = (8 - 4) + (8 - 4) = 8 cm</m:t>
        </m:r>
      </m:oMath>
      <w:r>
        <w:rPr>
          <w:sz w:val="23"/>
        </w:rPr>
        <w:t>.</w:t>
      </w:r>
    </w:p>
    <w:p w14:paraId="7902BDF7" w14:textId="77777777" w:rsidR="003226FE" w:rsidRDefault="00000000">
      <w:pPr>
        <w:keepNext/>
        <w:spacing w:after="60" w:line="259" w:lineRule="auto"/>
      </w:pPr>
      <w:r>
        <w:rPr>
          <w:b/>
          <w:sz w:val="23"/>
        </w:rPr>
        <w:t xml:space="preserve">Câu 3. </w:t>
      </w:r>
      <w:r>
        <w:rPr>
          <w:sz w:val="23"/>
        </w:rPr>
        <w:t xml:space="preserve">Một vật dao động điều hòa với tần số góc </w:t>
      </w:r>
      <m:oMath>
        <m:r>
          <m:rPr>
            <m:sty m:val="p"/>
          </m:rPr>
          <w:rPr>
            <w:rFonts w:ascii="Cambria Math" w:hAnsi="Cambria Math"/>
          </w:rPr>
          <m:t>ω = 2π rad/s</m:t>
        </m:r>
      </m:oMath>
      <w:r>
        <w:rPr>
          <w:sz w:val="23"/>
        </w:rPr>
        <w:t xml:space="preserve">. Tại t = 0, vật có li độ </w:t>
      </w:r>
      <m:oMath>
        <m:r>
          <m:rPr>
            <m:sty m:val="p"/>
          </m:rPr>
          <w:rPr>
            <w:rFonts w:ascii="Cambria Math" w:hAnsi="Cambria Math"/>
          </w:rPr>
          <m:t>x₀ = 3 cm</m:t>
        </m:r>
      </m:oMath>
      <w:r>
        <w:rPr>
          <w:sz w:val="23"/>
        </w:rPr>
        <w:t xml:space="preserve"> và vận tốc </w:t>
      </w:r>
      <m:oMath>
        <m:r>
          <m:rPr>
            <m:sty m:val="p"/>
          </m:rPr>
          <w:rPr>
            <w:rFonts w:ascii="Cambria Math" w:hAnsi="Cambria Math"/>
          </w:rPr>
          <m:t>v₀ = -6π√3 cm/s</m:t>
        </m:r>
      </m:oMath>
      <w:r>
        <w:rPr>
          <w:sz w:val="23"/>
        </w:rPr>
        <w:t>. Tính biên độ dao động theo đơn vị centimét.</w:t>
      </w:r>
    </w:p>
    <w:p w14:paraId="793EB0E7" w14:textId="77777777" w:rsidR="003226FE" w:rsidRDefault="00000000">
      <w:pPr>
        <w:spacing w:after="40" w:line="259" w:lineRule="auto"/>
      </w:pPr>
      <w:r>
        <w:rPr>
          <w:b/>
          <w:color w:val="C00000"/>
          <w:sz w:val="23"/>
        </w:rPr>
        <w:t xml:space="preserve">Trả lời: </w:t>
      </w:r>
      <w:r>
        <w:rPr>
          <w:b/>
          <w:sz w:val="23"/>
        </w:rPr>
        <w:t>6</w:t>
      </w:r>
    </w:p>
    <w:p w14:paraId="751577A4" w14:textId="77777777" w:rsidR="003226FE" w:rsidRDefault="00000000">
      <w:pPr>
        <w:keepNext/>
        <w:spacing w:after="40" w:line="259" w:lineRule="auto"/>
      </w:pPr>
      <w:r>
        <w:rPr>
          <w:b/>
          <w:sz w:val="23"/>
        </w:rPr>
        <w:lastRenderedPageBreak/>
        <w:t>Hướng dẫn:</w:t>
      </w:r>
    </w:p>
    <w:p w14:paraId="539BB3CE" w14:textId="77777777" w:rsidR="003226FE" w:rsidRDefault="00000000">
      <w:pPr>
        <w:spacing w:after="20" w:line="259" w:lineRule="auto"/>
      </w:pPr>
      <w:r>
        <w:rPr>
          <w:sz w:val="23"/>
        </w:rPr>
        <w:t xml:space="preserve">Dùng hệ thức độc lập: </w:t>
      </w:r>
      <m:oMath>
        <m:r>
          <m:rPr>
            <m:sty m:val="p"/>
          </m:rPr>
          <w:rPr>
            <w:rFonts w:ascii="Cambria Math" w:hAnsi="Cambria Math"/>
          </w:rPr>
          <m:t>A² = x₀² + (v₀/ω)²</m:t>
        </m:r>
      </m:oMath>
      <w:r>
        <w:rPr>
          <w:sz w:val="23"/>
        </w:rPr>
        <w:t xml:space="preserve">. Suy ra </w:t>
      </w:r>
      <m:oMath>
        <m:r>
          <m:rPr>
            <m:sty m:val="p"/>
          </m:rPr>
          <w:rPr>
            <w:rFonts w:ascii="Cambria Math" w:hAnsi="Cambria Math"/>
          </w:rPr>
          <m:t>A² = 3² + [(-6π√3)/(2π)]² = 9 + 27 = 36</m:t>
        </m:r>
      </m:oMath>
      <w:r>
        <w:rPr>
          <w:sz w:val="23"/>
        </w:rPr>
        <w:t xml:space="preserve">, nên </w:t>
      </w:r>
      <m:oMath>
        <m:r>
          <m:rPr>
            <m:sty m:val="p"/>
          </m:rPr>
          <w:rPr>
            <w:rFonts w:ascii="Cambria Math" w:hAnsi="Cambria Math"/>
          </w:rPr>
          <m:t>A = 6 cm</m:t>
        </m:r>
      </m:oMath>
      <w:r>
        <w:rPr>
          <w:sz w:val="23"/>
        </w:rPr>
        <w:t>.</w:t>
      </w:r>
    </w:p>
    <w:p w14:paraId="174DCEF7" w14:textId="77777777" w:rsidR="003226FE" w:rsidRDefault="00000000">
      <w:pPr>
        <w:keepNext/>
        <w:spacing w:after="60" w:line="259" w:lineRule="auto"/>
      </w:pPr>
      <w:r>
        <w:rPr>
          <w:b/>
          <w:sz w:val="23"/>
        </w:rPr>
        <w:t xml:space="preserve">Câu 4. </w:t>
      </w:r>
      <w:r>
        <w:rPr>
          <w:sz w:val="23"/>
        </w:rPr>
        <w:t>Một vật dao động điều hòa có tốc độ cực đại 60 cm/s và gia tốc cực đại 1200 cm/s². Tính biên độ dao động theo đơn vị centimét.</w:t>
      </w:r>
    </w:p>
    <w:p w14:paraId="1F098724" w14:textId="77777777" w:rsidR="003226FE" w:rsidRDefault="00000000">
      <w:pPr>
        <w:spacing w:after="40" w:line="259" w:lineRule="auto"/>
      </w:pPr>
      <w:r>
        <w:rPr>
          <w:b/>
          <w:color w:val="C00000"/>
          <w:sz w:val="23"/>
        </w:rPr>
        <w:t xml:space="preserve">Trả lời: </w:t>
      </w:r>
      <w:r>
        <w:rPr>
          <w:b/>
          <w:sz w:val="23"/>
        </w:rPr>
        <w:t>3</w:t>
      </w:r>
    </w:p>
    <w:p w14:paraId="4B922667" w14:textId="77777777" w:rsidR="003226FE" w:rsidRDefault="00000000">
      <w:pPr>
        <w:keepNext/>
        <w:spacing w:after="40" w:line="259" w:lineRule="auto"/>
      </w:pPr>
      <w:r>
        <w:rPr>
          <w:b/>
          <w:sz w:val="23"/>
        </w:rPr>
        <w:t>Hướng dẫn:</w:t>
      </w:r>
    </w:p>
    <w:p w14:paraId="40D80B58" w14:textId="77777777" w:rsidR="003226FE" w:rsidRDefault="00000000">
      <w:pPr>
        <w:spacing w:after="20" w:line="259" w:lineRule="auto"/>
      </w:pPr>
      <m:oMath>
        <m:r>
          <m:rPr>
            <m:sty m:val="p"/>
          </m:rPr>
          <w:rPr>
            <w:rFonts w:ascii="Cambria Math" w:hAnsi="Cambria Math"/>
          </w:rPr>
          <m:t>ω = aₘₐₓ/vₘₐₓ = 1200/60 = 20 rad/s</m:t>
        </m:r>
      </m:oMath>
      <w:r>
        <w:rPr>
          <w:sz w:val="23"/>
        </w:rPr>
        <w:t xml:space="preserve">; </w:t>
      </w:r>
      <m:oMath>
        <m:r>
          <m:rPr>
            <m:sty m:val="p"/>
          </m:rPr>
          <w:rPr>
            <w:rFonts w:ascii="Cambria Math" w:hAnsi="Cambria Math"/>
          </w:rPr>
          <m:t>A = vₘₐₓ/ω = 60/20 = 3 cm</m:t>
        </m:r>
      </m:oMath>
      <w:r>
        <w:rPr>
          <w:sz w:val="23"/>
        </w:rPr>
        <w:t>.</w:t>
      </w:r>
    </w:p>
    <w:p w14:paraId="3B380536" w14:textId="77777777" w:rsidR="003226FE" w:rsidRDefault="00000000">
      <w:pPr>
        <w:keepNext/>
        <w:spacing w:after="60" w:line="259" w:lineRule="auto"/>
      </w:pPr>
      <w:r>
        <w:rPr>
          <w:b/>
          <w:sz w:val="23"/>
        </w:rPr>
        <w:t xml:space="preserve">Câu 5. </w:t>
      </w:r>
      <w:r>
        <w:rPr>
          <w:sz w:val="23"/>
        </w:rPr>
        <w:t xml:space="preserve">Một vật dao động điều hòa có gia tốc liên hệ với li độ bởi </w:t>
      </w:r>
      <m:oMath>
        <m:r>
          <m:rPr>
            <m:sty m:val="p"/>
          </m:rPr>
          <w:rPr>
            <w:rFonts w:ascii="Cambria Math" w:hAnsi="Cambria Math"/>
          </w:rPr>
          <m:t>a = -100π²x</m:t>
        </m:r>
      </m:oMath>
      <w:r>
        <w:rPr>
          <w:sz w:val="23"/>
        </w:rPr>
        <w:t xml:space="preserve">. Tại t = 0, vật ở biên dương. Tính thời gian ngắn nhất để vật đến vị trí </w:t>
      </w:r>
      <m:oMath>
        <m:r>
          <m:rPr>
            <m:sty m:val="p"/>
          </m:rPr>
          <w:rPr>
            <w:rFonts w:ascii="Cambria Math" w:hAnsi="Cambria Math"/>
          </w:rPr>
          <m:t>x = -A/2</m:t>
        </m:r>
      </m:oMath>
      <w:r>
        <w:rPr>
          <w:sz w:val="23"/>
        </w:rPr>
        <w:t xml:space="preserve"> và đang chuyển động theo chiều âm. Làm tròn đến hàng phần nghìn giây.</w:t>
      </w:r>
    </w:p>
    <w:p w14:paraId="6F2CC513" w14:textId="77777777" w:rsidR="003226FE" w:rsidRDefault="00000000">
      <w:pPr>
        <w:spacing w:after="40" w:line="259" w:lineRule="auto"/>
      </w:pPr>
      <w:r>
        <w:rPr>
          <w:b/>
          <w:color w:val="C00000"/>
          <w:sz w:val="23"/>
        </w:rPr>
        <w:t xml:space="preserve">Trả lời: </w:t>
      </w:r>
      <w:r>
        <w:rPr>
          <w:b/>
          <w:sz w:val="23"/>
        </w:rPr>
        <w:t>0,067</w:t>
      </w:r>
    </w:p>
    <w:p w14:paraId="23916FA7" w14:textId="77777777" w:rsidR="003226FE" w:rsidRDefault="00000000">
      <w:pPr>
        <w:keepNext/>
        <w:spacing w:after="40" w:line="259" w:lineRule="auto"/>
      </w:pPr>
      <w:r>
        <w:rPr>
          <w:b/>
          <w:sz w:val="23"/>
        </w:rPr>
        <w:t>Hướng dẫn:</w:t>
      </w:r>
    </w:p>
    <w:p w14:paraId="1D7515FD" w14:textId="77777777" w:rsidR="003226FE" w:rsidRDefault="00000000">
      <w:pPr>
        <w:spacing w:after="20" w:line="259" w:lineRule="auto"/>
      </w:pPr>
      <w:r>
        <w:rPr>
          <w:sz w:val="23"/>
        </w:rPr>
        <w:t xml:space="preserve">Từ </w:t>
      </w:r>
      <m:oMath>
        <m:r>
          <m:rPr>
            <m:sty m:val="p"/>
          </m:rPr>
          <w:rPr>
            <w:rFonts w:ascii="Cambria Math" w:hAnsi="Cambria Math"/>
          </w:rPr>
          <m:t>a = -ω²x = -100π²x</m:t>
        </m:r>
      </m:oMath>
      <w:r>
        <w:rPr>
          <w:sz w:val="23"/>
        </w:rPr>
        <w:t xml:space="preserve"> suy ra </w:t>
      </w:r>
      <m:oMath>
        <m:r>
          <m:rPr>
            <m:sty m:val="p"/>
          </m:rPr>
          <w:rPr>
            <w:rFonts w:ascii="Cambria Math" w:hAnsi="Cambria Math"/>
          </w:rPr>
          <m:t>ω = 10π rad/s</m:t>
        </m:r>
      </m:oMath>
      <w:r>
        <w:rPr>
          <w:sz w:val="23"/>
        </w:rPr>
        <w:t xml:space="preserve">. Chọn </w:t>
      </w:r>
      <m:oMath>
        <m:r>
          <m:rPr>
            <m:sty m:val="p"/>
          </m:rPr>
          <w:rPr>
            <w:rFonts w:ascii="Cambria Math" w:hAnsi="Cambria Math"/>
          </w:rPr>
          <m:t>x = Acos(ωt)</m:t>
        </m:r>
      </m:oMath>
      <w:r>
        <w:rPr>
          <w:sz w:val="23"/>
        </w:rPr>
        <w:t xml:space="preserve">. Lần đầu vật đến </w:t>
      </w:r>
      <m:oMath>
        <m:r>
          <m:rPr>
            <m:sty m:val="p"/>
          </m:rPr>
          <w:rPr>
            <w:rFonts w:ascii="Cambria Math" w:hAnsi="Cambria Math"/>
          </w:rPr>
          <m:t>x = -A/2</m:t>
        </m:r>
      </m:oMath>
      <w:r>
        <w:rPr>
          <w:sz w:val="23"/>
        </w:rPr>
        <w:t xml:space="preserve"> theo chiều âm ứng với </w:t>
      </w:r>
      <m:oMath>
        <m:r>
          <m:rPr>
            <m:sty m:val="p"/>
          </m:rPr>
          <w:rPr>
            <w:rFonts w:ascii="Cambria Math" w:hAnsi="Cambria Math"/>
          </w:rPr>
          <m:t>ωt = 2π/3</m:t>
        </m:r>
      </m:oMath>
      <w:r>
        <w:rPr>
          <w:sz w:val="23"/>
        </w:rPr>
        <w:t xml:space="preserve">. Vậy </w:t>
      </w:r>
      <m:oMath>
        <m:r>
          <m:rPr>
            <m:sty m:val="p"/>
          </m:rPr>
          <w:rPr>
            <w:rFonts w:ascii="Cambria Math" w:hAnsi="Cambria Math"/>
          </w:rPr>
          <m:t>t = (2π/3)/(10π) = 1/15 ≈ 0,067 s</m:t>
        </m:r>
      </m:oMath>
      <w:r>
        <w:rPr>
          <w:sz w:val="23"/>
        </w:rPr>
        <w:t>.</w:t>
      </w:r>
    </w:p>
    <w:p w14:paraId="2FD946DB" w14:textId="77777777" w:rsidR="003226FE" w:rsidRDefault="00000000">
      <w:pPr>
        <w:keepNext/>
        <w:spacing w:after="60" w:line="259" w:lineRule="auto"/>
      </w:pPr>
      <w:r>
        <w:rPr>
          <w:b/>
          <w:sz w:val="23"/>
        </w:rPr>
        <w:t xml:space="preserve">Câu 6. </w:t>
      </w:r>
      <w:r>
        <w:rPr>
          <w:sz w:val="23"/>
        </w:rPr>
        <w:t>Một vật dao động điều hòa có cơ năng 18 mJ. Khi vật có li độ bằng một phần ba biên độ, tính động năng của vật theo đơn vị mJ.</w:t>
      </w:r>
    </w:p>
    <w:p w14:paraId="3D7FFF06" w14:textId="77777777" w:rsidR="003226FE" w:rsidRDefault="00000000">
      <w:pPr>
        <w:spacing w:after="40" w:line="259" w:lineRule="auto"/>
      </w:pPr>
      <w:r>
        <w:rPr>
          <w:b/>
          <w:color w:val="C00000"/>
          <w:sz w:val="23"/>
        </w:rPr>
        <w:t xml:space="preserve">Trả lời: </w:t>
      </w:r>
      <w:r>
        <w:rPr>
          <w:b/>
          <w:sz w:val="23"/>
        </w:rPr>
        <w:t>16</w:t>
      </w:r>
    </w:p>
    <w:p w14:paraId="72675D3F" w14:textId="77777777" w:rsidR="003226FE" w:rsidRDefault="00000000">
      <w:pPr>
        <w:keepNext/>
        <w:spacing w:after="40" w:line="259" w:lineRule="auto"/>
      </w:pPr>
      <w:r>
        <w:rPr>
          <w:b/>
          <w:sz w:val="23"/>
        </w:rPr>
        <w:t>Hướng dẫn:</w:t>
      </w:r>
    </w:p>
    <w:p w14:paraId="02713273" w14:textId="77777777" w:rsidR="003226FE" w:rsidRDefault="00000000">
      <w:pPr>
        <w:spacing w:after="20" w:line="259" w:lineRule="auto"/>
      </w:pPr>
      <w:r>
        <w:rPr>
          <w:sz w:val="23"/>
        </w:rPr>
        <w:t xml:space="preserve">Kí hiệu U là thế năng, K là động năng. Khi </w:t>
      </w:r>
      <m:oMath>
        <m:r>
          <m:rPr>
            <m:sty m:val="p"/>
          </m:rPr>
          <w:rPr>
            <w:rFonts w:ascii="Cambria Math" w:hAnsi="Cambria Math"/>
          </w:rPr>
          <m:t>x = A/3</m:t>
        </m:r>
      </m:oMath>
      <w:r>
        <w:rPr>
          <w:sz w:val="23"/>
        </w:rPr>
        <w:t xml:space="preserve">: </w:t>
      </w:r>
      <m:oMath>
        <m:r>
          <m:rPr>
            <m:sty m:val="p"/>
          </m:rPr>
          <w:rPr>
            <w:rFonts w:ascii="Cambria Math" w:hAnsi="Cambria Math"/>
          </w:rPr>
          <m:t>U/W = x²/A² = 1/9</m:t>
        </m:r>
      </m:oMath>
      <w:r>
        <w:rPr>
          <w:sz w:val="23"/>
        </w:rPr>
        <w:t xml:space="preserve">. Do đó </w:t>
      </w:r>
      <m:oMath>
        <m:r>
          <m:rPr>
            <m:sty m:val="p"/>
          </m:rPr>
          <w:rPr>
            <w:rFonts w:ascii="Cambria Math" w:hAnsi="Cambria Math"/>
          </w:rPr>
          <m:t>K = W - U = 18(1 - 1/9) = 16 mJ</m:t>
        </m:r>
      </m:oMath>
      <w:r>
        <w:rPr>
          <w:sz w:val="23"/>
        </w:rPr>
        <w:t>.</w:t>
      </w:r>
    </w:p>
    <w:p w14:paraId="4BA9234B" w14:textId="77777777" w:rsidR="003226FE" w:rsidRDefault="00000000">
      <w:pPr>
        <w:spacing w:after="0" w:line="259" w:lineRule="auto"/>
        <w:jc w:val="center"/>
      </w:pPr>
      <w:r>
        <w:rPr>
          <w:b/>
          <w:sz w:val="23"/>
        </w:rPr>
        <w:t>........Hết........</w:t>
      </w:r>
    </w:p>
    <w:sectPr w:rsidR="003226FE" w:rsidSect="00034616">
      <w:pgSz w:w="11906" w:h="16838"/>
      <w:pgMar w:top="850" w:right="964" w:bottom="794"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33026652">
    <w:abstractNumId w:val="8"/>
  </w:num>
  <w:num w:numId="2" w16cid:durableId="1167982759">
    <w:abstractNumId w:val="6"/>
  </w:num>
  <w:num w:numId="3" w16cid:durableId="2050491174">
    <w:abstractNumId w:val="5"/>
  </w:num>
  <w:num w:numId="4" w16cid:durableId="363023512">
    <w:abstractNumId w:val="4"/>
  </w:num>
  <w:num w:numId="5" w16cid:durableId="138377284">
    <w:abstractNumId w:val="7"/>
  </w:num>
  <w:num w:numId="6" w16cid:durableId="1248032977">
    <w:abstractNumId w:val="3"/>
  </w:num>
  <w:num w:numId="7" w16cid:durableId="536235774">
    <w:abstractNumId w:val="2"/>
  </w:num>
  <w:num w:numId="8" w16cid:durableId="1367608290">
    <w:abstractNumId w:val="1"/>
  </w:num>
  <w:num w:numId="9" w16cid:durableId="1048915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oNotDisplayPageBoundari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26FE"/>
    <w:rsid w:val="00326F90"/>
    <w:rsid w:val="004601D4"/>
    <w:rsid w:val="00AA1D8D"/>
    <w:rsid w:val="00B47730"/>
    <w:rsid w:val="00C8688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B51C62"/>
  <w14:defaultImageDpi w14:val="300"/>
  <w15:docId w15:val="{ECFE3179-152E-4113-85AE-A55BF830C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1407</Words>
  <Characters>8023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9412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Viet Tran Van</cp:lastModifiedBy>
  <cp:revision>2</cp:revision>
  <dcterms:created xsi:type="dcterms:W3CDTF">2013-12-23T23:15:00Z</dcterms:created>
  <dcterms:modified xsi:type="dcterms:W3CDTF">2026-09-14T10:28:00Z</dcterms:modified>
  <cp:category/>
</cp:coreProperties>
</file>