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6D6255" w14:paraId="3C4B4656" w14:textId="77777777">
        <w:trPr>
          <w:jc w:val="center"/>
        </w:trPr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9082A" w14:textId="77777777" w:rsidR="006D6255" w:rsidRPr="00850D63" w:rsidRDefault="00000000">
            <w:pPr>
              <w:jc w:val="center"/>
              <w:rPr>
                <w:color w:val="002366"/>
              </w:rPr>
            </w:pPr>
            <w:r w:rsidRPr="00850D63">
              <w:rPr>
                <w:color w:val="002366"/>
                <w:sz w:val="21"/>
              </w:rPr>
              <w:t>SỞ GIÁO DỤC VÀ ĐÀO TẠO</w:t>
            </w:r>
          </w:p>
          <w:p w14:paraId="14BB0B87" w14:textId="77777777" w:rsidR="006D6255" w:rsidRPr="00850D63" w:rsidRDefault="00000000">
            <w:pPr>
              <w:jc w:val="center"/>
              <w:rPr>
                <w:color w:val="002366"/>
              </w:rPr>
            </w:pPr>
            <w:r w:rsidRPr="00850D63">
              <w:rPr>
                <w:b/>
                <w:color w:val="002366"/>
                <w:sz w:val="21"/>
              </w:rPr>
              <w:t>TRƯỜNG THPT</w:t>
            </w:r>
          </w:p>
          <w:p w14:paraId="66B5EC78" w14:textId="77777777" w:rsidR="006D6255" w:rsidRPr="00850D63" w:rsidRDefault="00000000">
            <w:pPr>
              <w:jc w:val="center"/>
              <w:rPr>
                <w:color w:val="002366"/>
              </w:rPr>
            </w:pPr>
            <w:r w:rsidRPr="00850D63">
              <w:rPr>
                <w:b/>
                <w:color w:val="002366"/>
                <w:sz w:val="21"/>
              </w:rPr>
              <w:t>ĐỀ KIỂM TRA THỬ</w:t>
            </w:r>
          </w:p>
        </w:tc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D9ACC" w14:textId="77777777" w:rsidR="006D6255" w:rsidRPr="00850D63" w:rsidRDefault="00000000">
            <w:pPr>
              <w:jc w:val="center"/>
              <w:rPr>
                <w:color w:val="002366"/>
              </w:rPr>
            </w:pPr>
            <w:r w:rsidRPr="00850D63">
              <w:rPr>
                <w:b/>
                <w:color w:val="002366"/>
                <w:sz w:val="25"/>
              </w:rPr>
              <w:t>HƯỚNG DẪN - ĐÁP ÁN</w:t>
            </w:r>
          </w:p>
          <w:p w14:paraId="126870D5" w14:textId="77777777" w:rsidR="006D6255" w:rsidRPr="00850D63" w:rsidRDefault="00000000">
            <w:pPr>
              <w:jc w:val="center"/>
              <w:rPr>
                <w:color w:val="002366"/>
              </w:rPr>
            </w:pPr>
            <w:r w:rsidRPr="00850D63">
              <w:rPr>
                <w:b/>
                <w:color w:val="002366"/>
              </w:rPr>
              <w:t>ĐỀ KIỂM TRA GIỮA KÌ I</w:t>
            </w:r>
          </w:p>
          <w:p w14:paraId="4BBD646F" w14:textId="77777777" w:rsidR="006D6255" w:rsidRPr="00850D63" w:rsidRDefault="00000000">
            <w:pPr>
              <w:jc w:val="center"/>
              <w:rPr>
                <w:color w:val="002366"/>
              </w:rPr>
            </w:pPr>
            <w:r w:rsidRPr="00850D63">
              <w:rPr>
                <w:b/>
                <w:color w:val="002366"/>
              </w:rPr>
              <w:t>Môn: Vật lí - Lớp 10</w:t>
            </w:r>
          </w:p>
          <w:p w14:paraId="3BC2D3FC" w14:textId="77777777" w:rsidR="006D6255" w:rsidRPr="00850D63" w:rsidRDefault="00000000">
            <w:pPr>
              <w:jc w:val="center"/>
              <w:rPr>
                <w:color w:val="002366"/>
              </w:rPr>
            </w:pPr>
            <w:r w:rsidRPr="00850D63">
              <w:rPr>
                <w:i/>
                <w:color w:val="002366"/>
                <w:sz w:val="20"/>
              </w:rPr>
              <w:t>Thời gian làm bài: 45 phút không tính thời gian phát đề</w:t>
            </w:r>
          </w:p>
        </w:tc>
      </w:tr>
    </w:tbl>
    <w:p w14:paraId="2ED61847" w14:textId="77777777" w:rsidR="006D6255" w:rsidRDefault="00000000">
      <w:pPr>
        <w:spacing w:after="20" w:line="240" w:lineRule="auto"/>
      </w:pPr>
      <w:r>
        <w:rPr>
          <w:color w:val="000000"/>
        </w:rPr>
        <w:t>Họ và tên thí sinh: ……………………………………………………………  Số báo danh: …………………</w:t>
      </w:r>
    </w:p>
    <w:p w14:paraId="12FD6F50" w14:textId="77777777" w:rsidR="00583F55" w:rsidRDefault="00583F55">
      <w:pPr>
        <w:spacing w:after="60" w:line="240" w:lineRule="auto"/>
        <w:rPr>
          <w:b/>
          <w:color w:val="CC3300"/>
        </w:rPr>
      </w:pPr>
    </w:p>
    <w:p w14:paraId="666E16C2" w14:textId="704B475B" w:rsidR="006D6255" w:rsidRPr="00850D63" w:rsidRDefault="00000000">
      <w:pPr>
        <w:spacing w:after="60" w:line="240" w:lineRule="auto"/>
        <w:rPr>
          <w:color w:val="CC3300"/>
        </w:rPr>
      </w:pPr>
      <w:r w:rsidRPr="00850D63">
        <w:rPr>
          <w:b/>
          <w:color w:val="CC3300"/>
        </w:rPr>
        <w:t>Mã đề 001</w:t>
      </w:r>
    </w:p>
    <w:p w14:paraId="286C0ECF" w14:textId="77777777" w:rsidR="006D6255" w:rsidRPr="00850D63" w:rsidRDefault="00000000">
      <w:pPr>
        <w:spacing w:before="60" w:after="30"/>
        <w:rPr>
          <w:b/>
          <w:bCs/>
          <w:color w:val="002366"/>
        </w:rPr>
      </w:pPr>
      <w:r w:rsidRPr="00850D63">
        <w:rPr>
          <w:b/>
          <w:bCs/>
          <w:color w:val="002366"/>
          <w:sz w:val="24"/>
        </w:rPr>
        <w:t>PHẦN I. Câu trắc nghiệm nhiều phương án lựa chọn.</w:t>
      </w:r>
    </w:p>
    <w:p w14:paraId="5480D81D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1. </w:t>
      </w:r>
      <w:r>
        <w:rPr>
          <w:color w:val="000000"/>
        </w:rPr>
        <w:t>Đối tượng nghiên cứu của Vật lí gồm</w:t>
      </w:r>
    </w:p>
    <w:p w14:paraId="6DEFC439" w14:textId="6DC9838D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vật chất và năng lượng.</w:t>
      </w:r>
    </w:p>
    <w:p w14:paraId="2247A9EE" w14:textId="4CA401CB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các chuyển động cơ học và năng lượng.</w:t>
      </w:r>
    </w:p>
    <w:p w14:paraId="324EE69B" w14:textId="768E350E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C. </w:t>
      </w:r>
      <w:r>
        <w:rPr>
          <w:color w:val="000000"/>
        </w:rPr>
        <w:t>các dạng vận động của vật chất và năng lượng.</w:t>
      </w:r>
    </w:p>
    <w:p w14:paraId="17F1854E" w14:textId="78C7E0D7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các hiện tượng tự nhiên.</w:t>
      </w:r>
    </w:p>
    <w:p w14:paraId="2793AF45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C</w:t>
      </w:r>
    </w:p>
    <w:p w14:paraId="67B7AACD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>Vật lí nghiên cứu các dạng vận động của vật chất và năng lượng.</w:t>
      </w:r>
    </w:p>
    <w:p w14:paraId="0C207848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2. </w:t>
      </w:r>
      <w:r>
        <w:rPr>
          <w:color w:val="000000"/>
        </w:rPr>
        <w:t>Quy tắc nào sau đây không đảm bảo an toàn trong phòng thực hành?</w:t>
      </w:r>
    </w:p>
    <w:p w14:paraId="54B314A8" w14:textId="3AFC5A81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Đọc kĩ hướng dẫn sử dụng thiết bị.</w:t>
      </w:r>
    </w:p>
    <w:p w14:paraId="752C5B34" w14:textId="6713E0BB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Tắt công tắc nguồn thiết bị trước khi cắm hoặc tháo thiết bị điện.</w:t>
      </w:r>
    </w:p>
    <w:p w14:paraId="41B3C27E" w14:textId="490A521D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C. </w:t>
      </w:r>
      <w:r>
        <w:rPr>
          <w:color w:val="000000"/>
        </w:rPr>
        <w:t>Tuân thủ sự hướng dẫn của giáo viên.</w:t>
      </w:r>
    </w:p>
    <w:p w14:paraId="28392521" w14:textId="36D7186E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Tiếp xúc trực tiếp với nơi có cảnh báo nguy hiểm về điện.</w:t>
      </w:r>
    </w:p>
    <w:p w14:paraId="33523629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D</w:t>
      </w:r>
    </w:p>
    <w:p w14:paraId="73F48E32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>Không được tiếp xúc trực tiếp với khu vực có cảnh báo nguy hiểm về điện.</w:t>
      </w:r>
    </w:p>
    <w:p w14:paraId="08000310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3. </w:t>
      </w:r>
      <w:r>
        <w:rPr>
          <w:color w:val="000000"/>
        </w:rPr>
        <w:t>Sai số tuyệt đối của phép đo một đại lượng vật lí được xác định bằng</w:t>
      </w:r>
    </w:p>
    <w:p w14:paraId="038229B3" w14:textId="7FB19D09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tổng sai số ngẫu nhiên và sai số dụng cụ.</w:t>
      </w:r>
    </w:p>
    <w:p w14:paraId="338663F0" w14:textId="47D5C10C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chỉ sai số ngẫu nhiên.</w:t>
      </w:r>
    </w:p>
    <w:p w14:paraId="45B4B299" w14:textId="223CEE21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C. </w:t>
      </w:r>
      <w:r>
        <w:rPr>
          <w:color w:val="000000"/>
        </w:rPr>
        <w:t>chỉ sai số dụng cụ.</w:t>
      </w:r>
    </w:p>
    <w:p w14:paraId="40346B34" w14:textId="1039C39C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tỉ số giữa sai số tuyệt đối và giá trị trung bình.</w:t>
      </w:r>
    </w:p>
    <w:p w14:paraId="360178A4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A</w:t>
      </w:r>
    </w:p>
    <w:p w14:paraId="717E01BE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>Trong cách xử lí sai số đơn giản ở chương trình lớp 10, sai số tuyệt đối được lấy bằng tổng sai số ngẫu nhiên và sai số dụng cụ.</w:t>
      </w:r>
    </w:p>
    <w:p w14:paraId="0A15D1E2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4. </w:t>
      </w:r>
      <w:r>
        <w:rPr>
          <w:color w:val="000000"/>
        </w:rPr>
        <w:t>Độ dịch chuyển của một vật là</w:t>
      </w:r>
    </w:p>
    <w:p w14:paraId="02218852" w14:textId="092400F0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độ dài quãng đường vật đi được.</w:t>
      </w:r>
    </w:p>
    <w:p w14:paraId="5B7774A0" w14:textId="5014A768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một vectơ nối vị trí đầu với vị trí cuối của chuyển động.</w:t>
      </w:r>
    </w:p>
    <w:p w14:paraId="10C1F8DE" w14:textId="1736A8B5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C. </w:t>
      </w:r>
      <w:r>
        <w:rPr>
          <w:color w:val="000000"/>
        </w:rPr>
        <w:t>tỉ số giữa quãng đường và thời gian chuyển động.</w:t>
      </w:r>
    </w:p>
    <w:p w14:paraId="7C7525DA" w14:textId="3131E595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thời gian vật chuyển động từ vị trí đầu đến vị trí cuối.</w:t>
      </w:r>
    </w:p>
    <w:p w14:paraId="353A07CB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B</w:t>
      </w:r>
    </w:p>
    <w:p w14:paraId="0E49CA4B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>Độ dịch chuyển là đại lượng vectơ nối vị trí đầu với vị trí cuối.</w:t>
      </w:r>
    </w:p>
    <w:p w14:paraId="3FE26707" w14:textId="50985FF1" w:rsidR="006D6255" w:rsidRDefault="00000000">
      <w:pPr>
        <w:spacing w:after="24" w:line="240" w:lineRule="auto"/>
      </w:pPr>
      <w:r>
        <w:rPr>
          <w:b/>
          <w:color w:val="000000"/>
        </w:rPr>
        <w:t xml:space="preserve">Câu 5. </w:t>
      </w:r>
      <w:r>
        <w:rPr>
          <w:color w:val="000000"/>
        </w:rPr>
        <w:t>Một người đi 6 m về phía Đông rồi 8 m về phía B</w:t>
      </w:r>
      <w:r w:rsidR="00850D63">
        <w:rPr>
          <w:color w:val="000000"/>
        </w:rPr>
        <w:t>ắc.</w:t>
      </w:r>
      <w:r>
        <w:rPr>
          <w:color w:val="000000"/>
        </w:rPr>
        <w:t xml:space="preserve"> Độ lớn độ dịch chuyển tổng hợp của người đó là</w:t>
      </w:r>
    </w:p>
    <w:p w14:paraId="6B9751D4" w14:textId="3E9C91BE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4 m.</w:t>
      </w:r>
    </w:p>
    <w:p w14:paraId="272B2D80" w14:textId="659D559F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10 m.</w:t>
      </w:r>
    </w:p>
    <w:p w14:paraId="3E7D482A" w14:textId="22B3D891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C. </w:t>
      </w:r>
      <w:r>
        <w:rPr>
          <w:color w:val="000000"/>
        </w:rPr>
        <w:t>14 m.</w:t>
      </w:r>
    </w:p>
    <w:p w14:paraId="674643BB" w14:textId="7E66FE79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2 m.</w:t>
      </w:r>
    </w:p>
    <w:p w14:paraId="0DA139EC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B</w:t>
      </w:r>
    </w:p>
    <w:p w14:paraId="7D37D62B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 xml:space="preserve">Hai độ dịch chuyển vuông góc nên: </w:t>
      </w:r>
    </w:p>
    <w:p w14:paraId="62201BBE" w14:textId="77777777" w:rsidR="006D6255" w:rsidRPr="00850D63" w:rsidRDefault="00000000">
      <w:pPr>
        <w:spacing w:after="30"/>
        <w:rPr>
          <w:color w:val="002366"/>
        </w:rPr>
      </w:pPr>
      <m:oMathPara>
        <m:oMath>
          <m:r>
            <w:rPr>
              <w:rFonts w:ascii="Cambria Math" w:hAnsi="Cambria Math"/>
              <w:color w:val="002366"/>
            </w:rPr>
            <m:t xml:space="preserve">d = </m:t>
          </m:r>
          <m:rad>
            <m:radPr>
              <m:degHide m:val="1"/>
              <m:ctrlPr>
                <w:rPr>
                  <w:rFonts w:ascii="Cambria Math" w:hAnsi="Cambria Math"/>
                  <w:color w:val="002366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color w:val="002366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2366"/>
                    </w:rPr>
                    <m:t>6</m:t>
                  </m:r>
                </m:e>
                <m:sup>
                  <m:r>
                    <w:rPr>
                      <w:rFonts w:ascii="Cambria Math" w:hAnsi="Cambria Math"/>
                      <w:color w:val="002366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2366"/>
                </w:rPr>
                <m:t xml:space="preserve"> + </m:t>
              </m:r>
              <m:sSup>
                <m:sSupPr>
                  <m:ctrlPr>
                    <w:rPr>
                      <w:rFonts w:ascii="Cambria Math" w:hAnsi="Cambria Math"/>
                      <w:color w:val="002366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2366"/>
                    </w:rPr>
                    <m:t>8</m:t>
                  </m:r>
                </m:e>
                <m:sup>
                  <m:r>
                    <w:rPr>
                      <w:rFonts w:ascii="Cambria Math" w:hAnsi="Cambria Math"/>
                      <w:color w:val="002366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2366"/>
            </w:rPr>
            <m:t xml:space="preserve"> = 10 m</m:t>
          </m:r>
        </m:oMath>
      </m:oMathPara>
    </w:p>
    <w:p w14:paraId="04D52610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6. </w:t>
      </w:r>
      <w:r>
        <w:rPr>
          <w:color w:val="000000"/>
        </w:rPr>
        <w:t>Trên xe máy hoặc ô tô, đồng hồ tốc độ cho biết</w:t>
      </w:r>
    </w:p>
    <w:p w14:paraId="0021E5B8" w14:textId="0C265E24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tốc độ trung bình của xe.</w:t>
      </w:r>
    </w:p>
    <w:p w14:paraId="2F767646" w14:textId="47365B8B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tốc độ tức thời của xe.</w:t>
      </w:r>
    </w:p>
    <w:p w14:paraId="6EA41845" w14:textId="429200F3" w:rsidR="006D6255" w:rsidRDefault="00850D63">
      <w:pPr>
        <w:spacing w:after="6" w:line="240" w:lineRule="auto"/>
      </w:pPr>
      <w:r w:rsidRPr="00850D63">
        <w:rPr>
          <w:b/>
          <w:color w:val="CC3300"/>
        </w:rPr>
        <w:lastRenderedPageBreak/>
        <w:t xml:space="preserve">      C. </w:t>
      </w:r>
      <w:r>
        <w:rPr>
          <w:color w:val="000000"/>
        </w:rPr>
        <w:t>vận tốc trung bình của xe.</w:t>
      </w:r>
    </w:p>
    <w:p w14:paraId="28440A2D" w14:textId="5DE04981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gia tốc tức thời của xe.</w:t>
      </w:r>
    </w:p>
    <w:p w14:paraId="5547249B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B</w:t>
      </w:r>
    </w:p>
    <w:p w14:paraId="25543A5B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>Số chỉ trên tốc kế tại một thời điểm là tốc độ tức thời.</w:t>
      </w:r>
    </w:p>
    <w:p w14:paraId="2B4F8C0D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7. </w:t>
      </w:r>
      <w:r>
        <w:rPr>
          <w:color w:val="000000"/>
        </w:rPr>
        <w:t>Một ô tô chạy trên đường thẳng. Trên nửa đầu quãng đường, ô tô chạy với tốc độ 50 km/h; trên nửa sau, ô tô chạy với tốc độ 60 km/h. Tốc độ trung bình của ô tô trên cả quãng đường gần bằng</w:t>
      </w:r>
    </w:p>
    <w:p w14:paraId="25BCA425" w14:textId="1E075390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55,0 km/h.</w:t>
      </w:r>
    </w:p>
    <w:p w14:paraId="50F1D59D" w14:textId="680606E4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50,0 km/h.</w:t>
      </w:r>
    </w:p>
    <w:p w14:paraId="689CCE63" w14:textId="5A8BA640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C. </w:t>
      </w:r>
      <w:r>
        <w:rPr>
          <w:color w:val="000000"/>
        </w:rPr>
        <w:t>60,0 km/h.</w:t>
      </w:r>
    </w:p>
    <w:p w14:paraId="62A68A73" w14:textId="7FC76541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54,5 km/h.</w:t>
      </w:r>
    </w:p>
    <w:p w14:paraId="2A1A397E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D</w:t>
      </w:r>
    </w:p>
    <w:p w14:paraId="4B1C56D6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 xml:space="preserve">Gọi tổng quãng đường là </w:t>
      </w:r>
      <m:oMath>
        <m:r>
          <w:rPr>
            <w:rFonts w:ascii="Cambria Math" w:hAnsi="Cambria Math"/>
            <w:color w:val="002366"/>
          </w:rPr>
          <m:t>s</m:t>
        </m:r>
      </m:oMath>
      <w:r w:rsidRPr="00850D63">
        <w:rPr>
          <w:color w:val="002366"/>
        </w:rPr>
        <w:t>. Thời gian chuyển động:</w:t>
      </w:r>
    </w:p>
    <w:p w14:paraId="193C3533" w14:textId="77777777" w:rsidR="006D6255" w:rsidRPr="00850D63" w:rsidRDefault="00000000">
      <w:pPr>
        <w:spacing w:after="10"/>
        <w:rPr>
          <w:color w:val="002366"/>
        </w:rPr>
      </w:pPr>
      <m:oMathPara>
        <m:oMath>
          <m:r>
            <w:rPr>
              <w:rFonts w:ascii="Cambria Math" w:hAnsi="Cambria Math"/>
              <w:color w:val="002366"/>
            </w:rPr>
            <m:t xml:space="preserve">t = </m:t>
          </m:r>
          <m:f>
            <m:fPr>
              <m:ctrlPr>
                <w:rPr>
                  <w:rFonts w:ascii="Cambria Math" w:hAnsi="Cambria Math"/>
                  <w:color w:val="002366"/>
                </w:rPr>
              </m:ctrlPr>
            </m:fPr>
            <m:num>
              <m:r>
                <w:rPr>
                  <w:rFonts w:ascii="Cambria Math" w:hAnsi="Cambria Math"/>
                  <w:color w:val="002366"/>
                </w:rPr>
                <m:t>s/2</m:t>
              </m:r>
            </m:num>
            <m:den>
              <m:r>
                <w:rPr>
                  <w:rFonts w:ascii="Cambria Math" w:hAnsi="Cambria Math"/>
                  <w:color w:val="002366"/>
                </w:rPr>
                <m:t>50</m:t>
              </m:r>
            </m:den>
          </m:f>
          <m:r>
            <w:rPr>
              <w:rFonts w:ascii="Cambria Math" w:hAnsi="Cambria Math"/>
              <w:color w:val="002366"/>
            </w:rPr>
            <m:t xml:space="preserve"> + </m:t>
          </m:r>
          <m:f>
            <m:fPr>
              <m:ctrlPr>
                <w:rPr>
                  <w:rFonts w:ascii="Cambria Math" w:hAnsi="Cambria Math"/>
                  <w:color w:val="002366"/>
                </w:rPr>
              </m:ctrlPr>
            </m:fPr>
            <m:num>
              <m:r>
                <w:rPr>
                  <w:rFonts w:ascii="Cambria Math" w:hAnsi="Cambria Math"/>
                  <w:color w:val="002366"/>
                </w:rPr>
                <m:t>s/2</m:t>
              </m:r>
            </m:num>
            <m:den>
              <m:r>
                <w:rPr>
                  <w:rFonts w:ascii="Cambria Math" w:hAnsi="Cambria Math"/>
                  <w:color w:val="002366"/>
                </w:rPr>
                <m:t>60</m:t>
              </m:r>
            </m:den>
          </m:f>
        </m:oMath>
      </m:oMathPara>
    </w:p>
    <w:p w14:paraId="35D196C2" w14:textId="77777777" w:rsidR="006D6255" w:rsidRPr="00850D63" w:rsidRDefault="00000000">
      <w:pPr>
        <w:spacing w:after="30"/>
        <w:rPr>
          <w:color w:val="002366"/>
        </w:rPr>
      </w:pPr>
      <m:oMathPara>
        <m:oMath>
          <m:sSub>
            <m:sSubPr>
              <m:ctrlPr>
                <w:rPr>
                  <w:rFonts w:ascii="Cambria Math" w:hAnsi="Cambria Math"/>
                  <w:color w:val="002366"/>
                </w:rPr>
              </m:ctrlPr>
            </m:sSubPr>
            <m:e>
              <m:r>
                <w:rPr>
                  <w:rFonts w:ascii="Cambria Math" w:hAnsi="Cambria Math"/>
                  <w:color w:val="002366"/>
                </w:rPr>
                <m:t>v</m:t>
              </m:r>
            </m:e>
            <m:sub>
              <m:r>
                <w:rPr>
                  <w:rFonts w:ascii="Cambria Math" w:hAnsi="Cambria Math"/>
                  <w:color w:val="002366"/>
                </w:rPr>
                <m:t>tb</m:t>
              </m:r>
            </m:sub>
          </m:sSub>
          <m:r>
            <w:rPr>
              <w:rFonts w:ascii="Cambria Math" w:hAnsi="Cambria Math"/>
              <w:color w:val="002366"/>
            </w:rPr>
            <m:t xml:space="preserve"> = </m:t>
          </m:r>
          <m:f>
            <m:fPr>
              <m:ctrlPr>
                <w:rPr>
                  <w:rFonts w:ascii="Cambria Math" w:hAnsi="Cambria Math"/>
                  <w:color w:val="002366"/>
                </w:rPr>
              </m:ctrlPr>
            </m:fPr>
            <m:num>
              <m:r>
                <w:rPr>
                  <w:rFonts w:ascii="Cambria Math" w:hAnsi="Cambria Math"/>
                  <w:color w:val="002366"/>
                </w:rPr>
                <m:t>s</m:t>
              </m:r>
            </m:num>
            <m:den>
              <m:r>
                <w:rPr>
                  <w:rFonts w:ascii="Cambria Math" w:hAnsi="Cambria Math"/>
                  <w:color w:val="002366"/>
                </w:rPr>
                <m:t>t</m:t>
              </m:r>
            </m:den>
          </m:f>
          <m:r>
            <w:rPr>
              <w:rFonts w:ascii="Cambria Math" w:hAnsi="Cambria Math"/>
              <w:color w:val="002366"/>
            </w:rPr>
            <m:t xml:space="preserve"> = 54,5 km/h</m:t>
          </m:r>
        </m:oMath>
      </m:oMathPara>
    </w:p>
    <w:p w14:paraId="449150EA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8. </w:t>
      </w:r>
      <w:r>
        <w:rPr>
          <w:color w:val="000000"/>
        </w:rPr>
        <w:t>Trong bộ thí nghiệm đo tốc độ chuyển động của viên bi thép, cổng quang điện có vai trò giống như</w:t>
      </w:r>
    </w:p>
    <w:p w14:paraId="15DA02F1" w14:textId="7B183489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công tắc bấm thả viên bi.</w:t>
      </w:r>
    </w:p>
    <w:p w14:paraId="67AF9A89" w14:textId="13F7E260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đồng hồ đo thời gian hiện số.</w:t>
      </w:r>
    </w:p>
    <w:p w14:paraId="56C86271" w14:textId="5469CD6B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C. </w:t>
      </w:r>
      <w:r>
        <w:rPr>
          <w:color w:val="000000"/>
        </w:rPr>
        <w:t>công tắc điều khiển đóng/mở đồng hồ đo thời gian.</w:t>
      </w:r>
    </w:p>
    <w:p w14:paraId="60757FBC" w14:textId="38A46DBB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nam châm điện giữ viên bi thép.</w:t>
      </w:r>
    </w:p>
    <w:p w14:paraId="16B244B6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C</w:t>
      </w:r>
    </w:p>
    <w:p w14:paraId="5002C5CB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>Cổng quang điện phát tín hiệu để đồng hồ bắt đầu hoặc kết thúc đo thời gian khi vật chắn tia sáng.</w:t>
      </w:r>
    </w:p>
    <w:p w14:paraId="156AE81F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9. </w:t>
      </w:r>
      <w:r>
        <w:rPr>
          <w:color w:val="000000"/>
        </w:rPr>
        <w:t>Đồ thị độ dịch chuyển - thời gian của một vật được cho như hình. Trong khoảng thời gian nào vật đứng yên?</w:t>
      </w:r>
    </w:p>
    <w:p w14:paraId="4157ABE7" w14:textId="77777777" w:rsidR="006D6255" w:rsidRDefault="00000000">
      <w:pPr>
        <w:spacing w:after="30"/>
        <w:jc w:val="center"/>
      </w:pPr>
      <w:r>
        <w:rPr>
          <w:noProof/>
          <w:color w:val="000000"/>
        </w:rPr>
        <w:drawing>
          <wp:inline distT="0" distB="0" distL="0" distR="0" wp14:anchorId="5F8FFCB3" wp14:editId="31DE49F4">
            <wp:extent cx="2268000" cy="13800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cq_d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138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A9110" w14:textId="41111E4E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Từ 0 s đến 3 s.</w:t>
      </w:r>
    </w:p>
    <w:p w14:paraId="224BEBFB" w14:textId="485EEAF8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Từ 3 s đến 5 s.</w:t>
      </w:r>
    </w:p>
    <w:p w14:paraId="55A8B581" w14:textId="18BEF733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C. </w:t>
      </w:r>
      <w:r>
        <w:rPr>
          <w:color w:val="000000"/>
        </w:rPr>
        <w:t>Từ 5 s đến 7 s.</w:t>
      </w:r>
    </w:p>
    <w:p w14:paraId="4447EDFB" w14:textId="37EA158C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Trong suốt 7 s.</w:t>
      </w:r>
    </w:p>
    <w:p w14:paraId="1681810A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B</w:t>
      </w:r>
    </w:p>
    <w:p w14:paraId="014021B9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>Khi vật đứng yên, độ dịch chuyển không đổi nên đồ thị song song với trục thời gian.</w:t>
      </w:r>
    </w:p>
    <w:p w14:paraId="145A5575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10. </w:t>
      </w:r>
      <w:r>
        <w:rPr>
          <w:color w:val="000000"/>
        </w:rPr>
        <w:t>Gia tốc là một đại lượng</w:t>
      </w:r>
    </w:p>
    <w:p w14:paraId="688D132A" w14:textId="3260E7E9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vô hướng, đặc trưng cho sự nhanh chậm của chuyển động.</w:t>
      </w:r>
    </w:p>
    <w:p w14:paraId="0725174D" w14:textId="635D7BC5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vô hướng, đặc trưng cho sự thay đổi vị trí.</w:t>
      </w:r>
    </w:p>
    <w:p w14:paraId="34FBA975" w14:textId="2C724084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C. </w:t>
      </w:r>
      <w:r>
        <w:rPr>
          <w:color w:val="000000"/>
        </w:rPr>
        <w:t>vectơ, đặc trưng cho sự biến thiên của độ dịch chuyển.</w:t>
      </w:r>
    </w:p>
    <w:p w14:paraId="35A0C818" w14:textId="3A7B7E1F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vectơ, đặc trưng cho sự biến thiên nhanh hay chậm của vận tốc.</w:t>
      </w:r>
    </w:p>
    <w:p w14:paraId="74290B58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D</w:t>
      </w:r>
    </w:p>
    <w:p w14:paraId="65A52BDF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>Gia tốc đặc trưng cho mức độ biến thiên của vận tốc theo thời gian.</w:t>
      </w:r>
    </w:p>
    <w:p w14:paraId="0C91026D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11. </w:t>
      </w:r>
      <w:r>
        <w:rPr>
          <w:color w:val="000000"/>
        </w:rPr>
        <w:t>Công thức vận tốc của chuyển động thẳng biến đổi đều là</w:t>
      </w:r>
    </w:p>
    <w:p w14:paraId="3216BF1A" w14:textId="018E781D" w:rsidR="006D6255" w:rsidRDefault="00850D63">
      <w:pPr>
        <w:spacing w:after="10"/>
        <w:ind w:left="255" w:hanging="255"/>
      </w:pPr>
      <w:r w:rsidRPr="00850D63">
        <w:rPr>
          <w:b/>
          <w:color w:val="CC3300"/>
        </w:rPr>
        <w:t xml:space="preserve">      A. </w:t>
      </w:r>
      <m:oMath>
        <m:r>
          <w:rPr>
            <w:rFonts w:ascii="Cambria Math" w:hAnsi="Cambria Math"/>
          </w:rPr>
          <m:t xml:space="preserve">v =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+ a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DAE286E" w14:textId="15CBC409" w:rsidR="006D6255" w:rsidRDefault="00850D63">
      <w:pPr>
        <w:spacing w:after="10"/>
        <w:ind w:left="255" w:hanging="255"/>
      </w:pPr>
      <w:r w:rsidRPr="00850D63">
        <w:rPr>
          <w:b/>
          <w:color w:val="CC3300"/>
        </w:rPr>
        <w:t xml:space="preserve">      B. </w:t>
      </w:r>
      <m:oMath>
        <m:r>
          <w:rPr>
            <w:rFonts w:ascii="Cambria Math" w:hAnsi="Cambria Math"/>
          </w:rPr>
          <m:t xml:space="preserve">v =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+ at</m:t>
        </m:r>
      </m:oMath>
    </w:p>
    <w:p w14:paraId="0D51D197" w14:textId="1CB49742" w:rsidR="006D6255" w:rsidRDefault="00850D63">
      <w:pPr>
        <w:spacing w:after="10"/>
        <w:ind w:left="255" w:hanging="255"/>
      </w:pPr>
      <w:r w:rsidRPr="00850D63">
        <w:rPr>
          <w:b/>
          <w:color w:val="CC3300"/>
        </w:rPr>
        <w:t xml:space="preserve">      C. </w:t>
      </w:r>
      <m:oMath>
        <m:r>
          <w:rPr>
            <w:rFonts w:ascii="Cambria Math" w:hAnsi="Cambria Math"/>
          </w:rPr>
          <m:t xml:space="preserve">v =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-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</w:p>
    <w:p w14:paraId="16E2483A" w14:textId="4C109E6B" w:rsidR="006D6255" w:rsidRDefault="00850D63">
      <w:pPr>
        <w:spacing w:after="10"/>
        <w:ind w:left="255" w:hanging="255"/>
      </w:pPr>
      <w:r w:rsidRPr="00850D63">
        <w:rPr>
          <w:b/>
          <w:color w:val="CC3300"/>
        </w:rPr>
        <w:t xml:space="preserve">      D. </w:t>
      </w:r>
      <m:oMath>
        <m:r>
          <w:rPr>
            <w:rFonts w:ascii="Cambria Math" w:hAnsi="Cambria Math"/>
          </w:rPr>
          <m:t>v = at</m:t>
        </m:r>
      </m:oMath>
    </w:p>
    <w:p w14:paraId="01F99FA8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lastRenderedPageBreak/>
        <w:t>Đáp án: B</w:t>
      </w:r>
    </w:p>
    <w:p w14:paraId="606EA78D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>Với gia tốc không đổi, vận tốc biến thiên tuyến tính theo thời gian.</w:t>
      </w:r>
    </w:p>
    <w:p w14:paraId="101EBCEC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12. </w:t>
      </w:r>
      <w:r>
        <w:rPr>
          <w:color w:val="000000"/>
        </w:rPr>
        <w:t>Chuyển động của vật nào dưới đây có thể coi gần đúng là rơi tự do khi thả từ cùng một độ cao trong không khí?</w:t>
      </w:r>
    </w:p>
    <w:p w14:paraId="0642550C" w14:textId="68D0E95F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A. </w:t>
      </w:r>
      <w:r>
        <w:rPr>
          <w:color w:val="000000"/>
        </w:rPr>
        <w:t>Một chiếc khăn voan nhẹ.</w:t>
      </w:r>
    </w:p>
    <w:p w14:paraId="39C56063" w14:textId="4F6BDDA9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B. </w:t>
      </w:r>
      <w:r>
        <w:rPr>
          <w:color w:val="000000"/>
        </w:rPr>
        <w:t>Một tờ giấy phẳng.</w:t>
      </w:r>
    </w:p>
    <w:p w14:paraId="640F8430" w14:textId="5604FB27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C. </w:t>
      </w:r>
      <w:r>
        <w:rPr>
          <w:color w:val="000000"/>
        </w:rPr>
        <w:t>Một chiếc lá khô.</w:t>
      </w:r>
    </w:p>
    <w:p w14:paraId="424F178E" w14:textId="1E9957A5" w:rsidR="006D6255" w:rsidRDefault="00850D63">
      <w:pPr>
        <w:spacing w:after="6" w:line="240" w:lineRule="auto"/>
      </w:pPr>
      <w:r w:rsidRPr="00850D63">
        <w:rPr>
          <w:b/>
          <w:color w:val="CC3300"/>
        </w:rPr>
        <w:t xml:space="preserve">      D. </w:t>
      </w:r>
      <w:r>
        <w:rPr>
          <w:color w:val="000000"/>
        </w:rPr>
        <w:t>Một viên sỏi nhỏ.</w:t>
      </w:r>
    </w:p>
    <w:p w14:paraId="6F476E90" w14:textId="77777777" w:rsidR="006D6255" w:rsidRPr="00EB0A2F" w:rsidRDefault="00000000">
      <w:pPr>
        <w:spacing w:after="14"/>
        <w:rPr>
          <w:color w:val="EE0000"/>
        </w:rPr>
      </w:pPr>
      <w:r w:rsidRPr="00EB0A2F">
        <w:rPr>
          <w:b/>
          <w:color w:val="EE0000"/>
        </w:rPr>
        <w:t>Đáp án: D</w:t>
      </w:r>
    </w:p>
    <w:p w14:paraId="22696B32" w14:textId="77777777" w:rsidR="006D6255" w:rsidRPr="00850D63" w:rsidRDefault="00000000">
      <w:pPr>
        <w:spacing w:after="30" w:line="240" w:lineRule="auto"/>
        <w:rPr>
          <w:color w:val="002366"/>
        </w:rPr>
      </w:pPr>
      <w:r w:rsidRPr="00850D63">
        <w:rPr>
          <w:color w:val="002366"/>
        </w:rPr>
        <w:t>Viên sỏi chịu ảnh hưởng của lực cản không khí nhỏ so với trọng lực hơn các vật nhẹ, diện tích cản lớn.</w:t>
      </w:r>
    </w:p>
    <w:p w14:paraId="414231C2" w14:textId="77777777" w:rsidR="003825F2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13. </w:t>
      </w:r>
      <w:r>
        <w:rPr>
          <w:color w:val="000000"/>
          <w:sz w:val="24"/>
        </w:rPr>
        <w:t>Khi nói về tốc độ và vận tốc, phát biểu nào sau đây đúng?</w:t>
      </w:r>
    </w:p>
    <w:p w14:paraId="237BBC17" w14:textId="5B26DC00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A. </w:t>
      </w:r>
      <w:r>
        <w:rPr>
          <w:color w:val="000000"/>
          <w:sz w:val="24"/>
        </w:rPr>
        <w:t>Tốc độ là đại lượng vectơ.</w:t>
      </w:r>
    </w:p>
    <w:p w14:paraId="5CEB8550" w14:textId="02C3B5C0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B. </w:t>
      </w:r>
      <w:r>
        <w:rPr>
          <w:color w:val="000000"/>
          <w:sz w:val="24"/>
        </w:rPr>
        <w:t>Vận tốc là đại lượng vô hướng.</w:t>
      </w:r>
    </w:p>
    <w:p w14:paraId="5266286D" w14:textId="34A10E35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C. </w:t>
      </w:r>
      <w:r>
        <w:rPr>
          <w:color w:val="000000"/>
          <w:sz w:val="24"/>
        </w:rPr>
        <w:t>Tốc độ cho biết mức độ nhanh hay chậm của chuyển động.</w:t>
      </w:r>
    </w:p>
    <w:p w14:paraId="3429B9B0" w14:textId="2BC893EE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D. </w:t>
      </w:r>
      <w:r>
        <w:rPr>
          <w:color w:val="000000"/>
          <w:sz w:val="24"/>
        </w:rPr>
        <w:t>Vận tốc luôn có giá trị dương.</w:t>
      </w:r>
    </w:p>
    <w:p w14:paraId="3FC5517B" w14:textId="77777777" w:rsidR="003825F2" w:rsidRPr="00EB0A2F" w:rsidRDefault="00000000">
      <w:pPr>
        <w:spacing w:after="0"/>
        <w:rPr>
          <w:color w:val="EE0000"/>
        </w:rPr>
      </w:pPr>
      <w:r w:rsidRPr="00EB0A2F">
        <w:rPr>
          <w:b/>
          <w:color w:val="EE0000"/>
          <w:sz w:val="24"/>
        </w:rPr>
        <w:t>Đáp án: C</w:t>
      </w:r>
    </w:p>
    <w:p w14:paraId="0FD3AC89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Tốc độ là đại lượng vô hướng, đặc trưng cho mức độ nhanh hay chậm của chuyển động.</w:t>
      </w:r>
    </w:p>
    <w:p w14:paraId="468EB6DF" w14:textId="77777777" w:rsidR="003825F2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14. </w:t>
      </w:r>
      <w:r>
        <w:rPr>
          <w:color w:val="000000"/>
          <w:sz w:val="24"/>
        </w:rPr>
        <w:t>Độ dốc của đồ thị độ dịch chuyển - thời gian tại một thời điểm cho biết</w:t>
      </w:r>
    </w:p>
    <w:p w14:paraId="6C0A5E34" w14:textId="75E4A154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A. </w:t>
      </w:r>
      <w:r>
        <w:rPr>
          <w:color w:val="000000"/>
          <w:sz w:val="24"/>
        </w:rPr>
        <w:t>quãng đường vật đi được.</w:t>
      </w:r>
    </w:p>
    <w:p w14:paraId="64CCDEE2" w14:textId="53A31D8A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B. </w:t>
      </w:r>
      <w:r>
        <w:rPr>
          <w:color w:val="000000"/>
          <w:sz w:val="24"/>
        </w:rPr>
        <w:t>vận tốc của vật tại thời điểm đó.</w:t>
      </w:r>
    </w:p>
    <w:p w14:paraId="228F76D2" w14:textId="59EB6450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C. </w:t>
      </w:r>
      <w:r>
        <w:rPr>
          <w:color w:val="000000"/>
          <w:sz w:val="24"/>
        </w:rPr>
        <w:t>gia tốc của vật tại thời điểm đó.</w:t>
      </w:r>
    </w:p>
    <w:p w14:paraId="74CE0D49" w14:textId="50784479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D. </w:t>
      </w:r>
      <w:r>
        <w:rPr>
          <w:color w:val="000000"/>
          <w:sz w:val="24"/>
        </w:rPr>
        <w:t>thời gian chuyển động của vật.</w:t>
      </w:r>
    </w:p>
    <w:p w14:paraId="1FE08FCD" w14:textId="77777777" w:rsidR="003825F2" w:rsidRPr="00EB0A2F" w:rsidRDefault="00000000">
      <w:pPr>
        <w:spacing w:after="0"/>
        <w:rPr>
          <w:color w:val="EE0000"/>
        </w:rPr>
      </w:pPr>
      <w:r w:rsidRPr="00EB0A2F">
        <w:rPr>
          <w:b/>
          <w:color w:val="EE0000"/>
          <w:sz w:val="24"/>
        </w:rPr>
        <w:t>Đáp án: B</w:t>
      </w:r>
    </w:p>
    <w:p w14:paraId="04F95CB4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Độ dốc của đồ thị độ dịch chuyển - thời gian biểu diễn vận tốc của vật.</w:t>
      </w:r>
    </w:p>
    <w:p w14:paraId="6D6625D4" w14:textId="77777777" w:rsidR="003825F2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15. </w:t>
      </w:r>
      <w:r>
        <w:rPr>
          <w:color w:val="000000"/>
          <w:sz w:val="24"/>
        </w:rPr>
        <w:t>Trong chuyển động thẳng biến đổi đều, đại lượng nào sau đây không đổi theo thời gian?</w:t>
      </w:r>
    </w:p>
    <w:p w14:paraId="02C617F3" w14:textId="1CD801C7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A. </w:t>
      </w:r>
      <w:r>
        <w:rPr>
          <w:color w:val="000000"/>
          <w:sz w:val="24"/>
        </w:rPr>
        <w:t>Vận tốc.</w:t>
      </w:r>
    </w:p>
    <w:p w14:paraId="04918858" w14:textId="2A46D93E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B. </w:t>
      </w:r>
      <w:r>
        <w:rPr>
          <w:color w:val="000000"/>
          <w:sz w:val="24"/>
        </w:rPr>
        <w:t>Độ dịch chuyển.</w:t>
      </w:r>
    </w:p>
    <w:p w14:paraId="5E283AE3" w14:textId="563772CC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C. </w:t>
      </w:r>
      <w:r>
        <w:rPr>
          <w:color w:val="000000"/>
          <w:sz w:val="24"/>
        </w:rPr>
        <w:t>Gia tốc.</w:t>
      </w:r>
    </w:p>
    <w:p w14:paraId="4867F9A9" w14:textId="34686A9C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D. </w:t>
      </w:r>
      <w:r>
        <w:rPr>
          <w:color w:val="000000"/>
          <w:sz w:val="24"/>
        </w:rPr>
        <w:t>Quãng đường đi được.</w:t>
      </w:r>
    </w:p>
    <w:p w14:paraId="57E1A5D4" w14:textId="77777777" w:rsidR="003825F2" w:rsidRPr="00EB0A2F" w:rsidRDefault="00000000">
      <w:pPr>
        <w:spacing w:after="0"/>
        <w:rPr>
          <w:color w:val="EE0000"/>
        </w:rPr>
      </w:pPr>
      <w:r w:rsidRPr="00EB0A2F">
        <w:rPr>
          <w:b/>
          <w:color w:val="EE0000"/>
          <w:sz w:val="24"/>
        </w:rPr>
        <w:t>Đáp án: C</w:t>
      </w:r>
    </w:p>
    <w:p w14:paraId="06A3A344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Chuyển động thẳng biến đổi đều có gia tốc không đổi theo thời gian.</w:t>
      </w:r>
    </w:p>
    <w:p w14:paraId="4EBB14BC" w14:textId="77777777" w:rsidR="003825F2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16. </w:t>
      </w:r>
      <w:r>
        <w:rPr>
          <w:color w:val="000000"/>
          <w:sz w:val="24"/>
        </w:rPr>
        <w:t>Một vật được thả rơi tự do từ trạng thái nghỉ tại nơi có gia tốc trọng trường không đổi. Trong quá trình rơi,</w:t>
      </w:r>
    </w:p>
    <w:p w14:paraId="7A175080" w14:textId="636E385A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A. </w:t>
      </w:r>
      <w:r>
        <w:rPr>
          <w:color w:val="000000"/>
          <w:sz w:val="24"/>
        </w:rPr>
        <w:t>vận tốc của vật không đổi.</w:t>
      </w:r>
    </w:p>
    <w:p w14:paraId="6B784764" w14:textId="21BADD50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B. </w:t>
      </w:r>
      <w:r>
        <w:rPr>
          <w:color w:val="000000"/>
          <w:sz w:val="24"/>
        </w:rPr>
        <w:t>gia tốc của vật tăng đều.</w:t>
      </w:r>
    </w:p>
    <w:p w14:paraId="0057C224" w14:textId="0089AEFB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C. </w:t>
      </w:r>
      <w:r>
        <w:rPr>
          <w:color w:val="000000"/>
          <w:sz w:val="24"/>
        </w:rPr>
        <w:t>vật chuyển động thẳng nhanh dần đều.</w:t>
      </w:r>
    </w:p>
    <w:p w14:paraId="41BF8777" w14:textId="426F7A67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D. </w:t>
      </w:r>
      <w:r>
        <w:rPr>
          <w:color w:val="000000"/>
          <w:sz w:val="24"/>
        </w:rPr>
        <w:t>vật chuyển động thẳng đều.</w:t>
      </w:r>
    </w:p>
    <w:p w14:paraId="6BBCB666" w14:textId="77777777" w:rsidR="003825F2" w:rsidRPr="00EB0A2F" w:rsidRDefault="00000000">
      <w:pPr>
        <w:spacing w:after="0"/>
        <w:rPr>
          <w:color w:val="EE0000"/>
        </w:rPr>
      </w:pPr>
      <w:r w:rsidRPr="00EB0A2F">
        <w:rPr>
          <w:b/>
          <w:color w:val="EE0000"/>
          <w:sz w:val="24"/>
        </w:rPr>
        <w:t>Đáp án: C</w:t>
      </w:r>
    </w:p>
    <w:p w14:paraId="41AE4AEF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Khi bỏ qua sức cản không khí, vật rơi tự do từ trạng thái nghỉ chuyển động thẳng nhanh dần đều với gia tốc g.</w:t>
      </w:r>
    </w:p>
    <w:p w14:paraId="567D919C" w14:textId="77777777" w:rsidR="003825F2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17. </w:t>
      </w:r>
      <w:r>
        <w:rPr>
          <w:color w:val="000000"/>
          <w:sz w:val="24"/>
        </w:rPr>
        <w:t>Biện pháp nào sau đây giúp giảm ảnh hưởng của sai số ngẫu nhiên khi đo một đại lượng vật lí?</w:t>
      </w:r>
    </w:p>
    <w:p w14:paraId="2A47DEE5" w14:textId="1A26D818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A. </w:t>
      </w:r>
      <w:r>
        <w:rPr>
          <w:color w:val="000000"/>
          <w:sz w:val="24"/>
        </w:rPr>
        <w:t>Chỉ đo một lần.</w:t>
      </w:r>
    </w:p>
    <w:p w14:paraId="223ECD23" w14:textId="7508078A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B. </w:t>
      </w:r>
      <w:r>
        <w:rPr>
          <w:color w:val="000000"/>
          <w:sz w:val="24"/>
        </w:rPr>
        <w:t>Đo nhiều lần và lấy giá trị trung bình.</w:t>
      </w:r>
    </w:p>
    <w:p w14:paraId="5E50784D" w14:textId="55926D73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C. </w:t>
      </w:r>
      <w:r>
        <w:rPr>
          <w:color w:val="000000"/>
          <w:sz w:val="24"/>
        </w:rPr>
        <w:t>Luôn làm tròn kết quả đến số nguyên.</w:t>
      </w:r>
    </w:p>
    <w:p w14:paraId="502411D7" w14:textId="20C3E792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D. </w:t>
      </w:r>
      <w:r>
        <w:rPr>
          <w:color w:val="000000"/>
          <w:sz w:val="24"/>
        </w:rPr>
        <w:t>Bỏ qua sai số dụng cụ.</w:t>
      </w:r>
    </w:p>
    <w:p w14:paraId="12CD4637" w14:textId="77777777" w:rsidR="003825F2" w:rsidRPr="00EB0A2F" w:rsidRDefault="00000000">
      <w:pPr>
        <w:spacing w:after="0"/>
        <w:rPr>
          <w:color w:val="EE0000"/>
        </w:rPr>
      </w:pPr>
      <w:r w:rsidRPr="00EB0A2F">
        <w:rPr>
          <w:b/>
          <w:color w:val="EE0000"/>
          <w:sz w:val="24"/>
        </w:rPr>
        <w:t>Đáp án: B</w:t>
      </w:r>
    </w:p>
    <w:p w14:paraId="680B6F0A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Đo nhiều lần và lấy giá trị trung bình giúp giảm ảnh hưởng của sai số ngẫu nhiên.</w:t>
      </w:r>
    </w:p>
    <w:p w14:paraId="19AFC247" w14:textId="77777777" w:rsidR="003825F2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18. </w:t>
      </w:r>
      <w:r>
        <w:rPr>
          <w:color w:val="000000"/>
          <w:sz w:val="24"/>
        </w:rPr>
        <w:t>Một vật chuyển động từ vị trí đầu đến vị trí cuối theo hai quỹ đạo khác nhau. Đại lượng nào sau đây có thể không thay đổi?</w:t>
      </w:r>
    </w:p>
    <w:p w14:paraId="06BCEA00" w14:textId="1846CCC7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A. </w:t>
      </w:r>
      <w:r>
        <w:rPr>
          <w:color w:val="000000"/>
          <w:sz w:val="24"/>
        </w:rPr>
        <w:t>Quãng đường đi được.</w:t>
      </w:r>
    </w:p>
    <w:p w14:paraId="1869AB10" w14:textId="7C219256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B. </w:t>
      </w:r>
      <w:r>
        <w:rPr>
          <w:color w:val="000000"/>
          <w:sz w:val="24"/>
        </w:rPr>
        <w:t>Thời gian chuyển động.</w:t>
      </w:r>
    </w:p>
    <w:p w14:paraId="28D44CF8" w14:textId="51FE3971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lastRenderedPageBreak/>
        <w:t xml:space="preserve">      C. </w:t>
      </w:r>
      <w:r>
        <w:rPr>
          <w:color w:val="000000"/>
          <w:sz w:val="24"/>
        </w:rPr>
        <w:t>Tốc độ trung bình.</w:t>
      </w:r>
    </w:p>
    <w:p w14:paraId="73999CDC" w14:textId="4CF83D24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D. </w:t>
      </w:r>
      <w:r>
        <w:rPr>
          <w:color w:val="000000"/>
          <w:sz w:val="24"/>
        </w:rPr>
        <w:t>Độ dịch chuyển.</w:t>
      </w:r>
    </w:p>
    <w:p w14:paraId="67238ACC" w14:textId="77777777" w:rsidR="003825F2" w:rsidRPr="00EB0A2F" w:rsidRDefault="00000000">
      <w:pPr>
        <w:spacing w:after="0"/>
        <w:rPr>
          <w:color w:val="EE0000"/>
        </w:rPr>
      </w:pPr>
      <w:r w:rsidRPr="00EB0A2F">
        <w:rPr>
          <w:b/>
          <w:color w:val="EE0000"/>
          <w:sz w:val="24"/>
        </w:rPr>
        <w:t>Đáp án: D</w:t>
      </w:r>
    </w:p>
    <w:p w14:paraId="59909D15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Độ dịch chuyển chỉ phụ thuộc vị trí đầu và vị trí cuối nên không phụ thuộc hình dạng quỹ đạo.</w:t>
      </w:r>
    </w:p>
    <w:p w14:paraId="1BE71AD4" w14:textId="77777777" w:rsidR="006D6255" w:rsidRPr="00850D63" w:rsidRDefault="00000000">
      <w:pPr>
        <w:spacing w:before="60" w:after="30"/>
        <w:rPr>
          <w:b/>
          <w:bCs/>
          <w:color w:val="002366"/>
        </w:rPr>
      </w:pPr>
      <w:r w:rsidRPr="00850D63">
        <w:rPr>
          <w:b/>
          <w:bCs/>
          <w:color w:val="002366"/>
          <w:sz w:val="24"/>
        </w:rPr>
        <w:t>PHẦN II. Câu trắc nghiệm đúng sai.</w:t>
      </w:r>
    </w:p>
    <w:p w14:paraId="0BFCF596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1. </w:t>
      </w:r>
      <w:r>
        <w:rPr>
          <w:color w:val="000000"/>
        </w:rPr>
        <w:t>Một nhóm học sinh đo vị trí của một xe đồ chơi theo thời gian và vẽ được đồ thị độ dịch chuyển - thời gian như hình.</w:t>
      </w:r>
    </w:p>
    <w:p w14:paraId="0266224F" w14:textId="77777777" w:rsidR="006D6255" w:rsidRDefault="00000000">
      <w:pPr>
        <w:spacing w:after="30"/>
        <w:jc w:val="center"/>
      </w:pPr>
      <w:r>
        <w:rPr>
          <w:noProof/>
          <w:color w:val="000000"/>
        </w:rPr>
        <w:drawing>
          <wp:inline distT="0" distB="0" distL="0" distR="0" wp14:anchorId="37C7D0D6" wp14:editId="07A36841">
            <wp:extent cx="2412000" cy="146771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_d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2000" cy="1467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EE7A0" w14:textId="0D4956BD" w:rsidR="006D6255" w:rsidRDefault="00850D63">
      <w:pPr>
        <w:spacing w:after="8" w:line="240" w:lineRule="auto"/>
      </w:pPr>
      <w:r w:rsidRPr="00850D63">
        <w:rPr>
          <w:b/>
          <w:color w:val="CC3300"/>
        </w:rPr>
        <w:t xml:space="preserve">      a) </w:t>
      </w:r>
      <w:r>
        <w:rPr>
          <w:color w:val="000000"/>
        </w:rPr>
        <w:t>Trong 2 s đầu, độ dịch chuyển của xe là 6 m.</w:t>
      </w:r>
    </w:p>
    <w:p w14:paraId="3F489E13" w14:textId="23737BDA" w:rsidR="006D6255" w:rsidRDefault="00850D63">
      <w:pPr>
        <w:spacing w:after="8" w:line="240" w:lineRule="auto"/>
      </w:pPr>
      <w:r w:rsidRPr="00850D63">
        <w:rPr>
          <w:b/>
          <w:color w:val="CC3300"/>
        </w:rPr>
        <w:t xml:space="preserve">      b) </w:t>
      </w:r>
      <w:r>
        <w:rPr>
          <w:color w:val="000000"/>
        </w:rPr>
        <w:t>Trong 2 s đầu, tốc độ của xe là 3 m/s.</w:t>
      </w:r>
    </w:p>
    <w:p w14:paraId="5FE50B2D" w14:textId="1C1E22B1" w:rsidR="006D6255" w:rsidRDefault="00850D63">
      <w:pPr>
        <w:spacing w:after="8" w:line="240" w:lineRule="auto"/>
      </w:pPr>
      <w:r w:rsidRPr="00850D63">
        <w:rPr>
          <w:b/>
          <w:color w:val="CC3300"/>
        </w:rPr>
        <w:t xml:space="preserve">      c) </w:t>
      </w:r>
      <w:r>
        <w:rPr>
          <w:color w:val="000000"/>
        </w:rPr>
        <w:t>Từ 2 s đến 4 s, xe đứng yên.</w:t>
      </w:r>
    </w:p>
    <w:p w14:paraId="70EABA1A" w14:textId="08761314" w:rsidR="006D6255" w:rsidRDefault="00850D63">
      <w:pPr>
        <w:spacing w:after="8" w:line="240" w:lineRule="auto"/>
      </w:pPr>
      <w:r w:rsidRPr="00850D63">
        <w:rPr>
          <w:b/>
          <w:color w:val="CC3300"/>
        </w:rPr>
        <w:t xml:space="preserve">      d) </w:t>
      </w:r>
      <w:r>
        <w:rPr>
          <w:color w:val="000000"/>
        </w:rPr>
        <w:t>Việc thu thập số liệu thực nghiệm rồi dùng đồ thị để rút ra kết luận chỉ thuộc phương pháp lí thuyết, không phải phương pháp thực nghiệm.</w:t>
      </w:r>
    </w:p>
    <w:p w14:paraId="77F261D7" w14:textId="40139612" w:rsidR="006D6255" w:rsidRDefault="00000000">
      <w:pPr>
        <w:spacing w:after="14"/>
        <w:rPr>
          <w:b/>
          <w:color w:val="CC3300"/>
        </w:rPr>
      </w:pPr>
      <w:r w:rsidRPr="00850D63">
        <w:rPr>
          <w:b/>
          <w:color w:val="CC3300"/>
        </w:rPr>
        <w:t xml:space="preserve">Trả lời: </w:t>
      </w:r>
      <w:r w:rsidR="00850D63" w:rsidRPr="00850D63">
        <w:rPr>
          <w:b/>
          <w:color w:val="CC3300"/>
        </w:rPr>
        <w:t xml:space="preserve">      a) </w:t>
      </w:r>
      <w:r w:rsidRPr="00850D63">
        <w:rPr>
          <w:b/>
          <w:color w:val="CC3300"/>
        </w:rPr>
        <w:t xml:space="preserve"> Đúng; </w:t>
      </w:r>
      <w:r w:rsidR="00850D63" w:rsidRPr="00850D63">
        <w:rPr>
          <w:b/>
          <w:color w:val="CC3300"/>
        </w:rPr>
        <w:t xml:space="preserve">      b) </w:t>
      </w:r>
      <w:r w:rsidRPr="00850D63">
        <w:rPr>
          <w:b/>
          <w:color w:val="CC3300"/>
        </w:rPr>
        <w:t xml:space="preserve"> Đúng; </w:t>
      </w:r>
      <w:r w:rsidR="00850D63" w:rsidRPr="00850D63">
        <w:rPr>
          <w:b/>
          <w:color w:val="CC3300"/>
        </w:rPr>
        <w:t xml:space="preserve">      c) </w:t>
      </w:r>
      <w:r w:rsidRPr="00850D63">
        <w:rPr>
          <w:b/>
          <w:color w:val="CC3300"/>
        </w:rPr>
        <w:t xml:space="preserve"> Đúng; </w:t>
      </w:r>
      <w:r w:rsidR="00850D63" w:rsidRPr="00850D63">
        <w:rPr>
          <w:b/>
          <w:color w:val="CC3300"/>
        </w:rPr>
        <w:t xml:space="preserve">      d) </w:t>
      </w:r>
      <w:r w:rsidRPr="00850D63">
        <w:rPr>
          <w:b/>
          <w:color w:val="CC3300"/>
        </w:rPr>
        <w:t xml:space="preserve"> Sai</w:t>
      </w:r>
    </w:p>
    <w:p w14:paraId="3F738473" w14:textId="299C6614" w:rsidR="00850D63" w:rsidRPr="00850D63" w:rsidRDefault="00850D63">
      <w:pPr>
        <w:spacing w:after="14"/>
        <w:rPr>
          <w:color w:val="002366"/>
        </w:rPr>
      </w:pPr>
      <w:r w:rsidRPr="00850D63">
        <w:rPr>
          <w:b/>
          <w:color w:val="002366"/>
        </w:rPr>
        <w:t>Hướng dẫn</w:t>
      </w:r>
    </w:p>
    <w:p w14:paraId="28A0729D" w14:textId="5FD6E361" w:rsidR="006D6255" w:rsidRPr="00850D63" w:rsidRDefault="00850D63">
      <w:pPr>
        <w:spacing w:after="30" w:line="240" w:lineRule="auto"/>
        <w:rPr>
          <w:color w:val="002366"/>
        </w:rPr>
      </w:pPr>
      <w:r w:rsidRPr="00850D63">
        <w:rPr>
          <w:b/>
          <w:color w:val="002366"/>
        </w:rPr>
        <w:t xml:space="preserve">      a) </w:t>
      </w:r>
      <w:r w:rsidRPr="00850D63">
        <w:rPr>
          <w:color w:val="002366"/>
        </w:rPr>
        <w:t>Đúng: Độ dịch chuyển tăng từ 0 m lên 6 m trong 2 s.</w:t>
      </w:r>
    </w:p>
    <w:p w14:paraId="2E59AE1A" w14:textId="542018C5" w:rsidR="006D6255" w:rsidRPr="00850D63" w:rsidRDefault="00850D63">
      <w:pPr>
        <w:spacing w:after="30" w:line="240" w:lineRule="auto"/>
        <w:rPr>
          <w:color w:val="002366"/>
        </w:rPr>
      </w:pPr>
      <w:r w:rsidRPr="00850D63">
        <w:rPr>
          <w:b/>
          <w:color w:val="002366"/>
        </w:rPr>
        <w:t xml:space="preserve">      b) </w:t>
      </w:r>
      <w:r w:rsidRPr="00850D63">
        <w:rPr>
          <w:color w:val="002366"/>
        </w:rPr>
        <w:t>Đúng: Độ dốc đoạn đầu bằng 6/2 = 3 m/s.</w:t>
      </w:r>
    </w:p>
    <w:p w14:paraId="4178F6B5" w14:textId="48F5EE15" w:rsidR="006D6255" w:rsidRPr="00850D63" w:rsidRDefault="00850D63">
      <w:pPr>
        <w:spacing w:after="30" w:line="240" w:lineRule="auto"/>
        <w:rPr>
          <w:color w:val="002366"/>
        </w:rPr>
      </w:pPr>
      <w:r w:rsidRPr="00850D63">
        <w:rPr>
          <w:b/>
          <w:color w:val="002366"/>
        </w:rPr>
        <w:t xml:space="preserve">      c) </w:t>
      </w:r>
      <w:r w:rsidRPr="00850D63">
        <w:rPr>
          <w:color w:val="002366"/>
        </w:rPr>
        <w:t>Đúng: Đồ thị nằm ngang từ 2 s đến 4 s nên vận tốc bằng 0.</w:t>
      </w:r>
    </w:p>
    <w:p w14:paraId="589D60BC" w14:textId="6B32793B" w:rsidR="006D6255" w:rsidRPr="00850D63" w:rsidRDefault="00850D63">
      <w:pPr>
        <w:spacing w:after="30" w:line="240" w:lineRule="auto"/>
        <w:rPr>
          <w:color w:val="002366"/>
        </w:rPr>
      </w:pPr>
      <w:r w:rsidRPr="00850D63">
        <w:rPr>
          <w:b/>
          <w:color w:val="002366"/>
        </w:rPr>
        <w:t xml:space="preserve">      d) </w:t>
      </w:r>
      <w:r w:rsidRPr="00850D63">
        <w:rPr>
          <w:color w:val="002366"/>
        </w:rPr>
        <w:t>Sai: Thu thập số liệu bằng đo đạc và xử lí số liệu là đặc trưng của phương pháp thực nghiệm.</w:t>
      </w:r>
    </w:p>
    <w:p w14:paraId="2894E41D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2. </w:t>
      </w:r>
      <w:r>
        <w:rPr>
          <w:color w:val="000000"/>
        </w:rPr>
        <w:t xml:space="preserve">Trong một buổi thực hành, nhóm học sinh thả một viên bi nhỏ từ độ cao 45 m, bỏ qua sức cản không khí và lấy </w:t>
      </w:r>
    </w:p>
    <w:p w14:paraId="730001E0" w14:textId="48F82C6F" w:rsidR="006D6255" w:rsidRDefault="00850D63">
      <w:pPr>
        <w:spacing w:after="8" w:line="240" w:lineRule="auto"/>
      </w:pPr>
      <w:r w:rsidRPr="00850D63">
        <w:rPr>
          <w:b/>
          <w:color w:val="CC3300"/>
        </w:rPr>
        <w:t xml:space="preserve">      a) </w:t>
      </w:r>
      <w:r>
        <w:rPr>
          <w:color w:val="000000"/>
        </w:rPr>
        <w:t>Gia tốc rơi tự do có phương thẳng đứng và chiều hướng xuống.</w:t>
      </w:r>
    </w:p>
    <w:p w14:paraId="6254EA4E" w14:textId="6CF86642" w:rsidR="006D6255" w:rsidRDefault="00850D63">
      <w:pPr>
        <w:spacing w:after="8" w:line="240" w:lineRule="auto"/>
      </w:pPr>
      <w:r w:rsidRPr="00850D63">
        <w:rPr>
          <w:b/>
          <w:color w:val="CC3300"/>
        </w:rPr>
        <w:t xml:space="preserve">      b) </w:t>
      </w:r>
      <w:r>
        <w:rPr>
          <w:color w:val="000000"/>
        </w:rPr>
        <w:t>Nếu chọn chiều dương hướng xuống và thả vật không vận tốc đầu thì v = gt.</w:t>
      </w:r>
    </w:p>
    <w:p w14:paraId="6EAD9CF5" w14:textId="3C8AA346" w:rsidR="006D6255" w:rsidRDefault="00850D63">
      <w:pPr>
        <w:spacing w:after="8" w:line="240" w:lineRule="auto"/>
      </w:pPr>
      <w:r w:rsidRPr="00850D63">
        <w:rPr>
          <w:b/>
          <w:color w:val="CC3300"/>
        </w:rPr>
        <w:t xml:space="preserve">      c) </w:t>
      </w:r>
      <w:r>
        <w:rPr>
          <w:color w:val="000000"/>
        </w:rPr>
        <w:t>Thời gian viên bi rơi đến đất là 3 s.</w:t>
      </w:r>
    </w:p>
    <w:p w14:paraId="156B4F0E" w14:textId="62289B3D" w:rsidR="006D6255" w:rsidRDefault="00850D63">
      <w:pPr>
        <w:spacing w:after="8" w:line="240" w:lineRule="auto"/>
      </w:pPr>
      <w:r w:rsidRPr="00850D63">
        <w:rPr>
          <w:b/>
          <w:color w:val="CC3300"/>
        </w:rPr>
        <w:t xml:space="preserve">      d) </w:t>
      </w:r>
      <w:r>
        <w:rPr>
          <w:color w:val="000000"/>
        </w:rPr>
        <w:t>Lặp lại phép đo thời gian nhiều lần rồi lấy giá trị trung bình giúp giảm sai số hệ thống của phép đo.</w:t>
      </w:r>
    </w:p>
    <w:p w14:paraId="50C47CDD" w14:textId="67A16413" w:rsidR="006D6255" w:rsidRDefault="00000000">
      <w:pPr>
        <w:spacing w:after="14"/>
        <w:rPr>
          <w:b/>
          <w:color w:val="CC3300"/>
        </w:rPr>
      </w:pPr>
      <w:r w:rsidRPr="00850D63">
        <w:rPr>
          <w:b/>
          <w:color w:val="CC3300"/>
        </w:rPr>
        <w:t xml:space="preserve">Trả lời: </w:t>
      </w:r>
      <w:r w:rsidR="00850D63" w:rsidRPr="00850D63">
        <w:rPr>
          <w:b/>
          <w:color w:val="CC3300"/>
        </w:rPr>
        <w:t xml:space="preserve">      a) </w:t>
      </w:r>
      <w:r w:rsidRPr="00850D63">
        <w:rPr>
          <w:b/>
          <w:color w:val="CC3300"/>
        </w:rPr>
        <w:t xml:space="preserve"> Đúng; </w:t>
      </w:r>
      <w:r w:rsidR="00850D63" w:rsidRPr="00850D63">
        <w:rPr>
          <w:b/>
          <w:color w:val="CC3300"/>
        </w:rPr>
        <w:t xml:space="preserve">      b) </w:t>
      </w:r>
      <w:r w:rsidRPr="00850D63">
        <w:rPr>
          <w:b/>
          <w:color w:val="CC3300"/>
        </w:rPr>
        <w:t xml:space="preserve"> Đúng; </w:t>
      </w:r>
      <w:r w:rsidR="00850D63" w:rsidRPr="00850D63">
        <w:rPr>
          <w:b/>
          <w:color w:val="CC3300"/>
        </w:rPr>
        <w:t xml:space="preserve">      c) </w:t>
      </w:r>
      <w:r w:rsidRPr="00850D63">
        <w:rPr>
          <w:b/>
          <w:color w:val="CC3300"/>
        </w:rPr>
        <w:t xml:space="preserve"> Đúng; </w:t>
      </w:r>
      <w:r w:rsidR="00850D63" w:rsidRPr="00850D63">
        <w:rPr>
          <w:b/>
          <w:color w:val="CC3300"/>
        </w:rPr>
        <w:t xml:space="preserve">      d) </w:t>
      </w:r>
      <w:r w:rsidRPr="00850D63">
        <w:rPr>
          <w:b/>
          <w:color w:val="CC3300"/>
        </w:rPr>
        <w:t xml:space="preserve"> Sai</w:t>
      </w:r>
    </w:p>
    <w:p w14:paraId="79AF87C2" w14:textId="77777777" w:rsidR="00850D63" w:rsidRPr="00850D63" w:rsidRDefault="00850D63" w:rsidP="00850D63">
      <w:pPr>
        <w:spacing w:after="14"/>
        <w:rPr>
          <w:color w:val="002366"/>
        </w:rPr>
      </w:pPr>
      <w:r w:rsidRPr="00850D63">
        <w:rPr>
          <w:b/>
          <w:color w:val="002366"/>
        </w:rPr>
        <w:t>Hướng dẫn</w:t>
      </w:r>
    </w:p>
    <w:p w14:paraId="1CF70DA4" w14:textId="1704C2FC" w:rsidR="006D6255" w:rsidRPr="00850D63" w:rsidRDefault="00850D63">
      <w:pPr>
        <w:spacing w:after="30" w:line="240" w:lineRule="auto"/>
        <w:rPr>
          <w:color w:val="002366"/>
        </w:rPr>
      </w:pPr>
      <w:r w:rsidRPr="00850D63">
        <w:rPr>
          <w:b/>
          <w:color w:val="002366"/>
        </w:rPr>
        <w:t xml:space="preserve">      a) </w:t>
      </w:r>
      <w:r w:rsidRPr="00850D63">
        <w:rPr>
          <w:color w:val="002366"/>
        </w:rPr>
        <w:t>Đúng: gia tốc rơi tự do hướng thẳng đứng xuống.</w:t>
      </w:r>
    </w:p>
    <w:p w14:paraId="4CD320DF" w14:textId="3A5463C8" w:rsidR="006D6255" w:rsidRPr="00850D63" w:rsidRDefault="00850D63">
      <w:pPr>
        <w:spacing w:after="30" w:line="240" w:lineRule="auto"/>
        <w:rPr>
          <w:color w:val="002366"/>
        </w:rPr>
      </w:pPr>
      <w:r w:rsidRPr="00850D63">
        <w:rPr>
          <w:b/>
          <w:color w:val="002366"/>
        </w:rPr>
        <w:t xml:space="preserve">      b) </w:t>
      </w:r>
      <w:r w:rsidRPr="00850D63">
        <w:rPr>
          <w:color w:val="002366"/>
        </w:rPr>
        <w:t>Đúng: với</w:t>
      </w:r>
      <m:oMath>
        <m:sSub>
          <m:sSubPr>
            <m:ctrlPr>
              <w:rPr>
                <w:rFonts w:ascii="Cambria Math" w:hAnsi="Cambria Math"/>
                <w:color w:val="002366"/>
              </w:rPr>
            </m:ctrlPr>
          </m:sSubPr>
          <m:e>
            <m:r>
              <w:rPr>
                <w:rFonts w:ascii="Cambria Math" w:hAnsi="Cambria Math"/>
                <w:color w:val="002366"/>
              </w:rPr>
              <m:t>v</m:t>
            </m:r>
          </m:e>
          <m:sub>
            <m:r>
              <w:rPr>
                <w:rFonts w:ascii="Cambria Math" w:hAnsi="Cambria Math"/>
                <w:color w:val="002366"/>
              </w:rPr>
              <m:t>0</m:t>
            </m:r>
          </m:sub>
        </m:sSub>
        <m:r>
          <w:rPr>
            <w:rFonts w:ascii="Cambria Math" w:hAnsi="Cambria Math"/>
            <w:color w:val="002366"/>
          </w:rPr>
          <m:t xml:space="preserve"> = 0</m:t>
        </m:r>
      </m:oMath>
      <w:r w:rsidRPr="00850D63">
        <w:rPr>
          <w:color w:val="002366"/>
        </w:rPr>
        <w:t xml:space="preserve"> và chiều dương hướng xuống, </w:t>
      </w:r>
      <m:oMath>
        <m:r>
          <w:rPr>
            <w:rFonts w:ascii="Cambria Math" w:hAnsi="Cambria Math"/>
            <w:color w:val="002366"/>
          </w:rPr>
          <m:t>v = gt</m:t>
        </m:r>
      </m:oMath>
      <w:r w:rsidRPr="00850D63">
        <w:rPr>
          <w:color w:val="002366"/>
        </w:rPr>
        <w:t>.</w:t>
      </w:r>
    </w:p>
    <w:p w14:paraId="5AA0F21D" w14:textId="67B00C25" w:rsidR="006D6255" w:rsidRPr="00850D63" w:rsidRDefault="00850D63">
      <w:pPr>
        <w:spacing w:after="30" w:line="240" w:lineRule="auto"/>
        <w:rPr>
          <w:color w:val="002366"/>
        </w:rPr>
      </w:pPr>
      <w:r w:rsidRPr="00850D63">
        <w:rPr>
          <w:b/>
          <w:color w:val="002366"/>
        </w:rPr>
        <w:t xml:space="preserve">      c) </w:t>
      </w:r>
      <w:r w:rsidRPr="00850D63">
        <w:rPr>
          <w:color w:val="002366"/>
        </w:rPr>
        <w:t>Đúng: từ</w:t>
      </w:r>
      <m:oMath>
        <m:r>
          <w:rPr>
            <w:rFonts w:ascii="Cambria Math" w:hAnsi="Cambria Math"/>
            <w:color w:val="002366"/>
          </w:rPr>
          <m:t xml:space="preserve">s = </m:t>
        </m:r>
        <m:f>
          <m:fPr>
            <m:ctrlPr>
              <w:rPr>
                <w:rFonts w:ascii="Cambria Math" w:hAnsi="Cambria Math"/>
                <w:color w:val="002366"/>
              </w:rPr>
            </m:ctrlPr>
          </m:fPr>
          <m:num>
            <m:r>
              <w:rPr>
                <w:rFonts w:ascii="Cambria Math" w:hAnsi="Cambria Math"/>
                <w:color w:val="002366"/>
              </w:rPr>
              <m:t>1</m:t>
            </m:r>
          </m:num>
          <m:den>
            <m:r>
              <w:rPr>
                <w:rFonts w:ascii="Cambria Math" w:hAnsi="Cambria Math"/>
                <w:color w:val="002366"/>
              </w:rPr>
              <m:t>2</m:t>
            </m:r>
          </m:den>
        </m:f>
        <m:r>
          <w:rPr>
            <w:rFonts w:ascii="Cambria Math" w:hAnsi="Cambria Math"/>
            <w:color w:val="002366"/>
          </w:rPr>
          <m:t>g</m:t>
        </m:r>
        <m:sSup>
          <m:sSupPr>
            <m:ctrlPr>
              <w:rPr>
                <w:rFonts w:ascii="Cambria Math" w:hAnsi="Cambria Math"/>
                <w:color w:val="002366"/>
              </w:rPr>
            </m:ctrlPr>
          </m:sSupPr>
          <m:e>
            <m:r>
              <w:rPr>
                <w:rFonts w:ascii="Cambria Math" w:hAnsi="Cambria Math"/>
                <w:color w:val="002366"/>
              </w:rPr>
              <m:t>t</m:t>
            </m:r>
          </m:e>
          <m:sup>
            <m:r>
              <w:rPr>
                <w:rFonts w:ascii="Cambria Math" w:hAnsi="Cambria Math"/>
                <w:color w:val="002366"/>
              </w:rPr>
              <m:t>2</m:t>
            </m:r>
          </m:sup>
        </m:sSup>
      </m:oMath>
      <w:r w:rsidRPr="00850D63">
        <w:rPr>
          <w:color w:val="002366"/>
        </w:rPr>
        <w:t xml:space="preserve"> suy ra</w:t>
      </w:r>
    </w:p>
    <w:p w14:paraId="6B7519F9" w14:textId="77777777" w:rsidR="006D6255" w:rsidRPr="00850D63" w:rsidRDefault="00000000">
      <w:pPr>
        <w:spacing w:after="20"/>
        <w:rPr>
          <w:color w:val="002366"/>
        </w:rPr>
      </w:pPr>
      <m:oMathPara>
        <m:oMath>
          <m:r>
            <w:rPr>
              <w:rFonts w:ascii="Cambria Math" w:hAnsi="Cambria Math"/>
              <w:color w:val="002366"/>
            </w:rPr>
            <m:t xml:space="preserve">t = </m:t>
          </m:r>
          <m:rad>
            <m:radPr>
              <m:degHide m:val="1"/>
              <m:ctrlPr>
                <w:rPr>
                  <w:rFonts w:ascii="Cambria Math" w:hAnsi="Cambria Math"/>
                  <w:color w:val="002366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color w:val="002366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2366"/>
                    </w:rPr>
                    <m:t>2</m:t>
                  </m:r>
                  <m:r>
                    <w:rPr>
                      <w:rFonts w:ascii="Cambria Math" w:hAnsi="Cambria Math"/>
                      <w:color w:val="002366"/>
                    </w:rPr>
                    <m:t>h</m:t>
                  </m:r>
                </m:num>
                <m:den>
                  <m:r>
                    <w:rPr>
                      <w:rFonts w:ascii="Cambria Math" w:hAnsi="Cambria Math"/>
                      <w:color w:val="002366"/>
                    </w:rPr>
                    <m:t>g</m:t>
                  </m:r>
                </m:den>
              </m:f>
            </m:e>
          </m:rad>
          <m:r>
            <w:rPr>
              <w:rFonts w:ascii="Cambria Math" w:hAnsi="Cambria Math"/>
              <w:color w:val="002366"/>
            </w:rPr>
            <m:t xml:space="preserve"> = </m:t>
          </m:r>
          <m:rad>
            <m:radPr>
              <m:degHide m:val="1"/>
              <m:ctrlPr>
                <w:rPr>
                  <w:rFonts w:ascii="Cambria Math" w:hAnsi="Cambria Math"/>
                  <w:color w:val="002366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color w:val="002366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2366"/>
                    </w:rPr>
                    <m:t>2×45</m:t>
                  </m:r>
                </m:num>
                <m:den>
                  <m:r>
                    <w:rPr>
                      <w:rFonts w:ascii="Cambria Math" w:hAnsi="Cambria Math"/>
                      <w:color w:val="002366"/>
                    </w:rPr>
                    <m:t>10</m:t>
                  </m:r>
                </m:den>
              </m:f>
            </m:e>
          </m:rad>
          <m:r>
            <w:rPr>
              <w:rFonts w:ascii="Cambria Math" w:hAnsi="Cambria Math"/>
              <w:color w:val="002366"/>
            </w:rPr>
            <m:t xml:space="preserve"> = 3 s</m:t>
          </m:r>
        </m:oMath>
      </m:oMathPara>
    </w:p>
    <w:p w14:paraId="067264B0" w14:textId="67C2B6F0" w:rsidR="006D6255" w:rsidRPr="00850D63" w:rsidRDefault="00850D63">
      <w:pPr>
        <w:spacing w:after="30" w:line="240" w:lineRule="auto"/>
        <w:rPr>
          <w:color w:val="002366"/>
        </w:rPr>
      </w:pPr>
      <w:r w:rsidRPr="00850D63">
        <w:rPr>
          <w:b/>
          <w:color w:val="002366"/>
        </w:rPr>
        <w:t xml:space="preserve">      d) </w:t>
      </w:r>
      <w:r w:rsidRPr="00850D63">
        <w:rPr>
          <w:color w:val="002366"/>
        </w:rPr>
        <w:t>Sai: đo lặp lại và lấy trung bình chủ yếu làm giảm ảnh hưởng của sai số ngẫu nhiên, không loại bỏ sai số hệ thống.</w:t>
      </w:r>
    </w:p>
    <w:p w14:paraId="6D8D77E5" w14:textId="77777777" w:rsidR="003825F2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3. </w:t>
      </w:r>
      <w:r>
        <w:rPr>
          <w:color w:val="000000"/>
          <w:sz w:val="24"/>
        </w:rPr>
        <w:t>Một ô tô đang chạy với tốc độ 72 km/h thì hãm phanh và chuyển động thẳng chậm dần đều. Sau khi đi được 50 m, tốc độ của ô tô còn 36 km/h. Chọn chiều dương là chiều chuyển động.</w:t>
      </w:r>
    </w:p>
    <w:p w14:paraId="673D82BA" w14:textId="50AF6612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a) </w:t>
      </w:r>
      <w:r>
        <w:rPr>
          <w:color w:val="000000"/>
          <w:sz w:val="24"/>
        </w:rPr>
        <w:t>Tốc độ ban đầu của ô tô là 20 m/s.</w:t>
      </w:r>
    </w:p>
    <w:p w14:paraId="3DCD0132" w14:textId="47A72939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b) </w:t>
      </w:r>
      <w:r>
        <w:rPr>
          <w:color w:val="000000"/>
          <w:sz w:val="24"/>
        </w:rPr>
        <w:t>Tốc độ của ô tô sau khi đi được 50 m là 1</w:t>
      </w:r>
      <w:r w:rsidR="00B00125">
        <w:rPr>
          <w:color w:val="000000"/>
          <w:sz w:val="24"/>
        </w:rPr>
        <w:t>5</w:t>
      </w:r>
      <w:r>
        <w:rPr>
          <w:color w:val="000000"/>
          <w:sz w:val="24"/>
        </w:rPr>
        <w:t xml:space="preserve"> m/s.</w:t>
      </w:r>
    </w:p>
    <w:p w14:paraId="7CB3BD04" w14:textId="03C542B8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c) </w:t>
      </w:r>
      <w:r>
        <w:rPr>
          <w:color w:val="000000"/>
          <w:sz w:val="24"/>
        </w:rPr>
        <w:t>Gia tốc của ô tô bằng −3 m/s².</w:t>
      </w:r>
    </w:p>
    <w:p w14:paraId="16674B33" w14:textId="4286923C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d) </w:t>
      </w:r>
      <w:r>
        <w:rPr>
          <w:color w:val="000000"/>
          <w:sz w:val="24"/>
        </w:rPr>
        <w:t>Từ lúc bắt đầu hãm phanh đến khi dừng hẳn, ô tô đi được 60 m.</w:t>
      </w:r>
    </w:p>
    <w:p w14:paraId="13BCAA0A" w14:textId="321F008A" w:rsidR="003825F2" w:rsidRDefault="00000000">
      <w:pPr>
        <w:spacing w:after="0"/>
        <w:rPr>
          <w:b/>
          <w:color w:val="CC3300"/>
          <w:sz w:val="24"/>
        </w:rPr>
      </w:pPr>
      <w:r w:rsidRPr="00850D63">
        <w:rPr>
          <w:b/>
          <w:color w:val="CC3300"/>
          <w:sz w:val="24"/>
        </w:rPr>
        <w:t xml:space="preserve">Trả lời: </w:t>
      </w:r>
      <w:r w:rsidR="00850D63" w:rsidRPr="00850D63">
        <w:rPr>
          <w:b/>
          <w:color w:val="CC3300"/>
          <w:sz w:val="24"/>
        </w:rPr>
        <w:t xml:space="preserve">      a) </w:t>
      </w:r>
      <w:r w:rsidRPr="00850D63">
        <w:rPr>
          <w:b/>
          <w:color w:val="CC3300"/>
          <w:sz w:val="24"/>
        </w:rPr>
        <w:t xml:space="preserve"> Đúng; </w:t>
      </w:r>
      <w:r w:rsidR="00850D63" w:rsidRPr="00850D63">
        <w:rPr>
          <w:b/>
          <w:color w:val="CC3300"/>
          <w:sz w:val="24"/>
        </w:rPr>
        <w:t xml:space="preserve">      b) </w:t>
      </w:r>
      <w:r w:rsidRPr="00850D63">
        <w:rPr>
          <w:b/>
          <w:color w:val="CC3300"/>
          <w:sz w:val="24"/>
        </w:rPr>
        <w:t xml:space="preserve"> </w:t>
      </w:r>
      <w:r w:rsidR="00B00125">
        <w:rPr>
          <w:b/>
          <w:color w:val="CC3300"/>
          <w:sz w:val="24"/>
        </w:rPr>
        <w:t>Sai</w:t>
      </w:r>
      <w:r w:rsidRPr="00850D63">
        <w:rPr>
          <w:b/>
          <w:color w:val="CC3300"/>
          <w:sz w:val="24"/>
        </w:rPr>
        <w:t xml:space="preserve">; </w:t>
      </w:r>
      <w:r w:rsidR="00850D63" w:rsidRPr="00850D63">
        <w:rPr>
          <w:b/>
          <w:color w:val="CC3300"/>
          <w:sz w:val="24"/>
        </w:rPr>
        <w:t xml:space="preserve">      c) </w:t>
      </w:r>
      <w:r w:rsidRPr="00850D63">
        <w:rPr>
          <w:b/>
          <w:color w:val="CC3300"/>
          <w:sz w:val="24"/>
        </w:rPr>
        <w:t xml:space="preserve"> Đúng; </w:t>
      </w:r>
      <w:r w:rsidR="00850D63" w:rsidRPr="00850D63">
        <w:rPr>
          <w:b/>
          <w:color w:val="CC3300"/>
          <w:sz w:val="24"/>
        </w:rPr>
        <w:t xml:space="preserve">      d) </w:t>
      </w:r>
      <w:r w:rsidRPr="00850D63">
        <w:rPr>
          <w:b/>
          <w:color w:val="CC3300"/>
          <w:sz w:val="24"/>
        </w:rPr>
        <w:t xml:space="preserve"> Sai</w:t>
      </w:r>
    </w:p>
    <w:p w14:paraId="66641EA5" w14:textId="77777777" w:rsidR="00850D63" w:rsidRPr="00850D63" w:rsidRDefault="00850D63" w:rsidP="00850D63">
      <w:pPr>
        <w:spacing w:after="14"/>
        <w:rPr>
          <w:color w:val="002366"/>
        </w:rPr>
      </w:pPr>
      <w:r w:rsidRPr="00850D63">
        <w:rPr>
          <w:b/>
          <w:color w:val="002366"/>
        </w:rPr>
        <w:t>Hướng dẫn</w:t>
      </w:r>
    </w:p>
    <w:p w14:paraId="47D3F230" w14:textId="3CBF7309" w:rsidR="003825F2" w:rsidRPr="00850D63" w:rsidRDefault="00850D63">
      <w:pPr>
        <w:spacing w:after="0"/>
        <w:rPr>
          <w:color w:val="002366"/>
        </w:rPr>
      </w:pPr>
      <w:r w:rsidRPr="00850D63">
        <w:rPr>
          <w:b/>
          <w:color w:val="002366"/>
          <w:sz w:val="24"/>
        </w:rPr>
        <w:lastRenderedPageBreak/>
        <w:t xml:space="preserve">      a) </w:t>
      </w:r>
      <w:r w:rsidRPr="00850D63">
        <w:rPr>
          <w:color w:val="002366"/>
          <w:sz w:val="24"/>
        </w:rPr>
        <w:t>Đúng: 72 km/h = 20 m/s.</w:t>
      </w:r>
    </w:p>
    <w:p w14:paraId="28FEE9E4" w14:textId="13C72D77" w:rsidR="003825F2" w:rsidRPr="00850D63" w:rsidRDefault="00850D63">
      <w:pPr>
        <w:spacing w:after="0"/>
        <w:rPr>
          <w:color w:val="002366"/>
        </w:rPr>
      </w:pPr>
      <w:r w:rsidRPr="00850D63">
        <w:rPr>
          <w:b/>
          <w:color w:val="002366"/>
          <w:sz w:val="24"/>
        </w:rPr>
        <w:t xml:space="preserve">      b) </w:t>
      </w:r>
      <w:r w:rsidR="00B00125">
        <w:rPr>
          <w:color w:val="002366"/>
          <w:sz w:val="24"/>
        </w:rPr>
        <w:t>Sai</w:t>
      </w:r>
      <w:r w:rsidRPr="00850D63">
        <w:rPr>
          <w:color w:val="002366"/>
          <w:sz w:val="24"/>
        </w:rPr>
        <w:t>: 36 km/h = 10 m/s.</w:t>
      </w:r>
    </w:p>
    <w:p w14:paraId="565F8A1F" w14:textId="50F475A9" w:rsidR="003825F2" w:rsidRPr="00850D63" w:rsidRDefault="00850D63">
      <w:pPr>
        <w:spacing w:after="0"/>
        <w:rPr>
          <w:color w:val="002366"/>
        </w:rPr>
      </w:pPr>
      <w:r w:rsidRPr="00850D63">
        <w:rPr>
          <w:b/>
          <w:color w:val="002366"/>
          <w:sz w:val="24"/>
        </w:rPr>
        <w:t xml:space="preserve">      c) </w:t>
      </w:r>
      <w:r w:rsidRPr="00850D63">
        <w:rPr>
          <w:color w:val="002366"/>
          <w:sz w:val="24"/>
        </w:rPr>
        <w:t>Đúng: Từ v² − v₀² = 2as suy ra a = −3 m/s².</w:t>
      </w:r>
    </w:p>
    <w:p w14:paraId="2A42AD3E" w14:textId="5B3DA9EC" w:rsidR="003825F2" w:rsidRPr="00850D63" w:rsidRDefault="00850D63">
      <w:pPr>
        <w:spacing w:after="0"/>
        <w:rPr>
          <w:color w:val="002366"/>
        </w:rPr>
      </w:pPr>
      <w:r w:rsidRPr="00850D63">
        <w:rPr>
          <w:b/>
          <w:color w:val="002366"/>
          <w:sz w:val="24"/>
        </w:rPr>
        <w:t xml:space="preserve">      d) </w:t>
      </w:r>
      <w:r w:rsidRPr="00850D63">
        <w:rPr>
          <w:color w:val="002366"/>
          <w:sz w:val="24"/>
        </w:rPr>
        <w:t>Sai: Khi dừng hẳn, quãng đường hãm là 200/3 m, xấp xỉ 66,7 m.</w:t>
      </w:r>
    </w:p>
    <w:p w14:paraId="5AFCDF2A" w14:textId="77777777" w:rsidR="003825F2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4. </w:t>
      </w:r>
      <w:r>
        <w:rPr>
          <w:color w:val="000000"/>
          <w:sz w:val="24"/>
        </w:rPr>
        <w:t>Một vật được thả rơi tự do từ trạng thái nghỉ. Biết trong giây cuối cùng trước khi chạm đất, vật rơi được 35 m. Lấy g = 10 m/s².</w:t>
      </w:r>
    </w:p>
    <w:p w14:paraId="320A3E94" w14:textId="5FA83100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a) </w:t>
      </w:r>
      <w:r>
        <w:rPr>
          <w:color w:val="000000"/>
          <w:sz w:val="24"/>
        </w:rPr>
        <w:t>Vật chuyển động thẳng nhanh dần đều.</w:t>
      </w:r>
    </w:p>
    <w:p w14:paraId="4E0F71F5" w14:textId="596DD535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b) </w:t>
      </w:r>
      <w:r>
        <w:rPr>
          <w:color w:val="000000"/>
          <w:sz w:val="24"/>
        </w:rPr>
        <w:t>Thời gian rơi của vật là 4 s.</w:t>
      </w:r>
    </w:p>
    <w:p w14:paraId="419394B4" w14:textId="1D3465AC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c) </w:t>
      </w:r>
      <w:r>
        <w:rPr>
          <w:color w:val="000000"/>
          <w:sz w:val="24"/>
        </w:rPr>
        <w:t>Độ cao nơi thả vật là 8</w:t>
      </w:r>
      <w:r w:rsidR="00B00125">
        <w:rPr>
          <w:color w:val="000000"/>
          <w:sz w:val="24"/>
        </w:rPr>
        <w:t>5</w:t>
      </w:r>
      <w:r>
        <w:rPr>
          <w:color w:val="000000"/>
          <w:sz w:val="24"/>
        </w:rPr>
        <w:t xml:space="preserve"> m.</w:t>
      </w:r>
    </w:p>
    <w:p w14:paraId="55BC88EB" w14:textId="63C8E788" w:rsidR="003825F2" w:rsidRDefault="00850D63">
      <w:pPr>
        <w:spacing w:after="0" w:line="240" w:lineRule="auto"/>
      </w:pPr>
      <w:r w:rsidRPr="00850D63">
        <w:rPr>
          <w:b/>
          <w:color w:val="CC3300"/>
          <w:sz w:val="24"/>
        </w:rPr>
        <w:t xml:space="preserve">      d) </w:t>
      </w:r>
      <w:r>
        <w:rPr>
          <w:color w:val="000000"/>
          <w:sz w:val="24"/>
        </w:rPr>
        <w:t>Tốc độ của vật ngay trước khi chạm đất là 35 m/s.</w:t>
      </w:r>
    </w:p>
    <w:p w14:paraId="3CDD7CCF" w14:textId="168D47DC" w:rsidR="003825F2" w:rsidRDefault="00000000">
      <w:pPr>
        <w:spacing w:after="0"/>
        <w:rPr>
          <w:b/>
          <w:color w:val="CC3300"/>
          <w:sz w:val="24"/>
        </w:rPr>
      </w:pPr>
      <w:r w:rsidRPr="00850D63">
        <w:rPr>
          <w:b/>
          <w:color w:val="CC3300"/>
          <w:sz w:val="24"/>
        </w:rPr>
        <w:t xml:space="preserve">Trả lời: </w:t>
      </w:r>
      <w:r w:rsidR="00850D63" w:rsidRPr="00850D63">
        <w:rPr>
          <w:b/>
          <w:color w:val="CC3300"/>
          <w:sz w:val="24"/>
        </w:rPr>
        <w:t xml:space="preserve">      a) </w:t>
      </w:r>
      <w:r w:rsidRPr="00850D63">
        <w:rPr>
          <w:b/>
          <w:color w:val="CC3300"/>
          <w:sz w:val="24"/>
        </w:rPr>
        <w:t xml:space="preserve"> Đúng; </w:t>
      </w:r>
      <w:r w:rsidR="00850D63" w:rsidRPr="00850D63">
        <w:rPr>
          <w:b/>
          <w:color w:val="CC3300"/>
          <w:sz w:val="24"/>
        </w:rPr>
        <w:t xml:space="preserve">      b) </w:t>
      </w:r>
      <w:r w:rsidRPr="00850D63">
        <w:rPr>
          <w:b/>
          <w:color w:val="CC3300"/>
          <w:sz w:val="24"/>
        </w:rPr>
        <w:t xml:space="preserve"> Đúng; </w:t>
      </w:r>
      <w:r w:rsidR="00850D63" w:rsidRPr="00850D63">
        <w:rPr>
          <w:b/>
          <w:color w:val="CC3300"/>
          <w:sz w:val="24"/>
        </w:rPr>
        <w:t xml:space="preserve">      c) </w:t>
      </w:r>
      <w:r w:rsidRPr="00850D63">
        <w:rPr>
          <w:b/>
          <w:color w:val="CC3300"/>
          <w:sz w:val="24"/>
        </w:rPr>
        <w:t xml:space="preserve"> </w:t>
      </w:r>
      <w:r w:rsidR="00B00125">
        <w:rPr>
          <w:b/>
          <w:color w:val="CC3300"/>
          <w:sz w:val="24"/>
        </w:rPr>
        <w:t>Sai</w:t>
      </w:r>
      <w:r w:rsidRPr="00850D63">
        <w:rPr>
          <w:b/>
          <w:color w:val="CC3300"/>
          <w:sz w:val="24"/>
        </w:rPr>
        <w:t xml:space="preserve">; </w:t>
      </w:r>
      <w:r w:rsidR="00850D63" w:rsidRPr="00850D63">
        <w:rPr>
          <w:b/>
          <w:color w:val="CC3300"/>
          <w:sz w:val="24"/>
        </w:rPr>
        <w:t xml:space="preserve">      d) </w:t>
      </w:r>
      <w:r w:rsidRPr="00850D63">
        <w:rPr>
          <w:b/>
          <w:color w:val="CC3300"/>
          <w:sz w:val="24"/>
        </w:rPr>
        <w:t xml:space="preserve"> Sai</w:t>
      </w:r>
    </w:p>
    <w:p w14:paraId="49A4F7DC" w14:textId="77777777" w:rsidR="00850D63" w:rsidRPr="00850D63" w:rsidRDefault="00850D63" w:rsidP="00850D63">
      <w:pPr>
        <w:spacing w:after="14"/>
        <w:rPr>
          <w:color w:val="002366"/>
        </w:rPr>
      </w:pPr>
      <w:r w:rsidRPr="00850D63">
        <w:rPr>
          <w:b/>
          <w:color w:val="002366"/>
        </w:rPr>
        <w:t>Hướng dẫn</w:t>
      </w:r>
    </w:p>
    <w:p w14:paraId="1809D816" w14:textId="07512E94" w:rsidR="003825F2" w:rsidRPr="00850D63" w:rsidRDefault="00850D63">
      <w:pPr>
        <w:spacing w:after="0"/>
        <w:rPr>
          <w:color w:val="002366"/>
        </w:rPr>
      </w:pPr>
      <w:r w:rsidRPr="00850D63">
        <w:rPr>
          <w:b/>
          <w:color w:val="002366"/>
          <w:sz w:val="24"/>
        </w:rPr>
        <w:t xml:space="preserve">      a) </w:t>
      </w:r>
      <w:r w:rsidRPr="00850D63">
        <w:rPr>
          <w:color w:val="002366"/>
          <w:sz w:val="24"/>
        </w:rPr>
        <w:t>Đúng: Rơi tự do từ trạng thái nghỉ là chuyển động thẳng nhanh dần đều.</w:t>
      </w:r>
    </w:p>
    <w:p w14:paraId="4CB37106" w14:textId="169F348E" w:rsidR="003825F2" w:rsidRPr="00850D63" w:rsidRDefault="00850D63">
      <w:pPr>
        <w:spacing w:after="0"/>
        <w:rPr>
          <w:color w:val="002366"/>
        </w:rPr>
      </w:pPr>
      <w:r w:rsidRPr="00850D63">
        <w:rPr>
          <w:b/>
          <w:color w:val="002366"/>
          <w:sz w:val="24"/>
        </w:rPr>
        <w:t xml:space="preserve">      b) </w:t>
      </w:r>
      <w:r w:rsidRPr="00850D63">
        <w:rPr>
          <w:color w:val="002366"/>
          <w:sz w:val="24"/>
        </w:rPr>
        <w:t>Đúng: Quãng đường trong giây cuối là 5(2t − 1) = 35, suy ra t = 4 s.</w:t>
      </w:r>
    </w:p>
    <w:p w14:paraId="1B03D364" w14:textId="4E626A8C" w:rsidR="003825F2" w:rsidRPr="00850D63" w:rsidRDefault="00850D63">
      <w:pPr>
        <w:spacing w:after="0"/>
        <w:rPr>
          <w:color w:val="002366"/>
        </w:rPr>
      </w:pPr>
      <w:r w:rsidRPr="00850D63">
        <w:rPr>
          <w:b/>
          <w:color w:val="002366"/>
          <w:sz w:val="24"/>
        </w:rPr>
        <w:t xml:space="preserve">      c) </w:t>
      </w:r>
      <w:r w:rsidR="00B00125">
        <w:rPr>
          <w:color w:val="002366"/>
          <w:sz w:val="24"/>
        </w:rPr>
        <w:t>Sai</w:t>
      </w:r>
      <w:r w:rsidRPr="00850D63">
        <w:rPr>
          <w:color w:val="002366"/>
          <w:sz w:val="24"/>
        </w:rPr>
        <w:t>: h = 0,5gt² = 80 m.</w:t>
      </w:r>
    </w:p>
    <w:p w14:paraId="7CD15F7E" w14:textId="7A77E5DE" w:rsidR="003825F2" w:rsidRPr="00850D63" w:rsidRDefault="00850D63">
      <w:pPr>
        <w:spacing w:after="0"/>
        <w:rPr>
          <w:color w:val="002366"/>
        </w:rPr>
      </w:pPr>
      <w:r w:rsidRPr="00850D63">
        <w:rPr>
          <w:b/>
          <w:color w:val="002366"/>
          <w:sz w:val="24"/>
        </w:rPr>
        <w:t xml:space="preserve">      d) </w:t>
      </w:r>
      <w:r w:rsidRPr="00850D63">
        <w:rPr>
          <w:color w:val="002366"/>
          <w:sz w:val="24"/>
        </w:rPr>
        <w:t>Sai: Ngay trước khi chạm đất, v = gt = 40 m/s.</w:t>
      </w:r>
    </w:p>
    <w:p w14:paraId="07495F83" w14:textId="77777777" w:rsidR="006D6255" w:rsidRPr="00850D63" w:rsidRDefault="00000000">
      <w:pPr>
        <w:spacing w:before="60" w:after="30"/>
        <w:rPr>
          <w:b/>
          <w:bCs/>
          <w:color w:val="002366"/>
        </w:rPr>
      </w:pPr>
      <w:r w:rsidRPr="00850D63">
        <w:rPr>
          <w:b/>
          <w:bCs/>
          <w:color w:val="002366"/>
          <w:sz w:val="24"/>
        </w:rPr>
        <w:t>PHẦN III. Câu trắc nghiệm trả lời ngắn.</w:t>
      </w:r>
    </w:p>
    <w:p w14:paraId="24E1C616" w14:textId="77777777" w:rsidR="006D6255" w:rsidRDefault="00000000">
      <w:pPr>
        <w:spacing w:after="24" w:line="240" w:lineRule="auto"/>
      </w:pPr>
      <w:r>
        <w:rPr>
          <w:b/>
          <w:color w:val="000000"/>
          <w:sz w:val="24"/>
        </w:rPr>
        <w:t xml:space="preserve">Câu 1. </w:t>
      </w:r>
      <w:r>
        <w:rPr>
          <w:color w:val="000000"/>
          <w:sz w:val="24"/>
        </w:rPr>
        <w:t>Trong giờ thực hành, học sinh viết kết quả đo tốc độ trung bình của viên bi là v = (2,0 ± 0,1) m/s. Sai số tuyệt đối của phép đo tốc độ bằng bao nhiêu m/s?</w:t>
      </w:r>
    </w:p>
    <w:p w14:paraId="0478F4E4" w14:textId="77777777" w:rsidR="006D6255" w:rsidRPr="00850D63" w:rsidRDefault="00000000">
      <w:pPr>
        <w:spacing w:after="14"/>
        <w:rPr>
          <w:color w:val="CC3300"/>
        </w:rPr>
      </w:pPr>
      <w:r w:rsidRPr="00850D63">
        <w:rPr>
          <w:b/>
          <w:color w:val="CC3300"/>
          <w:sz w:val="24"/>
        </w:rPr>
        <w:t>Trả lời: 0,1</w:t>
      </w:r>
    </w:p>
    <w:p w14:paraId="1C83C86F" w14:textId="77777777" w:rsidR="00EB0A2F" w:rsidRPr="00EB0A2F" w:rsidRDefault="00EB0A2F" w:rsidP="00EB0A2F">
      <w:pPr>
        <w:spacing w:after="0"/>
        <w:rPr>
          <w:color w:val="002366"/>
        </w:rPr>
      </w:pPr>
      <w:r w:rsidRPr="00EB0A2F">
        <w:rPr>
          <w:b/>
          <w:color w:val="002366"/>
          <w:sz w:val="24"/>
        </w:rPr>
        <w:t>Hướng dẫn:</w:t>
      </w:r>
    </w:p>
    <w:p w14:paraId="2F577977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t>Kết quả phép đo có dạng v = v̄ ± Δv. Trong biểu thức v = (2,0 ± 0,1) m/s, số đứng sau dấu ± là sai số tuyệt đối.</w:t>
      </w:r>
    </w:p>
    <w:p w14:paraId="49DB8B45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t>Vì vậy Δv = 0,1 m/s.</w:t>
      </w:r>
    </w:p>
    <w:p w14:paraId="067AA306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2. </w:t>
      </w:r>
      <w:r>
        <w:rPr>
          <w:color w:val="000000"/>
        </w:rPr>
        <w:t>Một ô tô đi 32 km về hướng Đông với tốc độ 80 km/h, sau đó rẽ trái đi về hướng Bắc với tốc độ 40 km/h trong 36 phút. Độ lớn vận tốc trung bình của ô tô trên cả hành trình bằng bao nhiêu km/h?</w:t>
      </w:r>
    </w:p>
    <w:p w14:paraId="29CCBF33" w14:textId="77777777" w:rsidR="006D6255" w:rsidRPr="00850D63" w:rsidRDefault="00000000">
      <w:pPr>
        <w:spacing w:after="14"/>
        <w:rPr>
          <w:color w:val="CC3300"/>
        </w:rPr>
      </w:pPr>
      <w:r w:rsidRPr="00850D63">
        <w:rPr>
          <w:b/>
          <w:color w:val="CC3300"/>
          <w:sz w:val="24"/>
        </w:rPr>
        <w:t>Trả lời: 40</w:t>
      </w:r>
    </w:p>
    <w:p w14:paraId="38C945B3" w14:textId="77777777" w:rsidR="00EB0A2F" w:rsidRPr="00EB0A2F" w:rsidRDefault="00EB0A2F" w:rsidP="00EB0A2F">
      <w:pPr>
        <w:spacing w:after="0"/>
        <w:rPr>
          <w:color w:val="002366"/>
        </w:rPr>
      </w:pPr>
      <w:r w:rsidRPr="00EB0A2F">
        <w:rPr>
          <w:b/>
          <w:color w:val="002366"/>
          <w:sz w:val="24"/>
        </w:rPr>
        <w:t>Hướng dẫn:</w:t>
      </w:r>
    </w:p>
    <w:p w14:paraId="2ECFCCD6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t>Thời gian đi chặng thứ nhất: t₁ = 32/80 = 0,4 h.</w:t>
      </w:r>
    </w:p>
    <w:p w14:paraId="74F20841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t>Thời gian đi chặng thứ hai: t₂ = 36 phút = 0,6 h; quãng đường theo hướng Bắc là s₂ = 40 × 0,6 = 24 km.</w:t>
      </w:r>
    </w:p>
    <w:p w14:paraId="04338FA4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t>Hai độ dịch chuyển thành phần vuông góc nhau nên độ lớn độ dịch chuyển của cả hành trình là Δd = √(32² + 24²) = 40 km.</w:t>
      </w:r>
    </w:p>
    <w:p w14:paraId="491A3AF4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t>Tổng thời gian chuyển động: t = 0,4 + 0,6 = 1,0 h. Do đó độ lớn vận tốc trung bình là v̄ = Δd/t = 40/1,0 = 40 km/h.</w:t>
      </w:r>
    </w:p>
    <w:p w14:paraId="0E547B36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3. </w:t>
      </w:r>
      <w:r>
        <w:rPr>
          <w:color w:val="000000"/>
        </w:rPr>
        <w:t>Một vật chuyển động thẳng có đồ thị độ dịch chuyển - thời gian như hình. Tốc độ của vật trong 4 s đầu bằng bao nhiêu m/s?</w:t>
      </w:r>
    </w:p>
    <w:p w14:paraId="5A076E8D" w14:textId="77777777" w:rsidR="006D6255" w:rsidRDefault="00000000">
      <w:pPr>
        <w:spacing w:after="30"/>
        <w:jc w:val="center"/>
      </w:pPr>
      <w:r>
        <w:rPr>
          <w:noProof/>
          <w:color w:val="000000"/>
        </w:rPr>
        <w:drawing>
          <wp:inline distT="0" distB="0" distL="0" distR="0" wp14:anchorId="22E3362B" wp14:editId="01A1DE13">
            <wp:extent cx="2160000" cy="131437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ort_d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31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9104E" w14:textId="77777777" w:rsidR="006D6255" w:rsidRPr="00850D63" w:rsidRDefault="00000000">
      <w:pPr>
        <w:spacing w:after="14"/>
        <w:rPr>
          <w:color w:val="CC3300"/>
        </w:rPr>
      </w:pPr>
      <w:r w:rsidRPr="00850D63">
        <w:rPr>
          <w:b/>
          <w:color w:val="CC3300"/>
          <w:sz w:val="24"/>
        </w:rPr>
        <w:t>Trả lời: 2</w:t>
      </w:r>
    </w:p>
    <w:p w14:paraId="15C16EED" w14:textId="77777777" w:rsidR="00EB0A2F" w:rsidRPr="00EB0A2F" w:rsidRDefault="00EB0A2F" w:rsidP="00EB0A2F">
      <w:pPr>
        <w:spacing w:after="0"/>
        <w:rPr>
          <w:color w:val="002366"/>
        </w:rPr>
      </w:pPr>
      <w:r w:rsidRPr="00EB0A2F">
        <w:rPr>
          <w:b/>
          <w:color w:val="002366"/>
          <w:sz w:val="24"/>
        </w:rPr>
        <w:t>Hướng dẫn:</w:t>
      </w:r>
    </w:p>
    <w:p w14:paraId="44636E8E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t>Trong 4 s đầu, từ đồ thị ta đọc được độ dịch chuyển tăng từ 0 m lên 8 m.</w:t>
      </w:r>
    </w:p>
    <w:p w14:paraId="35951ED8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lastRenderedPageBreak/>
        <w:t>Vật chuyển động thẳng theo một chiều nên tốc độ bằng độ lớn của độ dốc đồ thị: v = |Δd/Δt| = |(8 − 0)/(4 − 0)| = 2 m/s.</w:t>
      </w:r>
    </w:p>
    <w:p w14:paraId="34CD1578" w14:textId="77777777" w:rsidR="006D6255" w:rsidRDefault="00000000">
      <w:pPr>
        <w:spacing w:after="24" w:line="240" w:lineRule="auto"/>
      </w:pPr>
      <w:r>
        <w:rPr>
          <w:b/>
          <w:color w:val="000000"/>
        </w:rPr>
        <w:t xml:space="preserve">Câu 4. </w:t>
      </w:r>
      <w:r>
        <w:rPr>
          <w:color w:val="000000"/>
        </w:rPr>
        <w:t xml:space="preserve">Một tàu hỏa đang chạy với tốc độ 20 m/s thì hãm phanh, chuyển động thẳng chậm dần đều với độ lớn gia tốc </w:t>
      </w:r>
      <m:oMath>
        <m:r>
          <w:rPr>
            <w:rFonts w:ascii="Cambria Math" w:hAnsi="Cambria Math"/>
          </w:rPr>
          <m:t xml:space="preserve">0,2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3ABD5DA2" w14:textId="77777777" w:rsidR="006D6255" w:rsidRDefault="00000000">
      <w:pPr>
        <w:spacing w:after="14"/>
        <w:rPr>
          <w:b/>
          <w:color w:val="CC3300"/>
          <w:sz w:val="24"/>
        </w:rPr>
      </w:pPr>
      <w:r w:rsidRPr="00850D63">
        <w:rPr>
          <w:b/>
          <w:color w:val="CC3300"/>
          <w:sz w:val="24"/>
        </w:rPr>
        <w:t>Trả lời: 100</w:t>
      </w:r>
    </w:p>
    <w:p w14:paraId="5D977070" w14:textId="77777777" w:rsidR="00EB0A2F" w:rsidRPr="00EB0A2F" w:rsidRDefault="00EB0A2F" w:rsidP="00EB0A2F">
      <w:pPr>
        <w:spacing w:after="0"/>
        <w:rPr>
          <w:color w:val="002366"/>
        </w:rPr>
      </w:pPr>
      <w:r w:rsidRPr="00EB0A2F">
        <w:rPr>
          <w:b/>
          <w:color w:val="002366"/>
          <w:sz w:val="24"/>
        </w:rPr>
        <w:t>Hướng dẫn:</w:t>
      </w:r>
    </w:p>
    <w:p w14:paraId="0DBDDCCE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t>Chọn chiều dương cùng chiều chuyển động. Vì tàu chậm dần đều nên a = −0,2 m/s².</w:t>
      </w:r>
    </w:p>
    <w:p w14:paraId="47CC9337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t>Khi tàu dừng lại, v = 0. Áp dụng v = v₀ + at: 0 = 20 − 0,2t.</w:t>
      </w:r>
    </w:p>
    <w:p w14:paraId="0E3890A8" w14:textId="77777777" w:rsidR="003825F2" w:rsidRPr="00850D63" w:rsidRDefault="00000000">
      <w:pPr>
        <w:spacing w:after="14"/>
        <w:rPr>
          <w:color w:val="002366"/>
        </w:rPr>
      </w:pPr>
      <w:r w:rsidRPr="00850D63">
        <w:rPr>
          <w:color w:val="002366"/>
          <w:sz w:val="24"/>
        </w:rPr>
        <w:t>Suy ra thời gian hãm đến khi tàu dừng là t = 100 s.</w:t>
      </w:r>
    </w:p>
    <w:p w14:paraId="2B12312F" w14:textId="77777777" w:rsidR="003825F2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5. </w:t>
      </w:r>
      <w:r>
        <w:rPr>
          <w:color w:val="000000"/>
          <w:sz w:val="24"/>
        </w:rPr>
        <w:t>Một ô tô đang chạy với tốc độ 72 km/h thì hãm phanh và chuyển động thẳng chậm dần đều. Sau khi đi được 50 m, tốc độ còn 36 km/h. Độ lớn gia tốc của ô tô bằng bao nhiêu m/s²?</w:t>
      </w:r>
    </w:p>
    <w:p w14:paraId="73F59BBB" w14:textId="77777777" w:rsidR="003825F2" w:rsidRDefault="00000000">
      <w:pPr>
        <w:spacing w:after="0"/>
        <w:rPr>
          <w:b/>
          <w:color w:val="CC3300"/>
          <w:sz w:val="24"/>
        </w:rPr>
      </w:pPr>
      <w:r w:rsidRPr="00850D63">
        <w:rPr>
          <w:b/>
          <w:color w:val="CC3300"/>
          <w:sz w:val="24"/>
        </w:rPr>
        <w:t>Trả lời: 3</w:t>
      </w:r>
    </w:p>
    <w:p w14:paraId="4C79E1E2" w14:textId="77777777" w:rsidR="00EB0A2F" w:rsidRPr="00EB0A2F" w:rsidRDefault="00EB0A2F" w:rsidP="00EB0A2F">
      <w:pPr>
        <w:spacing w:after="0"/>
        <w:rPr>
          <w:color w:val="002366"/>
        </w:rPr>
      </w:pPr>
      <w:r w:rsidRPr="00EB0A2F">
        <w:rPr>
          <w:b/>
          <w:color w:val="002366"/>
          <w:sz w:val="24"/>
        </w:rPr>
        <w:t>Hướng dẫn:</w:t>
      </w:r>
    </w:p>
    <w:p w14:paraId="306455F6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Đổi đơn vị: v₀ = 72 km/h = 20 m/s; v = 36 km/h = 10 m/s.</w:t>
      </w:r>
    </w:p>
    <w:p w14:paraId="1442901E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Áp dụng hệ thức v² − v₀² = 2as: 10² − 20² = 2a × 50, suy ra a = −3 m/s².</w:t>
      </w:r>
    </w:p>
    <w:p w14:paraId="589F88E4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Đề hỏi độ lớn gia tốc nên |a| = 3 m/s².</w:t>
      </w:r>
    </w:p>
    <w:p w14:paraId="7B53834B" w14:textId="77777777" w:rsidR="003825F2" w:rsidRDefault="00000000">
      <w:pPr>
        <w:spacing w:after="0" w:line="240" w:lineRule="auto"/>
      </w:pPr>
      <w:r>
        <w:rPr>
          <w:b/>
          <w:color w:val="000000"/>
          <w:sz w:val="24"/>
        </w:rPr>
        <w:t xml:space="preserve">Câu 6. </w:t>
      </w:r>
      <w:r>
        <w:rPr>
          <w:color w:val="000000"/>
          <w:sz w:val="24"/>
        </w:rPr>
        <w:t>Một vật được thả rơi tự do từ trạng thái nghỉ. Biết trong giây cuối cùng trước khi chạm đất, vật rơi được 35 m. Lấy g = 10 m/s². Độ cao nơi thả vật bằng bao nhiêu mét?</w:t>
      </w:r>
    </w:p>
    <w:p w14:paraId="4DE0C6BC" w14:textId="77777777" w:rsidR="003825F2" w:rsidRDefault="00000000">
      <w:pPr>
        <w:spacing w:after="0"/>
        <w:rPr>
          <w:b/>
          <w:color w:val="CC3300"/>
          <w:sz w:val="24"/>
        </w:rPr>
      </w:pPr>
      <w:r w:rsidRPr="00850D63">
        <w:rPr>
          <w:b/>
          <w:color w:val="CC3300"/>
          <w:sz w:val="24"/>
        </w:rPr>
        <w:t>Trả lời: 80</w:t>
      </w:r>
    </w:p>
    <w:p w14:paraId="415FA5D2" w14:textId="51C279DF" w:rsidR="00EB0A2F" w:rsidRPr="00EB0A2F" w:rsidRDefault="00EB0A2F">
      <w:pPr>
        <w:spacing w:after="0"/>
        <w:rPr>
          <w:color w:val="002366"/>
        </w:rPr>
      </w:pPr>
      <w:r w:rsidRPr="00EB0A2F">
        <w:rPr>
          <w:b/>
          <w:color w:val="002366"/>
          <w:sz w:val="24"/>
        </w:rPr>
        <w:t>Hướng dẫn:</w:t>
      </w:r>
    </w:p>
    <w:p w14:paraId="4335091E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Gọi t là thời gian rơi của vật. Quãng đường vật đi được sau thời gian t là s(t) = 0,5gt².</w:t>
      </w:r>
    </w:p>
    <w:p w14:paraId="64AB902C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Quãng đường đi trong giây cuối: s(t) − s(t − 1) = 0,5g[t² − (t − 1)²] = 5(2t − 1).</w:t>
      </w:r>
    </w:p>
    <w:p w14:paraId="24C6E4BE" w14:textId="77777777" w:rsidR="003825F2" w:rsidRPr="00850D63" w:rsidRDefault="00000000">
      <w:pPr>
        <w:spacing w:after="0"/>
        <w:rPr>
          <w:color w:val="002366"/>
        </w:rPr>
      </w:pPr>
      <w:r w:rsidRPr="00850D63">
        <w:rPr>
          <w:color w:val="002366"/>
          <w:sz w:val="24"/>
        </w:rPr>
        <w:t>Theo đề: 5(2t − 1) = 35, suy ra t = 4 s.</w:t>
      </w:r>
    </w:p>
    <w:p w14:paraId="7D42110E" w14:textId="77777777" w:rsidR="003825F2" w:rsidRDefault="00000000">
      <w:pPr>
        <w:spacing w:after="0"/>
        <w:rPr>
          <w:color w:val="002366"/>
          <w:sz w:val="24"/>
        </w:rPr>
      </w:pPr>
      <w:r w:rsidRPr="00850D63">
        <w:rPr>
          <w:color w:val="002366"/>
          <w:sz w:val="24"/>
        </w:rPr>
        <w:t>Độ cao nơi thả vật: h = 0,5gt² = 0,5 × 10 × 4² = 80 m.</w:t>
      </w:r>
    </w:p>
    <w:p w14:paraId="1BAFD60E" w14:textId="77777777" w:rsidR="00850D63" w:rsidRPr="00850D63" w:rsidRDefault="00850D63">
      <w:pPr>
        <w:spacing w:after="0"/>
        <w:rPr>
          <w:color w:val="002366"/>
        </w:rPr>
      </w:pPr>
    </w:p>
    <w:p w14:paraId="6A954397" w14:textId="77777777" w:rsidR="003825F2" w:rsidRDefault="00000000">
      <w:pPr>
        <w:jc w:val="center"/>
      </w:pPr>
      <w:r>
        <w:rPr>
          <w:b/>
          <w:color w:val="000000"/>
          <w:sz w:val="24"/>
        </w:rPr>
        <w:t>........Hết........</w:t>
      </w:r>
    </w:p>
    <w:sectPr w:rsidR="003825F2" w:rsidSect="00034616">
      <w:footerReference w:type="default" r:id="rId11"/>
      <w:pgSz w:w="11906" w:h="16838"/>
      <w:pgMar w:top="709" w:right="822" w:bottom="709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30D37" w14:textId="77777777" w:rsidR="0020793C" w:rsidRDefault="0020793C">
      <w:pPr>
        <w:spacing w:after="0" w:line="240" w:lineRule="auto"/>
      </w:pPr>
      <w:r>
        <w:separator/>
      </w:r>
    </w:p>
  </w:endnote>
  <w:endnote w:type="continuationSeparator" w:id="0">
    <w:p w14:paraId="033ECE79" w14:textId="77777777" w:rsidR="0020793C" w:rsidRDefault="00207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E4F7" w14:textId="4F3FD008" w:rsidR="006D6255" w:rsidRPr="008311BD" w:rsidRDefault="00000000" w:rsidP="008311BD">
    <w:pPr>
      <w:pStyle w:val="Footer"/>
      <w:tabs>
        <w:tab w:val="clear" w:pos="9360"/>
      </w:tabs>
      <w:spacing w:after="288"/>
      <w:rPr>
        <w:i/>
        <w:iCs/>
        <w:color w:val="265898" w:themeColor="text2" w:themeTint="E6"/>
      </w:rPr>
    </w:pPr>
    <w:sdt>
      <w:sdtPr>
        <w:rPr>
          <w:b/>
          <w:bCs/>
          <w:color w:val="265898" w:themeColor="text2" w:themeTint="E6"/>
        </w:rPr>
        <w:id w:val="-42221219"/>
        <w:docPartObj>
          <w:docPartGallery w:val="Page Numbers (Bottom of Page)"/>
          <w:docPartUnique/>
        </w:docPartObj>
      </w:sdtPr>
      <w:sdtEndPr>
        <w:rPr>
          <w:b w:val="0"/>
          <w:bCs w:val="0"/>
          <w:i/>
          <w:iCs/>
          <w:noProof/>
        </w:rPr>
      </w:sdtEndPr>
      <w:sdtContent>
        <w:r w:rsidR="008311BD" w:rsidRPr="00BA20B3">
          <w:rPr>
            <w:i/>
            <w:iCs/>
            <w:color w:val="265898" w:themeColor="text2" w:themeTint="E6"/>
          </w:rPr>
          <w:t xml:space="preserve">Physics Team|| https://physicsteam.vn </w:t>
        </w:r>
        <w:r w:rsidR="008311BD" w:rsidRPr="00BA20B3">
          <w:rPr>
            <w:i/>
            <w:iCs/>
            <w:color w:val="265898" w:themeColor="text2" w:themeTint="E6"/>
          </w:rPr>
          <w:tab/>
          <w:t xml:space="preserve">  </w:t>
        </w:r>
        <w:r w:rsidR="008311BD" w:rsidRPr="00BA20B3">
          <w:rPr>
            <w:i/>
            <w:iCs/>
            <w:color w:val="265898" w:themeColor="text2" w:themeTint="E6"/>
          </w:rPr>
          <w:tab/>
          <w:t xml:space="preserve">                             </w:t>
        </w:r>
        <w:r w:rsidR="008311BD">
          <w:rPr>
            <w:i/>
            <w:iCs/>
            <w:color w:val="265898" w:themeColor="text2" w:themeTint="E6"/>
          </w:rPr>
          <w:t xml:space="preserve">                       </w:t>
        </w:r>
        <w:r w:rsidR="008311BD" w:rsidRPr="00BA20B3">
          <w:rPr>
            <w:i/>
            <w:iCs/>
            <w:color w:val="265898" w:themeColor="text2" w:themeTint="E6"/>
          </w:rPr>
          <w:t xml:space="preserve">  Trang </w:t>
        </w:r>
        <w:r w:rsidR="008311BD" w:rsidRPr="00BA20B3">
          <w:rPr>
            <w:i/>
            <w:iCs/>
            <w:color w:val="265898" w:themeColor="text2" w:themeTint="E6"/>
          </w:rPr>
          <w:fldChar w:fldCharType="begin"/>
        </w:r>
        <w:r w:rsidR="008311BD" w:rsidRPr="00BA20B3">
          <w:rPr>
            <w:i/>
            <w:iCs/>
            <w:color w:val="265898" w:themeColor="text2" w:themeTint="E6"/>
          </w:rPr>
          <w:instrText xml:space="preserve"> PAGE   \* MERGEFORMAT </w:instrText>
        </w:r>
        <w:r w:rsidR="008311BD" w:rsidRPr="00BA20B3">
          <w:rPr>
            <w:i/>
            <w:iCs/>
            <w:color w:val="265898" w:themeColor="text2" w:themeTint="E6"/>
          </w:rPr>
          <w:fldChar w:fldCharType="separate"/>
        </w:r>
        <w:r w:rsidR="008311BD">
          <w:rPr>
            <w:i/>
            <w:iCs/>
            <w:color w:val="265898" w:themeColor="text2" w:themeTint="E6"/>
          </w:rPr>
          <w:t>4</w:t>
        </w:r>
        <w:r w:rsidR="008311BD" w:rsidRPr="00BA20B3">
          <w:rPr>
            <w:i/>
            <w:iCs/>
            <w:noProof/>
            <w:color w:val="265898" w:themeColor="text2" w:themeTint="E6"/>
          </w:rPr>
          <w:fldChar w:fldCharType="end"/>
        </w:r>
        <w:r w:rsidR="008311BD">
          <w:rPr>
            <w:i/>
            <w:iCs/>
            <w:color w:val="265898" w:themeColor="text2" w:themeTint="E6"/>
          </w:rPr>
          <w:t>/</w:t>
        </w:r>
      </w:sdtContent>
    </w:sdt>
    <w:r w:rsidR="008311BD" w:rsidRPr="00BA20B3">
      <w:rPr>
        <w:i/>
        <w:iCs/>
        <w:color w:val="265898" w:themeColor="text2" w:themeTint="E6"/>
      </w:rPr>
      <w:t xml:space="preserve"> Mã đề: 00</w:t>
    </w:r>
    <w:r w:rsidR="008311BD">
      <w:rPr>
        <w:i/>
        <w:iCs/>
        <w:color w:val="265898" w:themeColor="text2" w:themeTint="E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64CB8" w14:textId="77777777" w:rsidR="0020793C" w:rsidRDefault="0020793C">
      <w:pPr>
        <w:spacing w:after="0" w:line="240" w:lineRule="auto"/>
      </w:pPr>
      <w:r>
        <w:separator/>
      </w:r>
    </w:p>
  </w:footnote>
  <w:footnote w:type="continuationSeparator" w:id="0">
    <w:p w14:paraId="58152A31" w14:textId="77777777" w:rsidR="0020793C" w:rsidRDefault="00207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9772210">
    <w:abstractNumId w:val="8"/>
  </w:num>
  <w:num w:numId="2" w16cid:durableId="125124131">
    <w:abstractNumId w:val="6"/>
  </w:num>
  <w:num w:numId="3" w16cid:durableId="1219827491">
    <w:abstractNumId w:val="5"/>
  </w:num>
  <w:num w:numId="4" w16cid:durableId="946229189">
    <w:abstractNumId w:val="4"/>
  </w:num>
  <w:num w:numId="5" w16cid:durableId="1610621214">
    <w:abstractNumId w:val="7"/>
  </w:num>
  <w:num w:numId="6" w16cid:durableId="912550253">
    <w:abstractNumId w:val="3"/>
  </w:num>
  <w:num w:numId="7" w16cid:durableId="1777603779">
    <w:abstractNumId w:val="2"/>
  </w:num>
  <w:num w:numId="8" w16cid:durableId="231433083">
    <w:abstractNumId w:val="1"/>
  </w:num>
  <w:num w:numId="9" w16cid:durableId="39724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F43"/>
    <w:rsid w:val="0015074B"/>
    <w:rsid w:val="0020793C"/>
    <w:rsid w:val="00211418"/>
    <w:rsid w:val="0029639D"/>
    <w:rsid w:val="00326F90"/>
    <w:rsid w:val="003825F2"/>
    <w:rsid w:val="0055608A"/>
    <w:rsid w:val="00583F55"/>
    <w:rsid w:val="006D6255"/>
    <w:rsid w:val="008311BD"/>
    <w:rsid w:val="00850D63"/>
    <w:rsid w:val="009473FB"/>
    <w:rsid w:val="00AA1D8D"/>
    <w:rsid w:val="00B00125"/>
    <w:rsid w:val="00B45F08"/>
    <w:rsid w:val="00B47730"/>
    <w:rsid w:val="00B7700F"/>
    <w:rsid w:val="00BF0BA4"/>
    <w:rsid w:val="00CB0664"/>
    <w:rsid w:val="00D9078A"/>
    <w:rsid w:val="00EB0A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C4E297"/>
  <w14:defaultImageDpi w14:val="300"/>
  <w15:docId w15:val="{07981B6D-9D24-4BB8-8E7E-714217FC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1752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Viet Tran Van</cp:lastModifiedBy>
  <cp:revision>8</cp:revision>
  <dcterms:created xsi:type="dcterms:W3CDTF">2013-12-23T23:15:00Z</dcterms:created>
  <dcterms:modified xsi:type="dcterms:W3CDTF">2026-09-10T09:17:00Z</dcterms:modified>
  <cp:category/>
</cp:coreProperties>
</file>